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844" w:type="dxa"/>
        <w:tblLayout w:type="fixed"/>
        <w:tblLook w:val="04A0" w:firstRow="1" w:lastRow="0" w:firstColumn="1" w:lastColumn="0" w:noHBand="0" w:noVBand="1"/>
      </w:tblPr>
      <w:tblGrid>
        <w:gridCol w:w="6030"/>
        <w:gridCol w:w="1530"/>
        <w:gridCol w:w="1368"/>
        <w:gridCol w:w="361"/>
        <w:gridCol w:w="629"/>
        <w:gridCol w:w="270"/>
        <w:gridCol w:w="656"/>
      </w:tblGrid>
      <w:tr w:rsidR="00AB28BC" w:rsidRPr="00912009" w14:paraId="78737B60" w14:textId="77777777" w:rsidTr="00E27AA6">
        <w:trPr>
          <w:trHeight w:val="315"/>
        </w:trPr>
        <w:tc>
          <w:tcPr>
            <w:tcW w:w="6030" w:type="dxa"/>
            <w:vMerge w:val="restart"/>
            <w:tcBorders>
              <w:top w:val="nil"/>
              <w:left w:val="nil"/>
              <w:right w:val="single" w:sz="4" w:space="0" w:color="auto"/>
            </w:tcBorders>
            <w:shd w:val="clear" w:color="auto" w:fill="F2F2F2" w:themeFill="background1" w:themeFillShade="F2"/>
          </w:tcPr>
          <w:p w14:paraId="355F288C" w14:textId="714C118E" w:rsidR="00AB28BC" w:rsidRPr="00912009" w:rsidRDefault="00AB28BC" w:rsidP="00F90788">
            <w:pPr>
              <w:pStyle w:val="En-tte"/>
              <w:tabs>
                <w:tab w:val="center" w:pos="4536"/>
              </w:tabs>
              <w:spacing w:before="600"/>
              <w:jc w:val="center"/>
              <w:rPr>
                <w:rFonts w:asciiTheme="majorHAnsi" w:hAnsiTheme="majorHAnsi" w:cstheme="majorHAnsi"/>
                <w:b/>
                <w:sz w:val="20"/>
                <w:szCs w:val="20"/>
              </w:rPr>
            </w:pPr>
            <w:r w:rsidRPr="00912009">
              <w:rPr>
                <w:rFonts w:asciiTheme="majorHAnsi" w:hAnsiTheme="majorHAnsi" w:cstheme="majorHAnsi"/>
                <w:b/>
                <w:sz w:val="20"/>
                <w:szCs w:val="20"/>
              </w:rPr>
              <w:t>AUTORISATION D’ÉCHANGE D’INFORMATION ENTRE PARTENAIRES - DANS UNE DÉMARCHE DE PLAN DE SERVICE INDIVIDUALISÉ</w:t>
            </w:r>
          </w:p>
        </w:tc>
        <w:tc>
          <w:tcPr>
            <w:tcW w:w="4814" w:type="dxa"/>
            <w:gridSpan w:val="6"/>
            <w:tcBorders>
              <w:top w:val="nil"/>
              <w:left w:val="single" w:sz="4" w:space="0" w:color="auto"/>
              <w:bottom w:val="nil"/>
              <w:right w:val="nil"/>
            </w:tcBorders>
            <w:vAlign w:val="bottom"/>
          </w:tcPr>
          <w:p w14:paraId="1EA343F9" w14:textId="77777777" w:rsidR="00AB28BC" w:rsidRPr="00912009" w:rsidRDefault="00AB28BC" w:rsidP="003F088A">
            <w:pPr>
              <w:pStyle w:val="En-tte"/>
              <w:rPr>
                <w:rFonts w:asciiTheme="majorHAnsi" w:hAnsiTheme="majorHAnsi" w:cstheme="majorHAnsi"/>
                <w:b/>
                <w:bCs/>
                <w:color w:val="FF0000"/>
                <w:sz w:val="20"/>
                <w:szCs w:val="20"/>
              </w:rPr>
            </w:pPr>
            <w:r w:rsidRPr="00912009">
              <w:rPr>
                <w:rFonts w:asciiTheme="majorHAnsi" w:hAnsiTheme="majorHAnsi" w:cstheme="majorHAnsi"/>
                <w:b/>
                <w:bCs/>
                <w:sz w:val="20"/>
                <w:szCs w:val="20"/>
              </w:rPr>
              <w:t xml:space="preserve">Identification de l’usager </w:t>
            </w:r>
          </w:p>
        </w:tc>
      </w:tr>
      <w:tr w:rsidR="00AB28BC" w:rsidRPr="00912009" w14:paraId="41CA70FD" w14:textId="77777777" w:rsidTr="00E27AA6">
        <w:trPr>
          <w:trHeight w:val="432"/>
        </w:trPr>
        <w:tc>
          <w:tcPr>
            <w:tcW w:w="6030" w:type="dxa"/>
            <w:vMerge/>
            <w:tcBorders>
              <w:left w:val="nil"/>
              <w:right w:val="single" w:sz="4" w:space="0" w:color="auto"/>
            </w:tcBorders>
            <w:shd w:val="clear" w:color="auto" w:fill="F2F2F2" w:themeFill="background1" w:themeFillShade="F2"/>
          </w:tcPr>
          <w:p w14:paraId="0150FC81" w14:textId="77777777" w:rsidR="00AB28BC" w:rsidRPr="00912009" w:rsidRDefault="00AB28BC" w:rsidP="003F088A">
            <w:pPr>
              <w:pStyle w:val="En-tte"/>
              <w:rPr>
                <w:rFonts w:asciiTheme="majorHAnsi" w:hAnsiTheme="majorHAnsi" w:cstheme="majorHAnsi"/>
                <w:sz w:val="20"/>
                <w:szCs w:val="20"/>
              </w:rPr>
            </w:pPr>
          </w:p>
        </w:tc>
        <w:tc>
          <w:tcPr>
            <w:tcW w:w="1530" w:type="dxa"/>
            <w:tcBorders>
              <w:top w:val="nil"/>
              <w:left w:val="single" w:sz="4" w:space="0" w:color="auto"/>
              <w:bottom w:val="nil"/>
              <w:right w:val="nil"/>
            </w:tcBorders>
            <w:vAlign w:val="bottom"/>
          </w:tcPr>
          <w:p w14:paraId="1AF38043" w14:textId="77777777" w:rsidR="00AB28BC" w:rsidRPr="00912009" w:rsidRDefault="00AB28BC" w:rsidP="003F088A">
            <w:pPr>
              <w:pStyle w:val="En-tte"/>
              <w:rPr>
                <w:rFonts w:asciiTheme="majorHAnsi" w:hAnsiTheme="majorHAnsi" w:cstheme="majorHAnsi"/>
                <w:sz w:val="20"/>
                <w:szCs w:val="20"/>
              </w:rPr>
            </w:pPr>
            <w:r w:rsidRPr="00912009">
              <w:rPr>
                <w:rFonts w:asciiTheme="majorHAnsi" w:hAnsiTheme="majorHAnsi" w:cstheme="majorHAnsi"/>
                <w:sz w:val="20"/>
                <w:szCs w:val="20"/>
              </w:rPr>
              <w:t>Nom :</w:t>
            </w:r>
          </w:p>
        </w:tc>
        <w:tc>
          <w:tcPr>
            <w:tcW w:w="3284" w:type="dxa"/>
            <w:gridSpan w:val="5"/>
            <w:tcBorders>
              <w:top w:val="nil"/>
              <w:left w:val="nil"/>
              <w:bottom w:val="single" w:sz="4" w:space="0" w:color="auto"/>
              <w:right w:val="nil"/>
            </w:tcBorders>
            <w:vAlign w:val="bottom"/>
          </w:tcPr>
          <w:p w14:paraId="0A8C41F1" w14:textId="32430DFF" w:rsidR="00AB28BC" w:rsidRPr="00912009" w:rsidRDefault="00004EE2" w:rsidP="003F088A">
            <w:pPr>
              <w:pStyle w:val="En-tte"/>
              <w:rPr>
                <w:rFonts w:asciiTheme="majorHAnsi" w:hAnsiTheme="majorHAnsi" w:cstheme="majorHAnsi"/>
                <w:sz w:val="20"/>
                <w:szCs w:val="20"/>
              </w:rPr>
            </w:pPr>
            <w:sdt>
              <w:sdtPr>
                <w:rPr>
                  <w:rFonts w:asciiTheme="majorHAnsi" w:hAnsiTheme="majorHAnsi" w:cstheme="majorHAnsi"/>
                  <w:sz w:val="20"/>
                  <w:szCs w:val="20"/>
                </w:rPr>
                <w:id w:val="-2085592756"/>
                <w:placeholder>
                  <w:docPart w:val="E161DEF746A24131AAE8FC735C77C561"/>
                </w:placeholder>
                <w:showingPlcHdr/>
              </w:sdtPr>
              <w:sdtEndPr/>
              <w:sdtContent>
                <w:permStart w:id="1924278944" w:edGrp="everyone"/>
                <w:r w:rsidR="00E27AA6">
                  <w:rPr>
                    <w:rStyle w:val="Textedelespacerserv"/>
                    <w:rFonts w:asciiTheme="majorHAnsi" w:hAnsiTheme="majorHAnsi" w:cstheme="majorHAnsi"/>
                    <w:sz w:val="20"/>
                    <w:szCs w:val="20"/>
                  </w:rPr>
                  <w:t xml:space="preserve">                            </w:t>
                </w:r>
                <w:permEnd w:id="1924278944"/>
              </w:sdtContent>
            </w:sdt>
          </w:p>
        </w:tc>
      </w:tr>
      <w:tr w:rsidR="00AB28BC" w:rsidRPr="00912009" w14:paraId="03EAF98C" w14:textId="77777777" w:rsidTr="00E27AA6">
        <w:trPr>
          <w:trHeight w:val="432"/>
        </w:trPr>
        <w:tc>
          <w:tcPr>
            <w:tcW w:w="6030" w:type="dxa"/>
            <w:vMerge/>
            <w:tcBorders>
              <w:left w:val="nil"/>
              <w:right w:val="single" w:sz="4" w:space="0" w:color="auto"/>
            </w:tcBorders>
            <w:shd w:val="clear" w:color="auto" w:fill="F2F2F2" w:themeFill="background1" w:themeFillShade="F2"/>
          </w:tcPr>
          <w:p w14:paraId="0E5D5F1C" w14:textId="77777777" w:rsidR="00AB28BC" w:rsidRPr="00912009" w:rsidRDefault="00AB28BC" w:rsidP="003F088A">
            <w:pPr>
              <w:pStyle w:val="En-tte"/>
              <w:rPr>
                <w:rFonts w:asciiTheme="majorHAnsi" w:hAnsiTheme="majorHAnsi" w:cstheme="majorHAnsi"/>
                <w:sz w:val="20"/>
                <w:szCs w:val="20"/>
              </w:rPr>
            </w:pPr>
          </w:p>
        </w:tc>
        <w:tc>
          <w:tcPr>
            <w:tcW w:w="1530" w:type="dxa"/>
            <w:tcBorders>
              <w:top w:val="nil"/>
              <w:left w:val="single" w:sz="4" w:space="0" w:color="auto"/>
              <w:bottom w:val="nil"/>
              <w:right w:val="nil"/>
            </w:tcBorders>
            <w:vAlign w:val="bottom"/>
          </w:tcPr>
          <w:p w14:paraId="2F167204" w14:textId="77777777" w:rsidR="00AB28BC" w:rsidRPr="00912009" w:rsidRDefault="00AB28BC" w:rsidP="003F088A">
            <w:pPr>
              <w:pStyle w:val="En-tte"/>
              <w:rPr>
                <w:rFonts w:asciiTheme="majorHAnsi" w:hAnsiTheme="majorHAnsi" w:cstheme="majorHAnsi"/>
                <w:sz w:val="20"/>
                <w:szCs w:val="20"/>
              </w:rPr>
            </w:pPr>
            <w:r w:rsidRPr="00912009">
              <w:rPr>
                <w:rFonts w:asciiTheme="majorHAnsi" w:hAnsiTheme="majorHAnsi" w:cstheme="majorHAnsi"/>
                <w:sz w:val="20"/>
                <w:szCs w:val="20"/>
              </w:rPr>
              <w:t>Prénom :</w:t>
            </w:r>
          </w:p>
        </w:tc>
        <w:tc>
          <w:tcPr>
            <w:tcW w:w="3284" w:type="dxa"/>
            <w:gridSpan w:val="5"/>
            <w:tcBorders>
              <w:top w:val="single" w:sz="4" w:space="0" w:color="auto"/>
              <w:left w:val="nil"/>
              <w:bottom w:val="single" w:sz="4" w:space="0" w:color="auto"/>
              <w:right w:val="nil"/>
            </w:tcBorders>
            <w:vAlign w:val="bottom"/>
          </w:tcPr>
          <w:p w14:paraId="0B20C9D0" w14:textId="35FD5FCF" w:rsidR="00AB28BC" w:rsidRPr="00912009" w:rsidRDefault="00004EE2" w:rsidP="003F088A">
            <w:pPr>
              <w:pStyle w:val="En-tte"/>
              <w:rPr>
                <w:rFonts w:asciiTheme="majorHAnsi" w:hAnsiTheme="majorHAnsi" w:cstheme="majorHAnsi"/>
                <w:sz w:val="20"/>
                <w:szCs w:val="20"/>
              </w:rPr>
            </w:pPr>
            <w:sdt>
              <w:sdtPr>
                <w:rPr>
                  <w:rFonts w:asciiTheme="majorHAnsi" w:hAnsiTheme="majorHAnsi" w:cstheme="majorHAnsi"/>
                  <w:sz w:val="20"/>
                  <w:szCs w:val="20"/>
                </w:rPr>
                <w:id w:val="-1741319935"/>
                <w:placeholder>
                  <w:docPart w:val="73F64D5F76B9481CB19EF35E714E15C4"/>
                </w:placeholder>
                <w:showingPlcHdr/>
              </w:sdtPr>
              <w:sdtEndPr/>
              <w:sdtContent>
                <w:permStart w:id="1756241954" w:edGrp="everyone"/>
                <w:r w:rsidR="00E27AA6">
                  <w:rPr>
                    <w:rStyle w:val="Textedelespacerserv"/>
                    <w:rFonts w:asciiTheme="majorHAnsi" w:hAnsiTheme="majorHAnsi" w:cstheme="majorHAnsi"/>
                    <w:sz w:val="20"/>
                    <w:szCs w:val="20"/>
                  </w:rPr>
                  <w:t xml:space="preserve">                            </w:t>
                </w:r>
                <w:permEnd w:id="1756241954"/>
              </w:sdtContent>
            </w:sdt>
          </w:p>
        </w:tc>
      </w:tr>
      <w:tr w:rsidR="00AB28BC" w:rsidRPr="00912009" w14:paraId="62CC3EB0" w14:textId="77777777" w:rsidTr="00E27AA6">
        <w:trPr>
          <w:trHeight w:val="432"/>
        </w:trPr>
        <w:tc>
          <w:tcPr>
            <w:tcW w:w="6030" w:type="dxa"/>
            <w:vMerge/>
            <w:tcBorders>
              <w:left w:val="nil"/>
              <w:right w:val="single" w:sz="4" w:space="0" w:color="auto"/>
            </w:tcBorders>
            <w:shd w:val="clear" w:color="auto" w:fill="F2F2F2" w:themeFill="background1" w:themeFillShade="F2"/>
          </w:tcPr>
          <w:p w14:paraId="68742030" w14:textId="77777777" w:rsidR="00AB28BC" w:rsidRPr="00912009" w:rsidRDefault="00AB28BC" w:rsidP="003F088A">
            <w:pPr>
              <w:pStyle w:val="En-tte"/>
              <w:tabs>
                <w:tab w:val="center" w:pos="4536"/>
              </w:tabs>
              <w:rPr>
                <w:rFonts w:asciiTheme="majorHAnsi" w:hAnsiTheme="majorHAnsi" w:cstheme="majorHAnsi"/>
                <w:sz w:val="20"/>
                <w:szCs w:val="20"/>
              </w:rPr>
            </w:pPr>
          </w:p>
        </w:tc>
        <w:tc>
          <w:tcPr>
            <w:tcW w:w="1530" w:type="dxa"/>
            <w:tcBorders>
              <w:top w:val="nil"/>
              <w:left w:val="single" w:sz="4" w:space="0" w:color="auto"/>
              <w:bottom w:val="single" w:sz="4" w:space="0" w:color="auto"/>
              <w:right w:val="nil"/>
            </w:tcBorders>
            <w:vAlign w:val="center"/>
          </w:tcPr>
          <w:p w14:paraId="4A03B158" w14:textId="6BF6B757" w:rsidR="00AB28BC" w:rsidRPr="00912009" w:rsidRDefault="00AB28BC" w:rsidP="006C78FB">
            <w:pPr>
              <w:pStyle w:val="En-tte"/>
              <w:rPr>
                <w:rFonts w:asciiTheme="majorHAnsi" w:hAnsiTheme="majorHAnsi" w:cstheme="majorHAnsi"/>
                <w:sz w:val="20"/>
                <w:szCs w:val="20"/>
              </w:rPr>
            </w:pPr>
            <w:r w:rsidRPr="00912009">
              <w:rPr>
                <w:rFonts w:asciiTheme="majorHAnsi" w:hAnsiTheme="majorHAnsi" w:cstheme="majorHAnsi"/>
                <w:sz w:val="20"/>
                <w:szCs w:val="20"/>
              </w:rPr>
              <w:t>D.D.N.</w:t>
            </w:r>
            <w:r w:rsidR="00E27AA6">
              <w:rPr>
                <w:rFonts w:asciiTheme="majorHAnsi" w:hAnsiTheme="majorHAnsi" w:cstheme="majorHAnsi"/>
                <w:sz w:val="20"/>
                <w:szCs w:val="20"/>
              </w:rPr>
              <w:t xml:space="preserve"> (A/M/J)</w:t>
            </w:r>
          </w:p>
        </w:tc>
        <w:tc>
          <w:tcPr>
            <w:tcW w:w="1368" w:type="dxa"/>
            <w:tcBorders>
              <w:top w:val="single" w:sz="4" w:space="0" w:color="auto"/>
              <w:left w:val="nil"/>
              <w:bottom w:val="single" w:sz="4" w:space="0" w:color="auto"/>
              <w:right w:val="nil"/>
            </w:tcBorders>
            <w:vAlign w:val="center"/>
          </w:tcPr>
          <w:p w14:paraId="0AB769FE" w14:textId="0A2CAFDD" w:rsidR="00AB28BC" w:rsidRPr="00912009" w:rsidRDefault="00004EE2" w:rsidP="006C78FB">
            <w:pPr>
              <w:pStyle w:val="En-tte"/>
              <w:rPr>
                <w:rFonts w:asciiTheme="majorHAnsi" w:hAnsiTheme="majorHAnsi" w:cstheme="majorHAnsi"/>
                <w:sz w:val="20"/>
                <w:szCs w:val="20"/>
              </w:rPr>
            </w:pPr>
            <w:sdt>
              <w:sdtPr>
                <w:rPr>
                  <w:rFonts w:asciiTheme="majorHAnsi" w:hAnsiTheme="majorHAnsi" w:cstheme="majorHAnsi"/>
                  <w:sz w:val="20"/>
                  <w:szCs w:val="20"/>
                </w:rPr>
                <w:id w:val="1357380208"/>
                <w:placeholder>
                  <w:docPart w:val="53A3691CC2414526B4FFBD27C5E14C4F"/>
                </w:placeholder>
                <w:showingPlcHdr/>
              </w:sdtPr>
              <w:sdtEndPr/>
              <w:sdtContent>
                <w:permStart w:id="556888469" w:edGrp="everyone"/>
                <w:r w:rsidR="00E27AA6">
                  <w:rPr>
                    <w:rStyle w:val="Textedelespacerserv"/>
                    <w:rFonts w:asciiTheme="majorHAnsi" w:hAnsiTheme="majorHAnsi" w:cstheme="majorHAnsi"/>
                    <w:sz w:val="20"/>
                    <w:szCs w:val="20"/>
                  </w:rPr>
                  <w:t xml:space="preserve">      </w:t>
                </w:r>
                <w:r w:rsidR="006C78FB" w:rsidRPr="00912009">
                  <w:rPr>
                    <w:rStyle w:val="Textedelespacerserv"/>
                    <w:rFonts w:asciiTheme="majorHAnsi" w:hAnsiTheme="majorHAnsi" w:cstheme="majorHAnsi"/>
                    <w:sz w:val="20"/>
                    <w:szCs w:val="20"/>
                  </w:rPr>
                  <w:t>.</w:t>
                </w:r>
                <w:permEnd w:id="556888469"/>
              </w:sdtContent>
            </w:sdt>
          </w:p>
        </w:tc>
        <w:tc>
          <w:tcPr>
            <w:tcW w:w="361" w:type="dxa"/>
            <w:tcBorders>
              <w:top w:val="single" w:sz="4" w:space="0" w:color="auto"/>
              <w:left w:val="nil"/>
              <w:bottom w:val="single" w:sz="4" w:space="0" w:color="auto"/>
              <w:right w:val="nil"/>
            </w:tcBorders>
            <w:vAlign w:val="center"/>
          </w:tcPr>
          <w:p w14:paraId="3969F3C4" w14:textId="77777777" w:rsidR="00AB28BC" w:rsidRPr="00912009" w:rsidRDefault="00AB28BC" w:rsidP="006C78FB">
            <w:pPr>
              <w:pStyle w:val="En-tte"/>
              <w:rPr>
                <w:rFonts w:asciiTheme="majorHAnsi" w:hAnsiTheme="majorHAnsi" w:cstheme="majorHAnsi"/>
                <w:sz w:val="20"/>
                <w:szCs w:val="20"/>
              </w:rPr>
            </w:pPr>
            <w:r w:rsidRPr="00912009">
              <w:rPr>
                <w:rFonts w:asciiTheme="majorHAnsi" w:hAnsiTheme="majorHAnsi" w:cstheme="majorHAnsi"/>
                <w:sz w:val="20"/>
                <w:szCs w:val="20"/>
              </w:rPr>
              <w:t>-</w:t>
            </w:r>
          </w:p>
        </w:tc>
        <w:tc>
          <w:tcPr>
            <w:tcW w:w="629" w:type="dxa"/>
            <w:tcBorders>
              <w:top w:val="single" w:sz="4" w:space="0" w:color="auto"/>
              <w:left w:val="nil"/>
              <w:bottom w:val="single" w:sz="4" w:space="0" w:color="auto"/>
              <w:right w:val="nil"/>
            </w:tcBorders>
            <w:vAlign w:val="center"/>
          </w:tcPr>
          <w:p w14:paraId="30B96C6A" w14:textId="084A6DA6" w:rsidR="00AB28BC" w:rsidRPr="00912009" w:rsidRDefault="00004EE2" w:rsidP="006C78FB">
            <w:pPr>
              <w:pStyle w:val="En-tte"/>
              <w:rPr>
                <w:rFonts w:asciiTheme="majorHAnsi" w:hAnsiTheme="majorHAnsi" w:cstheme="majorHAnsi"/>
                <w:sz w:val="20"/>
                <w:szCs w:val="20"/>
              </w:rPr>
            </w:pPr>
            <w:sdt>
              <w:sdtPr>
                <w:rPr>
                  <w:rFonts w:asciiTheme="majorHAnsi" w:hAnsiTheme="majorHAnsi" w:cstheme="majorHAnsi"/>
                  <w:sz w:val="20"/>
                  <w:szCs w:val="20"/>
                </w:rPr>
                <w:id w:val="-724291123"/>
                <w:placeholder>
                  <w:docPart w:val="C01C6CCD079D49B59678601C794DA671"/>
                </w:placeholder>
                <w:showingPlcHdr/>
              </w:sdtPr>
              <w:sdtEndPr/>
              <w:sdtContent>
                <w:permStart w:id="784865155" w:edGrp="everyone"/>
                <w:r w:rsidR="00E27AA6">
                  <w:rPr>
                    <w:rStyle w:val="Textedelespacerserv"/>
                    <w:rFonts w:asciiTheme="majorHAnsi" w:hAnsiTheme="majorHAnsi" w:cstheme="majorHAnsi"/>
                    <w:sz w:val="20"/>
                    <w:szCs w:val="20"/>
                  </w:rPr>
                  <w:t xml:space="preserve">   </w:t>
                </w:r>
                <w:permEnd w:id="784865155"/>
              </w:sdtContent>
            </w:sdt>
          </w:p>
        </w:tc>
        <w:tc>
          <w:tcPr>
            <w:tcW w:w="270" w:type="dxa"/>
            <w:tcBorders>
              <w:top w:val="single" w:sz="4" w:space="0" w:color="auto"/>
              <w:left w:val="nil"/>
              <w:bottom w:val="single" w:sz="4" w:space="0" w:color="auto"/>
              <w:right w:val="nil"/>
            </w:tcBorders>
            <w:vAlign w:val="center"/>
          </w:tcPr>
          <w:p w14:paraId="5480D98D" w14:textId="77777777" w:rsidR="00AB28BC" w:rsidRPr="00912009" w:rsidRDefault="00AB28BC" w:rsidP="006C78FB">
            <w:pPr>
              <w:pStyle w:val="En-tte"/>
              <w:rPr>
                <w:rFonts w:asciiTheme="majorHAnsi" w:hAnsiTheme="majorHAnsi" w:cstheme="majorHAnsi"/>
                <w:sz w:val="20"/>
                <w:szCs w:val="20"/>
              </w:rPr>
            </w:pPr>
            <w:r w:rsidRPr="00912009">
              <w:rPr>
                <w:rFonts w:asciiTheme="majorHAnsi" w:hAnsiTheme="majorHAnsi" w:cstheme="majorHAnsi"/>
                <w:sz w:val="20"/>
                <w:szCs w:val="20"/>
              </w:rPr>
              <w:t>-</w:t>
            </w:r>
          </w:p>
        </w:tc>
        <w:tc>
          <w:tcPr>
            <w:tcW w:w="656" w:type="dxa"/>
            <w:tcBorders>
              <w:top w:val="single" w:sz="4" w:space="0" w:color="auto"/>
              <w:left w:val="nil"/>
              <w:bottom w:val="single" w:sz="4" w:space="0" w:color="auto"/>
              <w:right w:val="nil"/>
            </w:tcBorders>
            <w:vAlign w:val="center"/>
          </w:tcPr>
          <w:p w14:paraId="6E26D528" w14:textId="287A9C90" w:rsidR="00AB28BC" w:rsidRPr="00912009" w:rsidRDefault="00004EE2" w:rsidP="006C78FB">
            <w:pPr>
              <w:pStyle w:val="En-tte"/>
              <w:rPr>
                <w:rFonts w:asciiTheme="majorHAnsi" w:hAnsiTheme="majorHAnsi" w:cstheme="majorHAnsi"/>
                <w:sz w:val="20"/>
                <w:szCs w:val="20"/>
              </w:rPr>
            </w:pPr>
            <w:sdt>
              <w:sdtPr>
                <w:rPr>
                  <w:rFonts w:asciiTheme="majorHAnsi" w:hAnsiTheme="majorHAnsi" w:cstheme="majorHAnsi"/>
                  <w:sz w:val="20"/>
                  <w:szCs w:val="20"/>
                </w:rPr>
                <w:id w:val="1761791962"/>
                <w:placeholder>
                  <w:docPart w:val="6C72358799CE46D381FFD410E240BE4E"/>
                </w:placeholder>
                <w:showingPlcHdr/>
              </w:sdtPr>
              <w:sdtEndPr/>
              <w:sdtContent>
                <w:permStart w:id="2006195881" w:edGrp="everyone"/>
                <w:r w:rsidR="00E27AA6">
                  <w:rPr>
                    <w:rStyle w:val="Textedelespacerserv"/>
                    <w:rFonts w:asciiTheme="majorHAnsi" w:hAnsiTheme="majorHAnsi" w:cstheme="majorHAnsi"/>
                    <w:sz w:val="20"/>
                    <w:szCs w:val="20"/>
                  </w:rPr>
                  <w:t xml:space="preserve">   </w:t>
                </w:r>
                <w:permEnd w:id="2006195881"/>
              </w:sdtContent>
            </w:sdt>
          </w:p>
        </w:tc>
      </w:tr>
    </w:tbl>
    <w:p w14:paraId="35F2C038" w14:textId="675B9FB9" w:rsidR="008C4EDF" w:rsidRDefault="008C4EDF" w:rsidP="006B266C">
      <w:pPr>
        <w:spacing w:before="120" w:after="120" w:line="240" w:lineRule="auto"/>
        <w:jc w:val="both"/>
        <w:rPr>
          <w:rFonts w:asciiTheme="majorHAnsi" w:hAnsiTheme="majorHAnsi" w:cstheme="majorHAnsi"/>
          <w:b/>
          <w:bCs/>
          <w:sz w:val="20"/>
          <w:szCs w:val="20"/>
          <w:u w:val="single"/>
        </w:rPr>
      </w:pPr>
      <w:r w:rsidRPr="00912009">
        <w:rPr>
          <w:rFonts w:asciiTheme="majorHAnsi" w:hAnsiTheme="majorHAnsi" w:cstheme="majorHAnsi"/>
          <w:b/>
          <w:bCs/>
          <w:sz w:val="20"/>
          <w:szCs w:val="20"/>
          <w:u w:val="single"/>
        </w:rPr>
        <w:t xml:space="preserve">L’usager comprend que pour favoriser une réponse optimale à ses besoins dans le cadre du programme </w:t>
      </w:r>
      <w:r w:rsidRPr="00912009">
        <w:rPr>
          <w:rFonts w:asciiTheme="majorHAnsi" w:hAnsiTheme="majorHAnsi" w:cstheme="majorHAnsi"/>
          <w:b/>
          <w:bCs/>
          <w:i/>
          <w:iCs/>
          <w:sz w:val="20"/>
          <w:szCs w:val="20"/>
          <w:u w:val="single"/>
        </w:rPr>
        <w:t>Agir Ensemble</w:t>
      </w:r>
      <w:r w:rsidRPr="00912009">
        <w:rPr>
          <w:rFonts w:asciiTheme="majorHAnsi" w:hAnsiTheme="majorHAnsi" w:cstheme="majorHAnsi"/>
          <w:b/>
          <w:bCs/>
          <w:sz w:val="20"/>
          <w:szCs w:val="20"/>
          <w:u w:val="single"/>
        </w:rPr>
        <w:t xml:space="preserve">, il </w:t>
      </w:r>
      <w:r w:rsidR="00D60B1B">
        <w:rPr>
          <w:rFonts w:asciiTheme="majorHAnsi" w:hAnsiTheme="majorHAnsi" w:cstheme="majorHAnsi"/>
          <w:b/>
          <w:bCs/>
          <w:sz w:val="20"/>
          <w:szCs w:val="20"/>
          <w:u w:val="single"/>
        </w:rPr>
        <w:t>doit :</w:t>
      </w:r>
    </w:p>
    <w:p w14:paraId="68EB6A30" w14:textId="6C096D9A"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 xml:space="preserve">Permettre d’échanger des renseignements sur sa situation personnelle afin d’orienter les services qui lui seront </w:t>
      </w:r>
      <w:r w:rsidR="00EE461B" w:rsidRPr="00912009">
        <w:rPr>
          <w:rFonts w:asciiTheme="majorHAnsi" w:hAnsiTheme="majorHAnsi" w:cstheme="majorHAnsi"/>
          <w:sz w:val="20"/>
          <w:szCs w:val="20"/>
        </w:rPr>
        <w:t>offerts ;</w:t>
      </w:r>
      <w:r w:rsidRPr="00912009">
        <w:rPr>
          <w:rFonts w:asciiTheme="majorHAnsi" w:hAnsiTheme="majorHAnsi" w:cstheme="majorHAnsi"/>
          <w:sz w:val="20"/>
          <w:szCs w:val="20"/>
        </w:rPr>
        <w:t xml:space="preserve"> </w:t>
      </w:r>
      <w:r w:rsidR="00EE461B" w:rsidRPr="00912009">
        <w:rPr>
          <w:rFonts w:asciiTheme="majorHAnsi" w:hAnsiTheme="majorHAnsi" w:cstheme="majorHAnsi"/>
          <w:sz w:val="20"/>
          <w:szCs w:val="20"/>
        </w:rPr>
        <w:br/>
      </w:r>
      <w:r w:rsidRPr="00912009">
        <w:rPr>
          <w:rFonts w:asciiTheme="majorHAnsi" w:hAnsiTheme="majorHAnsi" w:cstheme="majorHAnsi"/>
          <w:sz w:val="20"/>
          <w:szCs w:val="20"/>
        </w:rPr>
        <w:t xml:space="preserve">(Seuls les renseignements pertinents à l’orientation et au suivi des services seront partagés) </w:t>
      </w:r>
    </w:p>
    <w:p w14:paraId="2A55AA20"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L’usager ou son parent peut convenir, avec chacun des partenaires autorisés, quelles informations pourront être partagées ;</w:t>
      </w:r>
    </w:p>
    <w:p w14:paraId="336C5CAD"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L’usager ou son parent peut annuler en tout temps ce consentement en avisant verbalement ou par écrit un intervenant. Cette annulation n’exclut pas qu’il reçoive des services, mais elle pourrait limiter l’efficacité des interventions ;</w:t>
      </w:r>
    </w:p>
    <w:p w14:paraId="5F2C2486"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L’échange d’informations se fera en toute confidentialité, dans le respect des lois et règlements en vigueur.</w:t>
      </w:r>
    </w:p>
    <w:p w14:paraId="3B82140D"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Les informations écrites pouvant être distribuées aux partenaires autorisés sont :</w:t>
      </w:r>
    </w:p>
    <w:permStart w:id="479799041" w:edGrp="everyone"/>
    <w:p w14:paraId="08481BBB" w14:textId="35557D02" w:rsidR="008C4EDF" w:rsidRPr="00912009" w:rsidRDefault="00004EE2" w:rsidP="008C4EDF">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rPr>
          <w:id w:val="-1174416212"/>
          <w14:checkbox>
            <w14:checked w14:val="0"/>
            <w14:checkedState w14:val="2612" w14:font="MS Gothic"/>
            <w14:uncheckedState w14:val="2610" w14:font="MS Gothic"/>
          </w14:checkbox>
        </w:sdtPr>
        <w:sdtEndPr/>
        <w:sdtContent>
          <w:r w:rsidR="006C78FB" w:rsidRPr="00912009">
            <w:rPr>
              <w:rFonts w:ascii="Segoe UI Symbol" w:eastAsia="MS Gothic" w:hAnsi="Segoe UI Symbol" w:cs="Segoe UI Symbol"/>
              <w:sz w:val="20"/>
              <w:szCs w:val="20"/>
            </w:rPr>
            <w:t>☐</w:t>
          </w:r>
        </w:sdtContent>
      </w:sdt>
      <w:permEnd w:id="479799041"/>
      <w:r w:rsidR="006C78FB" w:rsidRPr="00912009">
        <w:rPr>
          <w:rFonts w:asciiTheme="majorHAnsi" w:hAnsiTheme="majorHAnsi" w:cstheme="majorHAnsi"/>
          <w:sz w:val="20"/>
          <w:szCs w:val="20"/>
        </w:rPr>
        <w:t xml:space="preserve">  </w:t>
      </w:r>
      <w:r w:rsidR="008C4EDF" w:rsidRPr="00912009">
        <w:rPr>
          <w:rFonts w:asciiTheme="majorHAnsi" w:hAnsiTheme="majorHAnsi" w:cstheme="majorHAnsi"/>
          <w:sz w:val="20"/>
          <w:szCs w:val="20"/>
        </w:rPr>
        <w:t>le formulaire d’autorisation de communiquer des renseignements personnels que l’usager aura signé;</w:t>
      </w:r>
    </w:p>
    <w:permStart w:id="1394279685" w:edGrp="everyone"/>
    <w:p w14:paraId="515C82B7" w14:textId="146326F3" w:rsidR="008C4EDF" w:rsidRPr="00912009" w:rsidRDefault="00004EE2" w:rsidP="008C4EDF">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rPr>
          <w:id w:val="1608462992"/>
          <w14:checkbox>
            <w14:checked w14:val="0"/>
            <w14:checkedState w14:val="2612" w14:font="MS Gothic"/>
            <w14:uncheckedState w14:val="2610" w14:font="MS Gothic"/>
          </w14:checkbox>
        </w:sdtPr>
        <w:sdtEndPr/>
        <w:sdtContent>
          <w:r w:rsidR="006C78FB" w:rsidRPr="00912009">
            <w:rPr>
              <w:rFonts w:ascii="Segoe UI Symbol" w:eastAsia="MS Gothic" w:hAnsi="Segoe UI Symbol" w:cs="Segoe UI Symbol"/>
              <w:sz w:val="20"/>
              <w:szCs w:val="20"/>
            </w:rPr>
            <w:t>☐</w:t>
          </w:r>
        </w:sdtContent>
      </w:sdt>
      <w:permEnd w:id="1394279685"/>
      <w:r w:rsidR="008C4EDF" w:rsidRPr="00912009">
        <w:rPr>
          <w:rFonts w:asciiTheme="majorHAnsi" w:hAnsiTheme="majorHAnsi" w:cstheme="majorHAnsi"/>
          <w:sz w:val="20"/>
          <w:szCs w:val="20"/>
        </w:rPr>
        <w:t xml:space="preserve">  le plan de service;</w:t>
      </w:r>
    </w:p>
    <w:permStart w:id="737691633" w:edGrp="everyone"/>
    <w:p w14:paraId="514BCB5C" w14:textId="3B9C4740" w:rsidR="006C78FB" w:rsidRDefault="00004EE2" w:rsidP="006C78FB">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rPr>
          <w:id w:val="-748045853"/>
          <w14:checkbox>
            <w14:checked w14:val="0"/>
            <w14:checkedState w14:val="2612" w14:font="MS Gothic"/>
            <w14:uncheckedState w14:val="2610" w14:font="MS Gothic"/>
          </w14:checkbox>
        </w:sdtPr>
        <w:sdtEndPr/>
        <w:sdtContent>
          <w:r w:rsidR="006C78FB" w:rsidRPr="00912009">
            <w:rPr>
              <w:rFonts w:ascii="Segoe UI Symbol" w:eastAsia="MS Gothic" w:hAnsi="Segoe UI Symbol" w:cs="Segoe UI Symbol"/>
              <w:sz w:val="20"/>
              <w:szCs w:val="20"/>
            </w:rPr>
            <w:t>☐</w:t>
          </w:r>
        </w:sdtContent>
      </w:sdt>
      <w:permEnd w:id="737691633"/>
      <w:r w:rsidR="006C78FB" w:rsidRPr="00912009">
        <w:rPr>
          <w:rFonts w:asciiTheme="majorHAnsi" w:hAnsiTheme="majorHAnsi" w:cstheme="majorHAnsi"/>
          <w:sz w:val="20"/>
          <w:szCs w:val="20"/>
        </w:rPr>
        <w:t xml:space="preserve">  </w:t>
      </w:r>
      <w:r w:rsidR="008C4EDF" w:rsidRPr="00912009">
        <w:rPr>
          <w:rFonts w:asciiTheme="majorHAnsi" w:hAnsiTheme="majorHAnsi" w:cstheme="majorHAnsi"/>
          <w:sz w:val="20"/>
          <w:szCs w:val="20"/>
        </w:rPr>
        <w:t xml:space="preserve">autres : </w:t>
      </w:r>
      <w:r w:rsidR="006C78FB" w:rsidRPr="00912009">
        <w:rPr>
          <w:rFonts w:asciiTheme="majorHAnsi" w:hAnsiTheme="majorHAnsi" w:cstheme="majorHAnsi"/>
          <w:sz w:val="20"/>
          <w:szCs w:val="20"/>
        </w:rPr>
        <w:t xml:space="preserve"> </w:t>
      </w:r>
      <w:sdt>
        <w:sdtPr>
          <w:rPr>
            <w:rFonts w:asciiTheme="majorHAnsi" w:hAnsiTheme="majorHAnsi" w:cstheme="majorHAnsi"/>
            <w:sz w:val="20"/>
            <w:szCs w:val="20"/>
          </w:rPr>
          <w:id w:val="-1905749488"/>
          <w:placeholder>
            <w:docPart w:val="5A76890C03E7456ABDE877F34C8995DE"/>
          </w:placeholder>
          <w:showingPlcHdr/>
        </w:sdtPr>
        <w:sdtEndPr/>
        <w:sdtContent>
          <w:permStart w:id="363882429" w:edGrp="everyone"/>
          <w:r w:rsidR="00E27AA6">
            <w:rPr>
              <w:rStyle w:val="Textedelespacerserv"/>
              <w:rFonts w:asciiTheme="majorHAnsi" w:hAnsiTheme="majorHAnsi" w:cstheme="majorHAnsi"/>
              <w:sz w:val="20"/>
              <w:szCs w:val="20"/>
            </w:rPr>
            <w:t xml:space="preserve">                            </w:t>
          </w:r>
          <w:permEnd w:id="363882429"/>
        </w:sdtContent>
      </w:sdt>
    </w:p>
    <w:p w14:paraId="1EA0BCA1" w14:textId="23D22E6D" w:rsidR="008C4EDF" w:rsidRPr="00912009" w:rsidRDefault="008C4EDF" w:rsidP="006C78FB">
      <w:pPr>
        <w:pStyle w:val="Paragraphedeliste"/>
        <w:numPr>
          <w:ilvl w:val="0"/>
          <w:numId w:val="12"/>
        </w:numPr>
        <w:spacing w:after="0" w:line="240" w:lineRule="auto"/>
        <w:ind w:left="360"/>
        <w:jc w:val="both"/>
        <w:rPr>
          <w:rFonts w:asciiTheme="majorHAnsi" w:hAnsiTheme="majorHAnsi" w:cstheme="majorHAnsi"/>
          <w:sz w:val="20"/>
          <w:szCs w:val="20"/>
          <w:u w:val="single"/>
        </w:rPr>
      </w:pPr>
      <w:r w:rsidRPr="00912009">
        <w:rPr>
          <w:rFonts w:asciiTheme="majorHAnsi" w:hAnsiTheme="majorHAnsi" w:cstheme="majorHAnsi"/>
          <w:sz w:val="20"/>
          <w:szCs w:val="20"/>
        </w:rPr>
        <w:t xml:space="preserve">Ces informations seront assujetties aux règles d’accès et de conservation de dossiers et </w:t>
      </w:r>
      <w:r w:rsidRPr="00912009">
        <w:rPr>
          <w:rFonts w:asciiTheme="majorHAnsi" w:hAnsiTheme="majorHAnsi" w:cstheme="majorHAnsi"/>
          <w:sz w:val="20"/>
          <w:szCs w:val="20"/>
          <w:u w:val="single"/>
        </w:rPr>
        <w:t>le partage de tout document écrit devra faire l’objet d’une autorisation spécifique.</w:t>
      </w:r>
    </w:p>
    <w:p w14:paraId="69A1FB60" w14:textId="2CC99156" w:rsidR="008C4EDF" w:rsidRPr="00AC61B6" w:rsidRDefault="008C4EDF" w:rsidP="00D60B1B">
      <w:pPr>
        <w:tabs>
          <w:tab w:val="left" w:pos="810"/>
          <w:tab w:val="left" w:pos="1350"/>
        </w:tabs>
        <w:spacing w:before="120" w:after="120" w:line="240" w:lineRule="auto"/>
        <w:jc w:val="center"/>
        <w:rPr>
          <w:rFonts w:asciiTheme="majorHAnsi" w:hAnsiTheme="majorHAnsi" w:cstheme="majorHAnsi"/>
          <w:b/>
          <w:bCs/>
          <w:sz w:val="20"/>
          <w:szCs w:val="20"/>
        </w:rPr>
      </w:pPr>
      <w:r w:rsidRPr="00AC61B6">
        <w:rPr>
          <w:rFonts w:asciiTheme="majorHAnsi" w:hAnsiTheme="majorHAnsi" w:cstheme="majorHAnsi"/>
          <w:b/>
          <w:bCs/>
          <w:sz w:val="20"/>
          <w:szCs w:val="20"/>
        </w:rPr>
        <w:t>J’autorise le partage de</w:t>
      </w:r>
      <w:r w:rsidR="00AC61B6" w:rsidRPr="00AC61B6">
        <w:rPr>
          <w:rFonts w:asciiTheme="majorHAnsi" w:hAnsiTheme="majorHAnsi" w:cstheme="majorHAnsi"/>
          <w:b/>
          <w:bCs/>
          <w:sz w:val="20"/>
          <w:szCs w:val="20"/>
        </w:rPr>
        <w:t xml:space="preserve"> mes </w:t>
      </w:r>
      <w:r w:rsidRPr="00AC61B6">
        <w:rPr>
          <w:rFonts w:asciiTheme="majorHAnsi" w:hAnsiTheme="majorHAnsi" w:cstheme="majorHAnsi"/>
          <w:b/>
          <w:bCs/>
          <w:sz w:val="20"/>
          <w:szCs w:val="20"/>
        </w:rPr>
        <w:t xml:space="preserve">renseignements personnels </w:t>
      </w:r>
      <w:r w:rsidR="00421B17" w:rsidRPr="00AC61B6">
        <w:rPr>
          <w:rFonts w:asciiTheme="majorHAnsi" w:hAnsiTheme="majorHAnsi" w:cstheme="majorHAnsi"/>
          <w:b/>
          <w:bCs/>
          <w:sz w:val="20"/>
          <w:szCs w:val="20"/>
        </w:rPr>
        <w:t xml:space="preserve">entre </w:t>
      </w:r>
      <w:r w:rsidR="00421B17" w:rsidRPr="00AC61B6">
        <w:rPr>
          <w:rFonts w:asciiTheme="majorHAnsi" w:hAnsiTheme="majorHAnsi" w:cstheme="majorHAnsi"/>
          <w:b/>
          <w:bCs/>
          <w:i/>
          <w:iCs/>
          <w:sz w:val="20"/>
          <w:szCs w:val="20"/>
        </w:rPr>
        <w:t>Agir Ensemble</w:t>
      </w:r>
      <w:r w:rsidR="00421B17" w:rsidRPr="00AC61B6">
        <w:rPr>
          <w:rFonts w:asciiTheme="majorHAnsi" w:hAnsiTheme="majorHAnsi" w:cstheme="majorHAnsi"/>
          <w:b/>
          <w:bCs/>
          <w:sz w:val="20"/>
          <w:szCs w:val="20"/>
        </w:rPr>
        <w:t xml:space="preserve"> et</w:t>
      </w:r>
      <w:r w:rsidRPr="00AC61B6">
        <w:rPr>
          <w:rFonts w:asciiTheme="majorHAnsi" w:hAnsiTheme="majorHAnsi" w:cstheme="majorHAnsi"/>
          <w:b/>
          <w:bCs/>
          <w:sz w:val="20"/>
          <w:szCs w:val="20"/>
        </w:rPr>
        <w:t xml:space="preserve"> les établissements, </w:t>
      </w:r>
      <w:r w:rsidR="006B266C">
        <w:rPr>
          <w:rFonts w:asciiTheme="majorHAnsi" w:hAnsiTheme="majorHAnsi" w:cstheme="majorHAnsi"/>
          <w:b/>
          <w:bCs/>
          <w:sz w:val="20"/>
          <w:szCs w:val="20"/>
        </w:rPr>
        <w:br/>
      </w:r>
      <w:r w:rsidRPr="00AC61B6">
        <w:rPr>
          <w:rFonts w:asciiTheme="majorHAnsi" w:hAnsiTheme="majorHAnsi" w:cstheme="majorHAnsi"/>
          <w:b/>
          <w:bCs/>
          <w:sz w:val="20"/>
          <w:szCs w:val="20"/>
        </w:rPr>
        <w:t>organismes ou personnes suivants :</w:t>
      </w:r>
    </w:p>
    <w:tbl>
      <w:tblPr>
        <w:tblStyle w:val="Grilledutableau"/>
        <w:tblW w:w="4950" w:type="pct"/>
        <w:tblInd w:w="108" w:type="dxa"/>
        <w:tblLook w:val="04A0" w:firstRow="1" w:lastRow="0" w:firstColumn="1" w:lastColumn="0" w:noHBand="0" w:noVBand="1"/>
      </w:tblPr>
      <w:tblGrid>
        <w:gridCol w:w="517"/>
        <w:gridCol w:w="3239"/>
        <w:gridCol w:w="506"/>
        <w:gridCol w:w="3006"/>
        <w:gridCol w:w="538"/>
        <w:gridCol w:w="2876"/>
      </w:tblGrid>
      <w:tr w:rsidR="00D4692B" w:rsidRPr="00912009" w14:paraId="51786EDD" w14:textId="30CCEDDD" w:rsidTr="006B266C">
        <w:trPr>
          <w:trHeight w:val="432"/>
        </w:trPr>
        <w:tc>
          <w:tcPr>
            <w:tcW w:w="5000" w:type="pct"/>
            <w:gridSpan w:val="6"/>
            <w:shd w:val="clear" w:color="auto" w:fill="F2F2F2" w:themeFill="background1" w:themeFillShade="F2"/>
            <w:vAlign w:val="center"/>
            <w:hideMark/>
          </w:tcPr>
          <w:p w14:paraId="40CDF89F" w14:textId="00386CA7" w:rsidR="00D4692B" w:rsidRPr="00912009" w:rsidRDefault="00D4692B" w:rsidP="006B266C">
            <w:pPr>
              <w:jc w:val="center"/>
              <w:rPr>
                <w:rFonts w:asciiTheme="majorHAnsi" w:hAnsiTheme="majorHAnsi" w:cstheme="majorHAnsi"/>
                <w:b/>
                <w:bCs/>
                <w:sz w:val="20"/>
                <w:szCs w:val="20"/>
                <w:lang w:eastAsia="fr-CA"/>
              </w:rPr>
            </w:pPr>
            <w:r w:rsidRPr="00912009">
              <w:rPr>
                <w:rFonts w:asciiTheme="majorHAnsi" w:hAnsiTheme="majorHAnsi" w:cstheme="majorHAnsi"/>
                <w:b/>
                <w:bCs/>
                <w:sz w:val="20"/>
                <w:szCs w:val="20"/>
                <w:lang w:eastAsia="fr-CA"/>
              </w:rPr>
              <w:t>Établissement, organisme ou personne</w:t>
            </w:r>
            <w:r w:rsidRPr="00912009">
              <w:rPr>
                <w:rFonts w:asciiTheme="majorHAnsi" w:hAnsiTheme="majorHAnsi" w:cstheme="majorHAnsi"/>
                <w:sz w:val="20"/>
                <w:szCs w:val="20"/>
                <w:lang w:eastAsia="fr-CA"/>
              </w:rPr>
              <w:t xml:space="preserve"> </w:t>
            </w:r>
            <w:r w:rsidRPr="00912009">
              <w:rPr>
                <w:rFonts w:asciiTheme="majorHAnsi" w:hAnsiTheme="majorHAnsi" w:cstheme="majorHAnsi"/>
                <w:b/>
                <w:bCs/>
                <w:i/>
                <w:iCs/>
                <w:sz w:val="20"/>
                <w:szCs w:val="20"/>
                <w:lang w:eastAsia="fr-CA"/>
              </w:rPr>
              <w:t>(veuillez identifier)</w:t>
            </w:r>
          </w:p>
        </w:tc>
      </w:tr>
      <w:permStart w:id="1730570189" w:edGrp="everyone"/>
      <w:tr w:rsidR="006B266C" w:rsidRPr="00912009" w14:paraId="32C1AD24" w14:textId="7E7A1EEB" w:rsidTr="00D852C5">
        <w:trPr>
          <w:trHeight w:val="360"/>
        </w:trPr>
        <w:tc>
          <w:tcPr>
            <w:tcW w:w="242" w:type="pct"/>
            <w:tcBorders>
              <w:right w:val="nil"/>
            </w:tcBorders>
            <w:vAlign w:val="center"/>
          </w:tcPr>
          <w:p w14:paraId="583BADC8" w14:textId="1D5EEFFC" w:rsidR="006B266C" w:rsidRPr="00912009"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lang w:eastAsia="fr-CA"/>
              </w:rPr>
            </w:pPr>
            <w:sdt>
              <w:sdtPr>
                <w:rPr>
                  <w:rFonts w:asciiTheme="majorHAnsi" w:hAnsiTheme="majorHAnsi" w:cstheme="majorHAnsi"/>
                  <w:sz w:val="20"/>
                  <w:szCs w:val="20"/>
                </w:rPr>
                <w:id w:val="-1636640355"/>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730570189"/>
          </w:p>
        </w:tc>
        <w:tc>
          <w:tcPr>
            <w:tcW w:w="1516" w:type="pct"/>
            <w:tcBorders>
              <w:left w:val="nil"/>
            </w:tcBorders>
            <w:vAlign w:val="center"/>
          </w:tcPr>
          <w:p w14:paraId="17653F91" w14:textId="5657D9D0"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Rendez-Vous Familial</w:t>
            </w:r>
          </w:p>
        </w:tc>
        <w:permStart w:id="1065172937" w:edGrp="everyone"/>
        <w:tc>
          <w:tcPr>
            <w:tcW w:w="237" w:type="pct"/>
            <w:tcBorders>
              <w:right w:val="nil"/>
            </w:tcBorders>
            <w:vAlign w:val="center"/>
          </w:tcPr>
          <w:p w14:paraId="769D87A3" w14:textId="6D72E779" w:rsidR="006B266C" w:rsidRPr="00912009" w:rsidRDefault="00004EE2" w:rsidP="00F90788">
            <w:pPr>
              <w:jc w:val="center"/>
              <w:rPr>
                <w:rFonts w:asciiTheme="majorHAnsi" w:hAnsiTheme="majorHAnsi" w:cstheme="majorHAnsi"/>
                <w:sz w:val="20"/>
                <w:szCs w:val="20"/>
                <w:lang w:eastAsia="fr-CA"/>
              </w:rPr>
            </w:pPr>
            <w:sdt>
              <w:sdtPr>
                <w:rPr>
                  <w:rFonts w:asciiTheme="majorHAnsi" w:hAnsiTheme="majorHAnsi" w:cstheme="majorHAnsi"/>
                  <w:sz w:val="20"/>
                  <w:szCs w:val="20"/>
                </w:rPr>
                <w:id w:val="-556094560"/>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065172937"/>
          </w:p>
        </w:tc>
        <w:tc>
          <w:tcPr>
            <w:tcW w:w="1407" w:type="pct"/>
            <w:tcBorders>
              <w:left w:val="nil"/>
            </w:tcBorders>
            <w:vAlign w:val="center"/>
          </w:tcPr>
          <w:p w14:paraId="224456C6" w14:textId="06074D42" w:rsidR="006B266C" w:rsidRPr="00912009" w:rsidRDefault="006B266C" w:rsidP="006B266C">
            <w:pPr>
              <w:rPr>
                <w:rFonts w:asciiTheme="majorHAnsi" w:hAnsiTheme="majorHAnsi" w:cstheme="majorHAnsi"/>
                <w:sz w:val="20"/>
                <w:szCs w:val="20"/>
                <w:lang w:eastAsia="fr-CA"/>
              </w:rPr>
            </w:pPr>
            <w:r w:rsidRPr="00912009">
              <w:rPr>
                <w:rFonts w:asciiTheme="majorHAnsi" w:hAnsiTheme="majorHAnsi" w:cstheme="majorHAnsi"/>
                <w:sz w:val="20"/>
                <w:szCs w:val="20"/>
              </w:rPr>
              <w:t>Autisme Centre du Québec</w:t>
            </w:r>
          </w:p>
        </w:tc>
        <w:permStart w:id="1671852145" w:edGrp="everyone"/>
        <w:tc>
          <w:tcPr>
            <w:tcW w:w="252" w:type="pct"/>
            <w:tcBorders>
              <w:right w:val="nil"/>
            </w:tcBorders>
            <w:vAlign w:val="center"/>
          </w:tcPr>
          <w:p w14:paraId="3D0FEF7E" w14:textId="2EE19421" w:rsidR="006B266C" w:rsidRPr="00912009"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756103109"/>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671852145"/>
          </w:p>
        </w:tc>
        <w:tc>
          <w:tcPr>
            <w:tcW w:w="1346" w:type="pct"/>
            <w:tcBorders>
              <w:left w:val="nil"/>
            </w:tcBorders>
            <w:vAlign w:val="center"/>
          </w:tcPr>
          <w:p w14:paraId="2E01102A" w14:textId="65A246DC"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T</w:t>
            </w:r>
            <w:r w:rsidRPr="00912009">
              <w:rPr>
                <w:rFonts w:asciiTheme="majorHAnsi" w:hAnsiTheme="majorHAnsi" w:cstheme="majorHAnsi"/>
                <w:sz w:val="20"/>
                <w:szCs w:val="20"/>
                <w:lang w:eastAsia="fr-CA"/>
              </w:rPr>
              <w:t>rans-MCQ</w:t>
            </w:r>
          </w:p>
        </w:tc>
      </w:tr>
      <w:permStart w:id="1436705266" w:edGrp="everyone"/>
      <w:tr w:rsidR="006B266C" w:rsidRPr="00912009" w14:paraId="5D7BD10A" w14:textId="77777777" w:rsidTr="00D852C5">
        <w:trPr>
          <w:trHeight w:val="360"/>
        </w:trPr>
        <w:tc>
          <w:tcPr>
            <w:tcW w:w="242" w:type="pct"/>
            <w:tcBorders>
              <w:right w:val="nil"/>
            </w:tcBorders>
            <w:vAlign w:val="center"/>
          </w:tcPr>
          <w:p w14:paraId="0422471C" w14:textId="66A9829C"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1373652186"/>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436705266"/>
          </w:p>
        </w:tc>
        <w:tc>
          <w:tcPr>
            <w:tcW w:w="1516" w:type="pct"/>
            <w:tcBorders>
              <w:left w:val="nil"/>
            </w:tcBorders>
            <w:vAlign w:val="center"/>
          </w:tcPr>
          <w:p w14:paraId="320EA376" w14:textId="342987A1"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Pr>
                <w:rFonts w:asciiTheme="majorHAnsi" w:hAnsiTheme="majorHAnsi" w:cstheme="majorHAnsi"/>
                <w:sz w:val="20"/>
                <w:szCs w:val="20"/>
                <w:lang w:eastAsia="fr-CA"/>
              </w:rPr>
              <w:t>CPSC</w:t>
            </w:r>
            <w:r w:rsidR="00C32E6C">
              <w:rPr>
                <w:rFonts w:asciiTheme="majorHAnsi" w:hAnsiTheme="majorHAnsi" w:cstheme="majorHAnsi"/>
                <w:sz w:val="20"/>
                <w:szCs w:val="20"/>
                <w:lang w:eastAsia="fr-CA"/>
              </w:rPr>
              <w:t xml:space="preserve"> </w:t>
            </w:r>
            <w:r w:rsidRPr="00912009">
              <w:rPr>
                <w:rFonts w:asciiTheme="majorHAnsi" w:hAnsiTheme="majorHAnsi" w:cstheme="majorHAnsi"/>
                <w:sz w:val="20"/>
                <w:szCs w:val="20"/>
                <w:lang w:eastAsia="fr-CA"/>
              </w:rPr>
              <w:t>- Les Petits Bonheurs</w:t>
            </w:r>
          </w:p>
        </w:tc>
        <w:permStart w:id="502746044" w:edGrp="everyone"/>
        <w:tc>
          <w:tcPr>
            <w:tcW w:w="237" w:type="pct"/>
            <w:tcBorders>
              <w:right w:val="nil"/>
            </w:tcBorders>
            <w:vAlign w:val="center"/>
          </w:tcPr>
          <w:p w14:paraId="76A1B8BC" w14:textId="32DFDF03"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666018063"/>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502746044"/>
          </w:p>
        </w:tc>
        <w:tc>
          <w:tcPr>
            <w:tcW w:w="1407" w:type="pct"/>
            <w:tcBorders>
              <w:left w:val="nil"/>
            </w:tcBorders>
            <w:vAlign w:val="center"/>
          </w:tcPr>
          <w:p w14:paraId="35390074" w14:textId="57F091BB"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Centre Normand Léveillé</w:t>
            </w:r>
          </w:p>
        </w:tc>
        <w:permStart w:id="1725174683" w:edGrp="everyone"/>
        <w:tc>
          <w:tcPr>
            <w:tcW w:w="252" w:type="pct"/>
            <w:tcBorders>
              <w:right w:val="nil"/>
            </w:tcBorders>
            <w:vAlign w:val="center"/>
          </w:tcPr>
          <w:p w14:paraId="66D33B3A" w14:textId="200D57CB"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039708886"/>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725174683"/>
          </w:p>
        </w:tc>
        <w:tc>
          <w:tcPr>
            <w:tcW w:w="1346" w:type="pct"/>
            <w:tcBorders>
              <w:left w:val="nil"/>
            </w:tcBorders>
            <w:vAlign w:val="center"/>
          </w:tcPr>
          <w:p w14:paraId="50941F26" w14:textId="5A7D4CC2"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Centre Pie</w:t>
            </w:r>
          </w:p>
        </w:tc>
      </w:tr>
      <w:permStart w:id="44589365" w:edGrp="everyone"/>
      <w:tr w:rsidR="006B266C" w:rsidRPr="00912009" w14:paraId="0BAF7539" w14:textId="77777777" w:rsidTr="00D852C5">
        <w:trPr>
          <w:trHeight w:val="360"/>
        </w:trPr>
        <w:tc>
          <w:tcPr>
            <w:tcW w:w="242" w:type="pct"/>
            <w:tcBorders>
              <w:right w:val="nil"/>
            </w:tcBorders>
            <w:vAlign w:val="center"/>
          </w:tcPr>
          <w:p w14:paraId="093C6006" w14:textId="054667F2"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537406761"/>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44589365"/>
          </w:p>
        </w:tc>
        <w:tc>
          <w:tcPr>
            <w:tcW w:w="1516" w:type="pct"/>
            <w:tcBorders>
              <w:left w:val="nil"/>
            </w:tcBorders>
            <w:vAlign w:val="center"/>
          </w:tcPr>
          <w:p w14:paraId="6C3C7B4D" w14:textId="5C798D3E"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rPr>
              <w:t>M</w:t>
            </w:r>
            <w:r w:rsidRPr="00912009">
              <w:rPr>
                <w:rFonts w:asciiTheme="majorHAnsi" w:hAnsiTheme="majorHAnsi" w:cstheme="majorHAnsi"/>
                <w:sz w:val="20"/>
                <w:szCs w:val="20"/>
                <w:lang w:eastAsia="fr-CA"/>
              </w:rPr>
              <w:t>aison de la Famille Drummond</w:t>
            </w:r>
          </w:p>
        </w:tc>
        <w:permStart w:id="1906527716" w:edGrp="everyone"/>
        <w:tc>
          <w:tcPr>
            <w:tcW w:w="237" w:type="pct"/>
            <w:tcBorders>
              <w:right w:val="nil"/>
            </w:tcBorders>
            <w:vAlign w:val="center"/>
          </w:tcPr>
          <w:p w14:paraId="675330DB" w14:textId="4AEF68F1"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561001648"/>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906527716"/>
          </w:p>
        </w:tc>
        <w:tc>
          <w:tcPr>
            <w:tcW w:w="1407" w:type="pct"/>
            <w:tcBorders>
              <w:left w:val="nil"/>
            </w:tcBorders>
            <w:vAlign w:val="center"/>
          </w:tcPr>
          <w:p w14:paraId="7D86335F" w14:textId="23922FC5"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Répit SAM</w:t>
            </w:r>
          </w:p>
        </w:tc>
        <w:permStart w:id="22619151" w:edGrp="everyone"/>
        <w:tc>
          <w:tcPr>
            <w:tcW w:w="252" w:type="pct"/>
            <w:tcBorders>
              <w:right w:val="nil"/>
            </w:tcBorders>
            <w:vAlign w:val="center"/>
          </w:tcPr>
          <w:p w14:paraId="206DC058" w14:textId="6B23844A"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977327728"/>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2619151"/>
          </w:p>
        </w:tc>
        <w:tc>
          <w:tcPr>
            <w:tcW w:w="1346" w:type="pct"/>
            <w:tcBorders>
              <w:left w:val="nil"/>
            </w:tcBorders>
            <w:vAlign w:val="center"/>
          </w:tcPr>
          <w:p w14:paraId="2D78BB20" w14:textId="22488023"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Action </w:t>
            </w:r>
            <w:r>
              <w:rPr>
                <w:rFonts w:asciiTheme="majorHAnsi" w:hAnsiTheme="majorHAnsi" w:cstheme="majorHAnsi"/>
                <w:sz w:val="20"/>
                <w:szCs w:val="20"/>
                <w:lang w:eastAsia="fr-CA"/>
              </w:rPr>
              <w:t>T</w:t>
            </w:r>
            <w:r w:rsidRPr="00912009">
              <w:rPr>
                <w:rFonts w:asciiTheme="majorHAnsi" w:hAnsiTheme="majorHAnsi" w:cstheme="majorHAnsi"/>
                <w:sz w:val="20"/>
                <w:szCs w:val="20"/>
                <w:lang w:eastAsia="fr-CA"/>
              </w:rPr>
              <w:t>oxicomanie</w:t>
            </w:r>
          </w:p>
        </w:tc>
      </w:tr>
      <w:permStart w:id="240151185" w:edGrp="everyone"/>
      <w:tr w:rsidR="006B266C" w:rsidRPr="00912009" w14:paraId="14CFAAFE" w14:textId="77777777" w:rsidTr="00D852C5">
        <w:trPr>
          <w:trHeight w:val="360"/>
        </w:trPr>
        <w:tc>
          <w:tcPr>
            <w:tcW w:w="242" w:type="pct"/>
            <w:tcBorders>
              <w:right w:val="nil"/>
            </w:tcBorders>
            <w:vAlign w:val="center"/>
          </w:tcPr>
          <w:p w14:paraId="1B2AA537" w14:textId="51999531"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233082654"/>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40151185"/>
          </w:p>
        </w:tc>
        <w:tc>
          <w:tcPr>
            <w:tcW w:w="1516" w:type="pct"/>
            <w:tcBorders>
              <w:left w:val="nil"/>
            </w:tcBorders>
            <w:vAlign w:val="center"/>
          </w:tcPr>
          <w:p w14:paraId="4E10EDD8" w14:textId="0B8EE6D1"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Centre de ressources pour homme</w:t>
            </w:r>
          </w:p>
        </w:tc>
        <w:permStart w:id="1657432677" w:edGrp="everyone"/>
        <w:tc>
          <w:tcPr>
            <w:tcW w:w="237" w:type="pct"/>
            <w:tcBorders>
              <w:right w:val="nil"/>
            </w:tcBorders>
            <w:vAlign w:val="center"/>
          </w:tcPr>
          <w:p w14:paraId="7A816084" w14:textId="382634D0"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154295441"/>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657432677"/>
          </w:p>
        </w:tc>
        <w:tc>
          <w:tcPr>
            <w:tcW w:w="1407" w:type="pct"/>
            <w:tcBorders>
              <w:left w:val="nil"/>
            </w:tcBorders>
            <w:vAlign w:val="center"/>
          </w:tcPr>
          <w:p w14:paraId="50609B1E" w14:textId="48F7EA3A"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APPAMM Drummond</w:t>
            </w:r>
          </w:p>
        </w:tc>
        <w:permStart w:id="1680767590" w:edGrp="everyone"/>
        <w:tc>
          <w:tcPr>
            <w:tcW w:w="252" w:type="pct"/>
            <w:tcBorders>
              <w:right w:val="nil"/>
            </w:tcBorders>
            <w:vAlign w:val="center"/>
          </w:tcPr>
          <w:p w14:paraId="252BAEC8" w14:textId="72FE97DF"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725060703"/>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680767590"/>
          </w:p>
        </w:tc>
        <w:tc>
          <w:tcPr>
            <w:tcW w:w="1346" w:type="pct"/>
            <w:tcBorders>
              <w:left w:val="nil"/>
            </w:tcBorders>
            <w:vAlign w:val="center"/>
          </w:tcPr>
          <w:p w14:paraId="17DD032E" w14:textId="2CD77581"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Partance</w:t>
            </w:r>
          </w:p>
        </w:tc>
      </w:tr>
      <w:permStart w:id="1566191434" w:edGrp="everyone"/>
      <w:tr w:rsidR="006B266C" w:rsidRPr="00912009" w14:paraId="226FC0E7" w14:textId="77777777" w:rsidTr="00D852C5">
        <w:trPr>
          <w:trHeight w:val="360"/>
        </w:trPr>
        <w:tc>
          <w:tcPr>
            <w:tcW w:w="242" w:type="pct"/>
            <w:tcBorders>
              <w:right w:val="nil"/>
            </w:tcBorders>
            <w:vAlign w:val="center"/>
          </w:tcPr>
          <w:p w14:paraId="7BDE1782" w14:textId="120F7290"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402270158"/>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566191434"/>
          </w:p>
        </w:tc>
        <w:tc>
          <w:tcPr>
            <w:tcW w:w="1516" w:type="pct"/>
            <w:tcBorders>
              <w:left w:val="nil"/>
            </w:tcBorders>
            <w:vAlign w:val="center"/>
          </w:tcPr>
          <w:p w14:paraId="1238D77B" w14:textId="0076CC4E"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rPr>
              <w:t>Maison des femmes</w:t>
            </w:r>
          </w:p>
        </w:tc>
        <w:permStart w:id="1876562827" w:edGrp="everyone"/>
        <w:tc>
          <w:tcPr>
            <w:tcW w:w="237" w:type="pct"/>
            <w:tcBorders>
              <w:right w:val="nil"/>
            </w:tcBorders>
            <w:vAlign w:val="center"/>
          </w:tcPr>
          <w:p w14:paraId="29AF49E6" w14:textId="4B497D26"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502162987"/>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876562827"/>
          </w:p>
        </w:tc>
        <w:tc>
          <w:tcPr>
            <w:tcW w:w="1407" w:type="pct"/>
            <w:tcBorders>
              <w:left w:val="nil"/>
            </w:tcBorders>
            <w:vAlign w:val="center"/>
          </w:tcPr>
          <w:p w14:paraId="44B2C995" w14:textId="1D536CFC"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APEHD</w:t>
            </w:r>
          </w:p>
        </w:tc>
        <w:permStart w:id="1478776486" w:edGrp="everyone"/>
        <w:tc>
          <w:tcPr>
            <w:tcW w:w="252" w:type="pct"/>
            <w:tcBorders>
              <w:right w:val="nil"/>
            </w:tcBorders>
            <w:vAlign w:val="center"/>
          </w:tcPr>
          <w:p w14:paraId="19EC287B" w14:textId="29981180"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479183623"/>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478776486"/>
          </w:p>
        </w:tc>
        <w:tc>
          <w:tcPr>
            <w:tcW w:w="1346" w:type="pct"/>
            <w:tcBorders>
              <w:left w:val="nil"/>
            </w:tcBorders>
            <w:vAlign w:val="center"/>
          </w:tcPr>
          <w:p w14:paraId="13D9B7E0" w14:textId="101AC01E"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Carrefour </w:t>
            </w:r>
            <w:r>
              <w:rPr>
                <w:rFonts w:asciiTheme="majorHAnsi" w:hAnsiTheme="majorHAnsi" w:cstheme="majorHAnsi"/>
                <w:sz w:val="20"/>
                <w:szCs w:val="20"/>
                <w:lang w:eastAsia="fr-CA"/>
              </w:rPr>
              <w:t>d’E</w:t>
            </w:r>
            <w:r w:rsidRPr="00912009">
              <w:rPr>
                <w:rFonts w:asciiTheme="majorHAnsi" w:hAnsiTheme="majorHAnsi" w:cstheme="majorHAnsi"/>
                <w:sz w:val="20"/>
                <w:szCs w:val="20"/>
                <w:lang w:eastAsia="fr-CA"/>
              </w:rPr>
              <w:t>ntraide Drummond</w:t>
            </w:r>
          </w:p>
        </w:tc>
      </w:tr>
      <w:permStart w:id="2015824545" w:edGrp="everyone"/>
      <w:tr w:rsidR="006B266C" w:rsidRPr="00912009" w14:paraId="17A73910" w14:textId="77777777" w:rsidTr="00D852C5">
        <w:trPr>
          <w:trHeight w:val="360"/>
        </w:trPr>
        <w:tc>
          <w:tcPr>
            <w:tcW w:w="242" w:type="pct"/>
            <w:tcBorders>
              <w:right w:val="nil"/>
            </w:tcBorders>
            <w:vAlign w:val="center"/>
          </w:tcPr>
          <w:p w14:paraId="751A559B" w14:textId="41A6153E"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346790602"/>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015824545"/>
          </w:p>
        </w:tc>
        <w:tc>
          <w:tcPr>
            <w:tcW w:w="1516" w:type="pct"/>
            <w:tcBorders>
              <w:left w:val="nil"/>
            </w:tcBorders>
            <w:vAlign w:val="center"/>
          </w:tcPr>
          <w:p w14:paraId="0E530FFA" w14:textId="5DCE7D54"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Rose des vents</w:t>
            </w:r>
          </w:p>
        </w:tc>
        <w:permStart w:id="652673701" w:edGrp="everyone"/>
        <w:tc>
          <w:tcPr>
            <w:tcW w:w="237" w:type="pct"/>
            <w:tcBorders>
              <w:right w:val="nil"/>
            </w:tcBorders>
            <w:vAlign w:val="center"/>
          </w:tcPr>
          <w:p w14:paraId="23989641" w14:textId="3593D2D9"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163548188"/>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652673701"/>
          </w:p>
        </w:tc>
        <w:tc>
          <w:tcPr>
            <w:tcW w:w="1407" w:type="pct"/>
            <w:tcBorders>
              <w:left w:val="nil"/>
            </w:tcBorders>
            <w:vAlign w:val="center"/>
          </w:tcPr>
          <w:p w14:paraId="2FC90A70" w14:textId="75B1A421"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E</w:t>
            </w:r>
            <w:r w:rsidRPr="00912009">
              <w:rPr>
                <w:rFonts w:asciiTheme="majorHAnsi" w:hAnsiTheme="majorHAnsi" w:cstheme="majorHAnsi"/>
                <w:sz w:val="20"/>
                <w:szCs w:val="20"/>
                <w:lang w:eastAsia="fr-CA"/>
              </w:rPr>
              <w:t>mphase</w:t>
            </w:r>
          </w:p>
        </w:tc>
        <w:permStart w:id="1959069255" w:edGrp="everyone"/>
        <w:tc>
          <w:tcPr>
            <w:tcW w:w="252" w:type="pct"/>
            <w:tcBorders>
              <w:right w:val="nil"/>
            </w:tcBorders>
            <w:vAlign w:val="center"/>
          </w:tcPr>
          <w:p w14:paraId="4EA247D3" w14:textId="68295820"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815634750"/>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959069255"/>
          </w:p>
        </w:tc>
        <w:tc>
          <w:tcPr>
            <w:tcW w:w="1346" w:type="pct"/>
            <w:tcBorders>
              <w:left w:val="nil"/>
            </w:tcBorders>
            <w:vAlign w:val="center"/>
          </w:tcPr>
          <w:p w14:paraId="42AA3B06" w14:textId="0EECBAF0"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 xml:space="preserve">La </w:t>
            </w:r>
            <w:r>
              <w:rPr>
                <w:rFonts w:asciiTheme="majorHAnsi" w:hAnsiTheme="majorHAnsi" w:cstheme="majorHAnsi"/>
                <w:sz w:val="20"/>
                <w:szCs w:val="20"/>
              </w:rPr>
              <w:t>P</w:t>
            </w:r>
            <w:r w:rsidRPr="00912009">
              <w:rPr>
                <w:rFonts w:asciiTheme="majorHAnsi" w:hAnsiTheme="majorHAnsi" w:cstheme="majorHAnsi"/>
                <w:sz w:val="20"/>
                <w:szCs w:val="20"/>
              </w:rPr>
              <w:t>arenthèse</w:t>
            </w:r>
          </w:p>
        </w:tc>
      </w:tr>
      <w:permStart w:id="2025994146" w:edGrp="everyone"/>
      <w:tr w:rsidR="006B266C" w:rsidRPr="00912009" w14:paraId="6F1F784F" w14:textId="77777777" w:rsidTr="00D852C5">
        <w:trPr>
          <w:trHeight w:val="360"/>
        </w:trPr>
        <w:tc>
          <w:tcPr>
            <w:tcW w:w="242" w:type="pct"/>
            <w:tcBorders>
              <w:right w:val="nil"/>
            </w:tcBorders>
            <w:vAlign w:val="center"/>
          </w:tcPr>
          <w:p w14:paraId="220461C4" w14:textId="72CEA0CD"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923998578"/>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025994146"/>
          </w:p>
        </w:tc>
        <w:tc>
          <w:tcPr>
            <w:tcW w:w="1516" w:type="pct"/>
            <w:tcBorders>
              <w:left w:val="nil"/>
            </w:tcBorders>
            <w:vAlign w:val="center"/>
          </w:tcPr>
          <w:p w14:paraId="1D27511B" w14:textId="0F9B257B"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L’envolée des mères</w:t>
            </w:r>
          </w:p>
        </w:tc>
        <w:permStart w:id="1503528071" w:edGrp="everyone"/>
        <w:tc>
          <w:tcPr>
            <w:tcW w:w="237" w:type="pct"/>
            <w:tcBorders>
              <w:right w:val="nil"/>
            </w:tcBorders>
            <w:vAlign w:val="center"/>
          </w:tcPr>
          <w:p w14:paraId="085F356E" w14:textId="3C399F76"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02314259"/>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503528071"/>
          </w:p>
        </w:tc>
        <w:tc>
          <w:tcPr>
            <w:tcW w:w="1407" w:type="pct"/>
            <w:tcBorders>
              <w:left w:val="nil"/>
            </w:tcBorders>
            <w:vAlign w:val="center"/>
          </w:tcPr>
          <w:p w14:paraId="47916E6A" w14:textId="0E34B124"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La </w:t>
            </w:r>
            <w:r w:rsidR="00C24032">
              <w:rPr>
                <w:rFonts w:asciiTheme="majorHAnsi" w:hAnsiTheme="majorHAnsi" w:cstheme="majorHAnsi"/>
                <w:sz w:val="20"/>
                <w:szCs w:val="20"/>
                <w:lang w:eastAsia="fr-CA"/>
              </w:rPr>
              <w:t>P</w:t>
            </w:r>
            <w:r w:rsidRPr="00912009">
              <w:rPr>
                <w:rFonts w:asciiTheme="majorHAnsi" w:hAnsiTheme="majorHAnsi" w:cstheme="majorHAnsi"/>
                <w:sz w:val="20"/>
                <w:szCs w:val="20"/>
                <w:lang w:eastAsia="fr-CA"/>
              </w:rPr>
              <w:t>iaule</w:t>
            </w:r>
          </w:p>
        </w:tc>
        <w:permStart w:id="2046105190" w:edGrp="everyone"/>
        <w:tc>
          <w:tcPr>
            <w:tcW w:w="252" w:type="pct"/>
            <w:tcBorders>
              <w:right w:val="nil"/>
            </w:tcBorders>
            <w:vAlign w:val="center"/>
          </w:tcPr>
          <w:p w14:paraId="3145ADDA" w14:textId="6C66615C"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709693561"/>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046105190"/>
          </w:p>
        </w:tc>
        <w:tc>
          <w:tcPr>
            <w:tcW w:w="1346" w:type="pct"/>
            <w:tcBorders>
              <w:left w:val="nil"/>
            </w:tcBorders>
            <w:vAlign w:val="center"/>
          </w:tcPr>
          <w:p w14:paraId="592B59C3" w14:textId="726067A1"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Maison des jeunes</w:t>
            </w:r>
          </w:p>
        </w:tc>
      </w:tr>
      <w:permStart w:id="700602714" w:edGrp="everyone"/>
      <w:tr w:rsidR="006B266C" w:rsidRPr="00912009" w14:paraId="7932BB03" w14:textId="77777777" w:rsidTr="00D852C5">
        <w:trPr>
          <w:trHeight w:val="360"/>
        </w:trPr>
        <w:tc>
          <w:tcPr>
            <w:tcW w:w="242" w:type="pct"/>
            <w:tcBorders>
              <w:right w:val="nil"/>
            </w:tcBorders>
            <w:vAlign w:val="center"/>
          </w:tcPr>
          <w:p w14:paraId="2A0BB288" w14:textId="452D6367"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134870696"/>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700602714"/>
          </w:p>
        </w:tc>
        <w:tc>
          <w:tcPr>
            <w:tcW w:w="1516" w:type="pct"/>
            <w:tcBorders>
              <w:left w:val="nil"/>
            </w:tcBorders>
            <w:vAlign w:val="center"/>
          </w:tcPr>
          <w:p w14:paraId="1DCCCCAC" w14:textId="18F9FA8B"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CALACS</w:t>
            </w:r>
          </w:p>
        </w:tc>
        <w:permStart w:id="223616912" w:edGrp="everyone"/>
        <w:tc>
          <w:tcPr>
            <w:tcW w:w="237" w:type="pct"/>
            <w:tcBorders>
              <w:right w:val="nil"/>
            </w:tcBorders>
            <w:vAlign w:val="center"/>
          </w:tcPr>
          <w:p w14:paraId="54D49DFA" w14:textId="7AFCD414"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323936840"/>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223616912"/>
          </w:p>
        </w:tc>
        <w:tc>
          <w:tcPr>
            <w:tcW w:w="1407" w:type="pct"/>
            <w:tcBorders>
              <w:left w:val="nil"/>
            </w:tcBorders>
            <w:vAlign w:val="center"/>
          </w:tcPr>
          <w:p w14:paraId="7BBD6233" w14:textId="693B21FB"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Le </w:t>
            </w:r>
            <w:r>
              <w:rPr>
                <w:rFonts w:asciiTheme="majorHAnsi" w:hAnsiTheme="majorHAnsi" w:cstheme="majorHAnsi"/>
                <w:sz w:val="20"/>
                <w:szCs w:val="20"/>
                <w:lang w:eastAsia="fr-CA"/>
              </w:rPr>
              <w:t>T</w:t>
            </w:r>
            <w:r w:rsidRPr="00912009">
              <w:rPr>
                <w:rFonts w:asciiTheme="majorHAnsi" w:hAnsiTheme="majorHAnsi" w:cstheme="majorHAnsi"/>
                <w:sz w:val="20"/>
                <w:szCs w:val="20"/>
                <w:lang w:eastAsia="fr-CA"/>
              </w:rPr>
              <w:t>remplin</w:t>
            </w:r>
          </w:p>
        </w:tc>
        <w:permStart w:id="52457642" w:edGrp="everyone"/>
        <w:tc>
          <w:tcPr>
            <w:tcW w:w="252" w:type="pct"/>
            <w:tcBorders>
              <w:right w:val="nil"/>
            </w:tcBorders>
            <w:vAlign w:val="center"/>
          </w:tcPr>
          <w:p w14:paraId="2B6D2B53" w14:textId="12B5DD13"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566832369"/>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52457642"/>
          </w:p>
        </w:tc>
        <w:tc>
          <w:tcPr>
            <w:tcW w:w="1346" w:type="pct"/>
            <w:tcBorders>
              <w:left w:val="nil"/>
            </w:tcBorders>
            <w:vAlign w:val="center"/>
          </w:tcPr>
          <w:p w14:paraId="1623DF1B" w14:textId="4F51399D"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Intro Drummondville</w:t>
            </w:r>
          </w:p>
        </w:tc>
      </w:tr>
      <w:permStart w:id="189927968" w:edGrp="everyone"/>
      <w:tr w:rsidR="006B266C" w:rsidRPr="00912009" w14:paraId="5A23259C" w14:textId="77777777" w:rsidTr="00D852C5">
        <w:trPr>
          <w:trHeight w:val="360"/>
        </w:trPr>
        <w:tc>
          <w:tcPr>
            <w:tcW w:w="242" w:type="pct"/>
            <w:tcBorders>
              <w:right w:val="nil"/>
            </w:tcBorders>
            <w:vAlign w:val="center"/>
          </w:tcPr>
          <w:p w14:paraId="088FFFFE" w14:textId="05F89034" w:rsidR="006B266C" w:rsidRDefault="00004EE2"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842673651"/>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89927968"/>
          </w:p>
        </w:tc>
        <w:tc>
          <w:tcPr>
            <w:tcW w:w="1516" w:type="pct"/>
            <w:tcBorders>
              <w:left w:val="nil"/>
              <w:bottom w:val="single" w:sz="4" w:space="0" w:color="auto"/>
            </w:tcBorders>
            <w:vAlign w:val="center"/>
          </w:tcPr>
          <w:p w14:paraId="175C77B0" w14:textId="6F088153"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CJE</w:t>
            </w:r>
          </w:p>
        </w:tc>
        <w:permStart w:id="1210189592" w:edGrp="everyone"/>
        <w:tc>
          <w:tcPr>
            <w:tcW w:w="237" w:type="pct"/>
            <w:tcBorders>
              <w:bottom w:val="single" w:sz="4" w:space="0" w:color="auto"/>
              <w:right w:val="nil"/>
            </w:tcBorders>
            <w:vAlign w:val="center"/>
          </w:tcPr>
          <w:p w14:paraId="51684832" w14:textId="7C746A42"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434206089"/>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1210189592"/>
          </w:p>
        </w:tc>
        <w:tc>
          <w:tcPr>
            <w:tcW w:w="1407" w:type="pct"/>
            <w:tcBorders>
              <w:left w:val="nil"/>
              <w:bottom w:val="single" w:sz="4" w:space="0" w:color="auto"/>
            </w:tcBorders>
            <w:vAlign w:val="center"/>
          </w:tcPr>
          <w:p w14:paraId="28A674EA" w14:textId="06A7FCD7"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RAFT</w:t>
            </w:r>
          </w:p>
        </w:tc>
        <w:permStart w:id="733296978" w:edGrp="everyone"/>
        <w:tc>
          <w:tcPr>
            <w:tcW w:w="252" w:type="pct"/>
            <w:tcBorders>
              <w:bottom w:val="single" w:sz="4" w:space="0" w:color="auto"/>
              <w:right w:val="nil"/>
            </w:tcBorders>
            <w:vAlign w:val="center"/>
          </w:tcPr>
          <w:p w14:paraId="14E00B2E" w14:textId="08CDABBC" w:rsidR="006B266C"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2040279484"/>
                <w14:checkbox>
                  <w14:checked w14:val="0"/>
                  <w14:checkedState w14:val="2612" w14:font="MS Gothic"/>
                  <w14:uncheckedState w14:val="2610" w14:font="MS Gothic"/>
                </w14:checkbox>
              </w:sdtPr>
              <w:sdtEndPr/>
              <w:sdtContent>
                <w:r w:rsidR="006B266C">
                  <w:rPr>
                    <w:rFonts w:ascii="MS Gothic" w:eastAsia="MS Gothic" w:hAnsi="MS Gothic" w:cstheme="majorHAnsi" w:hint="eastAsia"/>
                    <w:sz w:val="20"/>
                    <w:szCs w:val="20"/>
                  </w:rPr>
                  <w:t>☐</w:t>
                </w:r>
              </w:sdtContent>
            </w:sdt>
            <w:permEnd w:id="733296978"/>
          </w:p>
        </w:tc>
        <w:tc>
          <w:tcPr>
            <w:tcW w:w="1346" w:type="pct"/>
            <w:tcBorders>
              <w:left w:val="nil"/>
              <w:bottom w:val="single" w:sz="4" w:space="0" w:color="auto"/>
            </w:tcBorders>
            <w:vAlign w:val="center"/>
          </w:tcPr>
          <w:p w14:paraId="721992D7" w14:textId="488EB2DD"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CAVAC</w:t>
            </w:r>
          </w:p>
        </w:tc>
      </w:tr>
      <w:permStart w:id="756368963" w:edGrp="everyone"/>
      <w:tr w:rsidR="00D852C5" w:rsidRPr="00912009" w14:paraId="21FD9B96" w14:textId="0066728A" w:rsidTr="00DA2615">
        <w:trPr>
          <w:trHeight w:val="360"/>
        </w:trPr>
        <w:tc>
          <w:tcPr>
            <w:tcW w:w="242" w:type="pct"/>
            <w:tcBorders>
              <w:right w:val="nil"/>
            </w:tcBorders>
            <w:vAlign w:val="center"/>
          </w:tcPr>
          <w:p w14:paraId="274D3FA0" w14:textId="65BFFFF0" w:rsidR="00D852C5" w:rsidRPr="00912009"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999574963"/>
                <w14:checkbox>
                  <w14:checked w14:val="0"/>
                  <w14:checkedState w14:val="2612" w14:font="MS Gothic"/>
                  <w14:uncheckedState w14:val="2610" w14:font="MS Gothic"/>
                </w14:checkbox>
              </w:sdtPr>
              <w:sdtEndPr/>
              <w:sdtContent>
                <w:r w:rsidR="00D852C5">
                  <w:rPr>
                    <w:rFonts w:ascii="MS Gothic" w:eastAsia="MS Gothic" w:hAnsi="MS Gothic" w:cstheme="majorHAnsi" w:hint="eastAsia"/>
                    <w:sz w:val="20"/>
                    <w:szCs w:val="20"/>
                  </w:rPr>
                  <w:t>☐</w:t>
                </w:r>
              </w:sdtContent>
            </w:sdt>
            <w:permEnd w:id="756368963"/>
            <w:sdt>
              <w:sdtPr>
                <w:rPr>
                  <w:rFonts w:asciiTheme="majorHAnsi" w:hAnsiTheme="majorHAnsi" w:cstheme="majorHAnsi"/>
                  <w:sz w:val="20"/>
                  <w:szCs w:val="20"/>
                  <w:lang w:eastAsia="fr-CA"/>
                </w:rPr>
                <w:id w:val="1599833274"/>
                <w:placeholder>
                  <w:docPart w:val="9C3ED15396BA4925A458B5686EE4115B"/>
                </w:placeholder>
              </w:sdtPr>
              <w:sdtEndPr>
                <w:rPr>
                  <w:lang w:eastAsia="en-US"/>
                </w:rPr>
              </w:sdtEndPr>
              <w:sdtContent>
                <w:r w:rsidR="00D852C5">
                  <w:rPr>
                    <w:rFonts w:asciiTheme="majorHAnsi" w:hAnsiTheme="majorHAnsi" w:cstheme="majorHAnsi"/>
                    <w:sz w:val="20"/>
                    <w:szCs w:val="20"/>
                    <w:lang w:eastAsia="fr-CA"/>
                  </w:rPr>
                  <w:t xml:space="preserve"> </w:t>
                </w:r>
              </w:sdtContent>
            </w:sdt>
          </w:p>
        </w:tc>
        <w:tc>
          <w:tcPr>
            <w:tcW w:w="1516" w:type="pct"/>
            <w:tcBorders>
              <w:left w:val="nil"/>
              <w:right w:val="nil"/>
            </w:tcBorders>
            <w:vAlign w:val="center"/>
          </w:tcPr>
          <w:p w14:paraId="17FDC7FE" w14:textId="20926E0B" w:rsidR="00D852C5" w:rsidRPr="00912009" w:rsidRDefault="00D852C5" w:rsidP="006B266C">
            <w:pPr>
              <w:rPr>
                <w:rFonts w:asciiTheme="majorHAnsi" w:hAnsiTheme="majorHAnsi" w:cstheme="majorHAnsi"/>
                <w:sz w:val="20"/>
                <w:szCs w:val="20"/>
              </w:rPr>
            </w:pPr>
            <w:r>
              <w:rPr>
                <w:rFonts w:asciiTheme="majorHAnsi" w:hAnsiTheme="majorHAnsi" w:cstheme="majorHAnsi"/>
                <w:sz w:val="20"/>
                <w:szCs w:val="20"/>
                <w:lang w:eastAsia="fr-CA"/>
              </w:rPr>
              <w:t>Médecin, pédopsychiatre</w:t>
            </w:r>
          </w:p>
        </w:tc>
        <w:tc>
          <w:tcPr>
            <w:tcW w:w="1644" w:type="pct"/>
            <w:gridSpan w:val="2"/>
            <w:tcBorders>
              <w:left w:val="nil"/>
            </w:tcBorders>
            <w:vAlign w:val="center"/>
          </w:tcPr>
          <w:p w14:paraId="5A9F37E2" w14:textId="22FE95DD" w:rsidR="00D852C5" w:rsidRPr="00912009" w:rsidRDefault="00004EE2" w:rsidP="006B266C">
            <w:pPr>
              <w:rPr>
                <w:rFonts w:asciiTheme="majorHAnsi" w:hAnsiTheme="majorHAnsi" w:cstheme="majorHAnsi"/>
                <w:sz w:val="20"/>
                <w:szCs w:val="20"/>
              </w:rPr>
            </w:pPr>
            <w:sdt>
              <w:sdtPr>
                <w:rPr>
                  <w:rFonts w:asciiTheme="majorHAnsi" w:hAnsiTheme="majorHAnsi" w:cstheme="majorHAnsi"/>
                  <w:sz w:val="20"/>
                  <w:szCs w:val="20"/>
                </w:rPr>
                <w:id w:val="2023739434"/>
                <w:placeholder>
                  <w:docPart w:val="8F2215AA91C54653B0841EDA39FC9523"/>
                </w:placeholder>
                <w:showingPlcHdr/>
              </w:sdtPr>
              <w:sdtEndPr/>
              <w:sdtContent>
                <w:permStart w:id="1057170378" w:edGrp="everyone"/>
                <w:r w:rsidR="00E27AA6">
                  <w:rPr>
                    <w:rStyle w:val="Textedelespacerserv"/>
                    <w:rFonts w:asciiTheme="majorHAnsi" w:hAnsiTheme="majorHAnsi" w:cstheme="majorHAnsi"/>
                    <w:sz w:val="20"/>
                    <w:szCs w:val="20"/>
                  </w:rPr>
                  <w:t xml:space="preserve">                            </w:t>
                </w:r>
                <w:permEnd w:id="1057170378"/>
              </w:sdtContent>
            </w:sdt>
          </w:p>
        </w:tc>
        <w:permStart w:id="2101356305" w:edGrp="everyone"/>
        <w:tc>
          <w:tcPr>
            <w:tcW w:w="252" w:type="pct"/>
            <w:tcBorders>
              <w:left w:val="nil"/>
              <w:bottom w:val="single" w:sz="4" w:space="0" w:color="auto"/>
              <w:right w:val="nil"/>
            </w:tcBorders>
            <w:vAlign w:val="center"/>
          </w:tcPr>
          <w:p w14:paraId="292FCF7D" w14:textId="44B1A360" w:rsidR="00D852C5" w:rsidRPr="00912009" w:rsidRDefault="00004EE2" w:rsidP="006B266C">
            <w:pPr>
              <w:rPr>
                <w:rFonts w:asciiTheme="majorHAnsi" w:hAnsiTheme="majorHAnsi" w:cstheme="majorHAnsi"/>
                <w:sz w:val="20"/>
                <w:szCs w:val="20"/>
              </w:rPr>
            </w:pPr>
            <w:sdt>
              <w:sdtPr>
                <w:rPr>
                  <w:rFonts w:asciiTheme="majorHAnsi" w:hAnsiTheme="majorHAnsi" w:cstheme="majorHAnsi"/>
                  <w:sz w:val="20"/>
                  <w:szCs w:val="20"/>
                </w:rPr>
                <w:id w:val="1436327194"/>
                <w14:checkbox>
                  <w14:checked w14:val="0"/>
                  <w14:checkedState w14:val="2612" w14:font="MS Gothic"/>
                  <w14:uncheckedState w14:val="2610" w14:font="MS Gothic"/>
                </w14:checkbox>
              </w:sdtPr>
              <w:sdtEndPr/>
              <w:sdtContent>
                <w:r w:rsidR="00D852C5">
                  <w:rPr>
                    <w:rFonts w:ascii="MS Gothic" w:eastAsia="MS Gothic" w:hAnsi="MS Gothic" w:cstheme="majorHAnsi" w:hint="eastAsia"/>
                    <w:sz w:val="20"/>
                    <w:szCs w:val="20"/>
                  </w:rPr>
                  <w:t>☐</w:t>
                </w:r>
              </w:sdtContent>
            </w:sdt>
            <w:permEnd w:id="2101356305"/>
          </w:p>
        </w:tc>
        <w:tc>
          <w:tcPr>
            <w:tcW w:w="1346" w:type="pct"/>
            <w:tcBorders>
              <w:left w:val="nil"/>
            </w:tcBorders>
            <w:vAlign w:val="center"/>
          </w:tcPr>
          <w:p w14:paraId="7544CC5B" w14:textId="36DA451A" w:rsidR="00D852C5" w:rsidRPr="00912009" w:rsidRDefault="00D852C5" w:rsidP="006B266C">
            <w:pPr>
              <w:rPr>
                <w:rFonts w:asciiTheme="majorHAnsi" w:hAnsiTheme="majorHAnsi" w:cstheme="majorHAnsi"/>
                <w:sz w:val="20"/>
                <w:szCs w:val="20"/>
              </w:rPr>
            </w:pPr>
            <w:r>
              <w:rPr>
                <w:rFonts w:asciiTheme="majorHAnsi" w:hAnsiTheme="majorHAnsi" w:cstheme="majorHAnsi"/>
                <w:sz w:val="20"/>
                <w:szCs w:val="20"/>
              </w:rPr>
              <w:t>Comptoir Alimentaire</w:t>
            </w:r>
          </w:p>
        </w:tc>
      </w:tr>
      <w:permStart w:id="489453316" w:edGrp="everyone"/>
      <w:tr w:rsidR="005B7747" w:rsidRPr="00912009" w14:paraId="7CF3040D" w14:textId="77777777" w:rsidTr="005B7747">
        <w:trPr>
          <w:trHeight w:val="360"/>
        </w:trPr>
        <w:tc>
          <w:tcPr>
            <w:tcW w:w="242" w:type="pct"/>
            <w:tcBorders>
              <w:right w:val="nil"/>
            </w:tcBorders>
            <w:vAlign w:val="center"/>
          </w:tcPr>
          <w:p w14:paraId="162C0494" w14:textId="59AACB49" w:rsidR="005B7747"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1223060313"/>
                <w14:checkbox>
                  <w14:checked w14:val="0"/>
                  <w14:checkedState w14:val="2612" w14:font="MS Gothic"/>
                  <w14:uncheckedState w14:val="2610" w14:font="MS Gothic"/>
                </w14:checkbox>
              </w:sdtPr>
              <w:sdtEndPr/>
              <w:sdtContent>
                <w:r w:rsidR="005B7747" w:rsidRPr="00912009">
                  <w:rPr>
                    <w:rFonts w:ascii="Segoe UI Symbol" w:eastAsia="MS Gothic" w:hAnsi="Segoe UI Symbol" w:cs="Segoe UI Symbol"/>
                    <w:sz w:val="20"/>
                    <w:szCs w:val="20"/>
                  </w:rPr>
                  <w:t>☐</w:t>
                </w:r>
              </w:sdtContent>
            </w:sdt>
            <w:permEnd w:id="489453316"/>
          </w:p>
        </w:tc>
        <w:tc>
          <w:tcPr>
            <w:tcW w:w="1516" w:type="pct"/>
            <w:tcBorders>
              <w:left w:val="nil"/>
              <w:right w:val="nil"/>
            </w:tcBorders>
            <w:vAlign w:val="center"/>
          </w:tcPr>
          <w:p w14:paraId="31B852D8" w14:textId="4421896F" w:rsidR="005B7747" w:rsidRDefault="005B7747"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Établissement scolaire</w:t>
            </w:r>
            <w:r>
              <w:rPr>
                <w:rFonts w:asciiTheme="majorHAnsi" w:hAnsiTheme="majorHAnsi" w:cstheme="majorHAnsi"/>
                <w:sz w:val="20"/>
                <w:szCs w:val="20"/>
                <w:lang w:eastAsia="fr-CA"/>
              </w:rPr>
              <w:t xml:space="preserve"> </w:t>
            </w:r>
            <w:r w:rsidRPr="00912009">
              <w:rPr>
                <w:rFonts w:asciiTheme="majorHAnsi" w:hAnsiTheme="majorHAnsi" w:cstheme="majorHAnsi"/>
                <w:sz w:val="20"/>
                <w:szCs w:val="20"/>
                <w:lang w:eastAsia="fr-CA"/>
              </w:rPr>
              <w:t>:</w:t>
            </w:r>
          </w:p>
        </w:tc>
        <w:tc>
          <w:tcPr>
            <w:tcW w:w="3242" w:type="pct"/>
            <w:gridSpan w:val="4"/>
            <w:tcBorders>
              <w:left w:val="nil"/>
            </w:tcBorders>
            <w:vAlign w:val="center"/>
          </w:tcPr>
          <w:p w14:paraId="074F0156" w14:textId="10A08225" w:rsidR="005B7747" w:rsidRDefault="00004EE2" w:rsidP="006B266C">
            <w:pPr>
              <w:rPr>
                <w:rFonts w:asciiTheme="majorHAnsi" w:hAnsiTheme="majorHAnsi" w:cstheme="majorHAnsi"/>
                <w:sz w:val="20"/>
                <w:szCs w:val="20"/>
              </w:rPr>
            </w:pPr>
            <w:sdt>
              <w:sdtPr>
                <w:rPr>
                  <w:rFonts w:asciiTheme="majorHAnsi" w:hAnsiTheme="majorHAnsi" w:cstheme="majorHAnsi"/>
                  <w:sz w:val="20"/>
                  <w:szCs w:val="20"/>
                </w:rPr>
                <w:id w:val="-1864436385"/>
                <w:placeholder>
                  <w:docPart w:val="B68EC695664D4646A122993B328E36C3"/>
                </w:placeholder>
                <w:showingPlcHdr/>
              </w:sdtPr>
              <w:sdtEndPr/>
              <w:sdtContent>
                <w:permStart w:id="2146063648" w:edGrp="everyone"/>
                <w:r w:rsidR="00E27AA6">
                  <w:rPr>
                    <w:rStyle w:val="Textedelespacerserv"/>
                    <w:rFonts w:asciiTheme="majorHAnsi" w:hAnsiTheme="majorHAnsi" w:cstheme="majorHAnsi"/>
                    <w:sz w:val="20"/>
                    <w:szCs w:val="20"/>
                  </w:rPr>
                  <w:t xml:space="preserve">                            </w:t>
                </w:r>
                <w:permEnd w:id="2146063648"/>
              </w:sdtContent>
            </w:sdt>
          </w:p>
        </w:tc>
      </w:tr>
      <w:permStart w:id="1172046122" w:edGrp="everyone"/>
      <w:tr w:rsidR="00FC6F73" w:rsidRPr="00912009" w14:paraId="293D6255" w14:textId="77777777" w:rsidTr="005B7747">
        <w:trPr>
          <w:trHeight w:val="360"/>
        </w:trPr>
        <w:tc>
          <w:tcPr>
            <w:tcW w:w="242" w:type="pct"/>
            <w:tcBorders>
              <w:right w:val="nil"/>
            </w:tcBorders>
            <w:vAlign w:val="center"/>
          </w:tcPr>
          <w:p w14:paraId="77A1293A" w14:textId="5074A961" w:rsidR="00FC6F73"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889077923"/>
                <w14:checkbox>
                  <w14:checked w14:val="0"/>
                  <w14:checkedState w14:val="2612" w14:font="MS Gothic"/>
                  <w14:uncheckedState w14:val="2610" w14:font="MS Gothic"/>
                </w14:checkbox>
              </w:sdtPr>
              <w:sdtEndPr/>
              <w:sdtContent>
                <w:r w:rsidR="00FC6F73">
                  <w:rPr>
                    <w:rFonts w:ascii="MS Gothic" w:eastAsia="MS Gothic" w:hAnsi="MS Gothic" w:cstheme="majorHAnsi" w:hint="eastAsia"/>
                    <w:sz w:val="20"/>
                    <w:szCs w:val="20"/>
                  </w:rPr>
                  <w:t>☐</w:t>
                </w:r>
              </w:sdtContent>
            </w:sdt>
            <w:permEnd w:id="1172046122"/>
          </w:p>
        </w:tc>
        <w:tc>
          <w:tcPr>
            <w:tcW w:w="1516" w:type="pct"/>
            <w:tcBorders>
              <w:left w:val="nil"/>
              <w:right w:val="nil"/>
            </w:tcBorders>
            <w:vAlign w:val="center"/>
          </w:tcPr>
          <w:p w14:paraId="7CB77E98" w14:textId="018EE8DB" w:rsidR="00FC6F73" w:rsidRPr="00912009" w:rsidRDefault="00FC6F73"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Autre organisme communautaire :</w:t>
            </w:r>
          </w:p>
        </w:tc>
        <w:tc>
          <w:tcPr>
            <w:tcW w:w="3242" w:type="pct"/>
            <w:gridSpan w:val="4"/>
            <w:tcBorders>
              <w:left w:val="nil"/>
            </w:tcBorders>
            <w:vAlign w:val="center"/>
          </w:tcPr>
          <w:p w14:paraId="2680760C" w14:textId="280443FF" w:rsidR="00FC6F73" w:rsidRDefault="00004EE2" w:rsidP="006B266C">
            <w:pPr>
              <w:rPr>
                <w:rFonts w:asciiTheme="majorHAnsi" w:hAnsiTheme="majorHAnsi" w:cstheme="majorHAnsi"/>
                <w:sz w:val="20"/>
                <w:szCs w:val="20"/>
              </w:rPr>
            </w:pPr>
            <w:sdt>
              <w:sdtPr>
                <w:rPr>
                  <w:rFonts w:asciiTheme="majorHAnsi" w:hAnsiTheme="majorHAnsi" w:cstheme="majorHAnsi"/>
                  <w:sz w:val="20"/>
                  <w:szCs w:val="20"/>
                </w:rPr>
                <w:id w:val="-1503194102"/>
                <w:placeholder>
                  <w:docPart w:val="17BCE38858694ABC8FAEBE98059DA657"/>
                </w:placeholder>
                <w:showingPlcHdr/>
              </w:sdtPr>
              <w:sdtEndPr/>
              <w:sdtContent>
                <w:permStart w:id="1934624090" w:edGrp="everyone"/>
                <w:r w:rsidR="00E27AA6">
                  <w:rPr>
                    <w:rStyle w:val="Textedelespacerserv"/>
                    <w:rFonts w:asciiTheme="majorHAnsi" w:hAnsiTheme="majorHAnsi" w:cstheme="majorHAnsi"/>
                    <w:sz w:val="20"/>
                    <w:szCs w:val="20"/>
                  </w:rPr>
                  <w:t xml:space="preserve">                            </w:t>
                </w:r>
                <w:permEnd w:id="1934624090"/>
              </w:sdtContent>
            </w:sdt>
          </w:p>
        </w:tc>
      </w:tr>
      <w:permStart w:id="1155621399" w:edGrp="everyone"/>
      <w:tr w:rsidR="005B7747" w:rsidRPr="00912009" w14:paraId="6C281B20" w14:textId="77777777" w:rsidTr="005B7747">
        <w:trPr>
          <w:trHeight w:val="360"/>
        </w:trPr>
        <w:tc>
          <w:tcPr>
            <w:tcW w:w="242" w:type="pct"/>
            <w:tcBorders>
              <w:right w:val="nil"/>
            </w:tcBorders>
            <w:vAlign w:val="center"/>
          </w:tcPr>
          <w:p w14:paraId="0FBE6131" w14:textId="21190B6B" w:rsidR="005B7747" w:rsidRDefault="00004EE2" w:rsidP="00F90788">
            <w:pPr>
              <w:jc w:val="center"/>
              <w:rPr>
                <w:rFonts w:asciiTheme="majorHAnsi" w:hAnsiTheme="majorHAnsi" w:cstheme="majorHAnsi"/>
                <w:sz w:val="20"/>
                <w:szCs w:val="20"/>
              </w:rPr>
            </w:pPr>
            <w:sdt>
              <w:sdtPr>
                <w:rPr>
                  <w:rFonts w:asciiTheme="majorHAnsi" w:hAnsiTheme="majorHAnsi" w:cstheme="majorHAnsi"/>
                  <w:sz w:val="20"/>
                  <w:szCs w:val="20"/>
                </w:rPr>
                <w:id w:val="270369081"/>
                <w14:checkbox>
                  <w14:checked w14:val="0"/>
                  <w14:checkedState w14:val="2612" w14:font="MS Gothic"/>
                  <w14:uncheckedState w14:val="2610" w14:font="MS Gothic"/>
                </w14:checkbox>
              </w:sdtPr>
              <w:sdtEndPr/>
              <w:sdtContent>
                <w:r w:rsidR="005B7747">
                  <w:rPr>
                    <w:rFonts w:ascii="MS Gothic" w:eastAsia="MS Gothic" w:hAnsi="MS Gothic" w:cstheme="majorHAnsi" w:hint="eastAsia"/>
                    <w:sz w:val="20"/>
                    <w:szCs w:val="20"/>
                  </w:rPr>
                  <w:t>☐</w:t>
                </w:r>
              </w:sdtContent>
            </w:sdt>
            <w:permEnd w:id="1155621399"/>
          </w:p>
        </w:tc>
        <w:tc>
          <w:tcPr>
            <w:tcW w:w="1516" w:type="pct"/>
            <w:tcBorders>
              <w:left w:val="nil"/>
              <w:right w:val="nil"/>
            </w:tcBorders>
            <w:vAlign w:val="center"/>
          </w:tcPr>
          <w:p w14:paraId="15A359E4" w14:textId="477DCDAB" w:rsidR="005B7747" w:rsidRPr="00912009" w:rsidRDefault="005B7747" w:rsidP="006B266C">
            <w:pPr>
              <w:rPr>
                <w:rFonts w:asciiTheme="majorHAnsi" w:hAnsiTheme="majorHAnsi" w:cstheme="majorHAnsi"/>
                <w:sz w:val="20"/>
                <w:szCs w:val="20"/>
                <w:lang w:eastAsia="fr-CA"/>
              </w:rPr>
            </w:pPr>
            <w:r>
              <w:rPr>
                <w:rFonts w:asciiTheme="majorHAnsi" w:hAnsiTheme="majorHAnsi" w:cstheme="majorHAnsi"/>
                <w:sz w:val="20"/>
                <w:szCs w:val="20"/>
              </w:rPr>
              <w:t>CPE :</w:t>
            </w:r>
          </w:p>
        </w:tc>
        <w:tc>
          <w:tcPr>
            <w:tcW w:w="3242" w:type="pct"/>
            <w:gridSpan w:val="4"/>
            <w:tcBorders>
              <w:left w:val="nil"/>
            </w:tcBorders>
            <w:vAlign w:val="center"/>
          </w:tcPr>
          <w:p w14:paraId="36BC2D71" w14:textId="5DD6563F" w:rsidR="005B7747" w:rsidRDefault="00004EE2" w:rsidP="006B266C">
            <w:pPr>
              <w:rPr>
                <w:rFonts w:asciiTheme="majorHAnsi" w:hAnsiTheme="majorHAnsi" w:cstheme="majorHAnsi"/>
                <w:sz w:val="20"/>
                <w:szCs w:val="20"/>
              </w:rPr>
            </w:pPr>
            <w:sdt>
              <w:sdtPr>
                <w:rPr>
                  <w:rFonts w:asciiTheme="majorHAnsi" w:hAnsiTheme="majorHAnsi" w:cstheme="majorHAnsi"/>
                  <w:sz w:val="20"/>
                  <w:szCs w:val="20"/>
                </w:rPr>
                <w:id w:val="796180243"/>
                <w:placeholder>
                  <w:docPart w:val="6FCEE55AA9CA49CD9427171520BE55D0"/>
                </w:placeholder>
                <w:showingPlcHdr/>
              </w:sdtPr>
              <w:sdtEndPr/>
              <w:sdtContent>
                <w:permStart w:id="182867076" w:edGrp="everyone"/>
                <w:r w:rsidR="00E27AA6">
                  <w:rPr>
                    <w:rStyle w:val="Textedelespacerserv"/>
                    <w:rFonts w:asciiTheme="majorHAnsi" w:hAnsiTheme="majorHAnsi" w:cstheme="majorHAnsi"/>
                    <w:sz w:val="20"/>
                    <w:szCs w:val="20"/>
                  </w:rPr>
                  <w:t xml:space="preserve">                            </w:t>
                </w:r>
                <w:permEnd w:id="182867076"/>
              </w:sdtContent>
            </w:sdt>
          </w:p>
        </w:tc>
      </w:tr>
      <w:permStart w:id="1131103788" w:edGrp="everyone"/>
      <w:tr w:rsidR="00FC6F73" w:rsidRPr="00912009" w14:paraId="57360896" w14:textId="77777777" w:rsidTr="005B7747">
        <w:trPr>
          <w:trHeight w:val="360"/>
        </w:trPr>
        <w:tc>
          <w:tcPr>
            <w:tcW w:w="242" w:type="pct"/>
            <w:tcBorders>
              <w:right w:val="nil"/>
            </w:tcBorders>
            <w:vAlign w:val="center"/>
          </w:tcPr>
          <w:p w14:paraId="23CF25EF" w14:textId="2505A20E" w:rsidR="00FC6F73" w:rsidRPr="00FC6F73" w:rsidRDefault="00004EE2" w:rsidP="00F90788">
            <w:pPr>
              <w:jc w:val="center"/>
            </w:pPr>
            <w:sdt>
              <w:sdtPr>
                <w:rPr>
                  <w:rFonts w:asciiTheme="majorHAnsi" w:hAnsiTheme="majorHAnsi" w:cstheme="majorHAnsi"/>
                  <w:sz w:val="20"/>
                  <w:szCs w:val="20"/>
                </w:rPr>
                <w:id w:val="-27032815"/>
                <w14:checkbox>
                  <w14:checked w14:val="0"/>
                  <w14:checkedState w14:val="2612" w14:font="MS Gothic"/>
                  <w14:uncheckedState w14:val="2610" w14:font="MS Gothic"/>
                </w14:checkbox>
              </w:sdtPr>
              <w:sdtEndPr/>
              <w:sdtContent>
                <w:r w:rsidR="00FC6F73">
                  <w:rPr>
                    <w:rFonts w:ascii="MS Gothic" w:eastAsia="MS Gothic" w:hAnsi="MS Gothic" w:cstheme="majorHAnsi" w:hint="eastAsia"/>
                    <w:sz w:val="20"/>
                    <w:szCs w:val="20"/>
                  </w:rPr>
                  <w:t>☐</w:t>
                </w:r>
              </w:sdtContent>
            </w:sdt>
            <w:permEnd w:id="1131103788"/>
          </w:p>
        </w:tc>
        <w:tc>
          <w:tcPr>
            <w:tcW w:w="1516" w:type="pct"/>
            <w:tcBorders>
              <w:left w:val="nil"/>
              <w:right w:val="nil"/>
            </w:tcBorders>
            <w:vAlign w:val="center"/>
          </w:tcPr>
          <w:p w14:paraId="5CEF04E2" w14:textId="40B0BBDC" w:rsidR="00FC6F73" w:rsidRPr="00912009" w:rsidRDefault="00FC6F73"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Autre (exemple tiers aidant) :</w:t>
            </w:r>
          </w:p>
        </w:tc>
        <w:tc>
          <w:tcPr>
            <w:tcW w:w="3242" w:type="pct"/>
            <w:gridSpan w:val="4"/>
            <w:tcBorders>
              <w:left w:val="nil"/>
            </w:tcBorders>
            <w:vAlign w:val="center"/>
          </w:tcPr>
          <w:p w14:paraId="589B41BE" w14:textId="05C90A29" w:rsidR="00FC6F73" w:rsidRDefault="00004EE2" w:rsidP="006B266C">
            <w:pPr>
              <w:rPr>
                <w:rFonts w:asciiTheme="majorHAnsi" w:hAnsiTheme="majorHAnsi" w:cstheme="majorHAnsi"/>
                <w:sz w:val="20"/>
                <w:szCs w:val="20"/>
              </w:rPr>
            </w:pPr>
            <w:sdt>
              <w:sdtPr>
                <w:rPr>
                  <w:rFonts w:asciiTheme="majorHAnsi" w:hAnsiTheme="majorHAnsi" w:cstheme="majorHAnsi"/>
                  <w:sz w:val="20"/>
                  <w:szCs w:val="20"/>
                </w:rPr>
                <w:id w:val="-1909062076"/>
                <w:placeholder>
                  <w:docPart w:val="4F7CF88BCB434D66B03565784E6F6C86"/>
                </w:placeholder>
                <w:showingPlcHdr/>
              </w:sdtPr>
              <w:sdtEndPr/>
              <w:sdtContent>
                <w:permStart w:id="852909456" w:edGrp="everyone"/>
                <w:r w:rsidR="00E27AA6">
                  <w:rPr>
                    <w:rStyle w:val="Textedelespacerserv"/>
                    <w:rFonts w:asciiTheme="majorHAnsi" w:hAnsiTheme="majorHAnsi" w:cstheme="majorHAnsi"/>
                    <w:sz w:val="20"/>
                    <w:szCs w:val="20"/>
                  </w:rPr>
                  <w:t xml:space="preserve">                            </w:t>
                </w:r>
                <w:permEnd w:id="852909456"/>
              </w:sdtContent>
            </w:sdt>
          </w:p>
        </w:tc>
      </w:tr>
      <w:permStart w:id="1278685355" w:edGrp="everyone"/>
      <w:tr w:rsidR="00FC6F73" w:rsidRPr="00912009" w14:paraId="6236C089" w14:textId="643A6FE2" w:rsidTr="00F90788">
        <w:trPr>
          <w:trHeight w:val="360"/>
        </w:trPr>
        <w:tc>
          <w:tcPr>
            <w:tcW w:w="242" w:type="pct"/>
            <w:tcBorders>
              <w:right w:val="nil"/>
            </w:tcBorders>
            <w:vAlign w:val="center"/>
          </w:tcPr>
          <w:p w14:paraId="0D02DC3B" w14:textId="7EA1EFAF" w:rsidR="00FC6F73" w:rsidRDefault="00004EE2" w:rsidP="00F90788">
            <w:pPr>
              <w:jc w:val="center"/>
              <w:rPr>
                <w:rFonts w:asciiTheme="majorHAnsi" w:hAnsiTheme="majorHAnsi" w:cstheme="majorHAnsi"/>
                <w:sz w:val="20"/>
                <w:szCs w:val="20"/>
                <w:lang w:eastAsia="fr-CA"/>
              </w:rPr>
            </w:pPr>
            <w:sdt>
              <w:sdtPr>
                <w:rPr>
                  <w:rFonts w:asciiTheme="majorHAnsi" w:hAnsiTheme="majorHAnsi" w:cstheme="majorHAnsi"/>
                  <w:sz w:val="20"/>
                  <w:szCs w:val="20"/>
                </w:rPr>
                <w:id w:val="1283452906"/>
                <w14:checkbox>
                  <w14:checked w14:val="0"/>
                  <w14:checkedState w14:val="2612" w14:font="MS Gothic"/>
                  <w14:uncheckedState w14:val="2610" w14:font="MS Gothic"/>
                </w14:checkbox>
              </w:sdtPr>
              <w:sdtEndPr/>
              <w:sdtContent>
                <w:r w:rsidR="00FC6F73" w:rsidRPr="00912009">
                  <w:rPr>
                    <w:rFonts w:ascii="Segoe UI Symbol" w:eastAsia="MS Gothic" w:hAnsi="Segoe UI Symbol" w:cs="Segoe UI Symbol"/>
                    <w:sz w:val="20"/>
                    <w:szCs w:val="20"/>
                  </w:rPr>
                  <w:t>☐</w:t>
                </w:r>
              </w:sdtContent>
            </w:sdt>
            <w:permEnd w:id="1278685355"/>
          </w:p>
        </w:tc>
        <w:tc>
          <w:tcPr>
            <w:tcW w:w="4758" w:type="pct"/>
            <w:gridSpan w:val="5"/>
            <w:tcBorders>
              <w:left w:val="nil"/>
            </w:tcBorders>
            <w:vAlign w:val="center"/>
          </w:tcPr>
          <w:p w14:paraId="28F721A2" w14:textId="7D7AD276" w:rsidR="00FC6F73" w:rsidRPr="00397F89" w:rsidRDefault="00397F89" w:rsidP="006B266C">
            <w:pPr>
              <w:rPr>
                <w:sz w:val="20"/>
                <w:szCs w:val="20"/>
              </w:rPr>
            </w:pPr>
            <w:r w:rsidRPr="00397F89">
              <w:rPr>
                <w:sz w:val="20"/>
                <w:szCs w:val="20"/>
              </w:rPr>
              <w:t>Santé Québec Mauricie-et-Centre-du-Québec Universitaire</w:t>
            </w:r>
            <w:r w:rsidR="00FC6F73" w:rsidRPr="00FC6F73">
              <w:rPr>
                <w:rFonts w:asciiTheme="majorHAnsi" w:hAnsiTheme="majorHAnsi" w:cstheme="majorHAnsi"/>
                <w:sz w:val="20"/>
                <w:szCs w:val="20"/>
                <w:lang w:eastAsia="fr-CA"/>
              </w:rPr>
              <w:t xml:space="preserve">(DI-TSA-DP, DPJ, JED, Domrémy, SMJ, SMA, </w:t>
            </w:r>
            <w:r w:rsidR="00527165">
              <w:rPr>
                <w:rFonts w:asciiTheme="majorHAnsi" w:hAnsiTheme="majorHAnsi" w:cstheme="majorHAnsi"/>
                <w:sz w:val="20"/>
                <w:szCs w:val="20"/>
                <w:lang w:eastAsia="fr-CA"/>
              </w:rPr>
              <w:t xml:space="preserve">Aire ouverte, </w:t>
            </w:r>
            <w:r w:rsidR="00FC6F73" w:rsidRPr="00FC6F73">
              <w:rPr>
                <w:rFonts w:asciiTheme="majorHAnsi" w:hAnsiTheme="majorHAnsi" w:cstheme="majorHAnsi"/>
                <w:sz w:val="20"/>
                <w:szCs w:val="20"/>
                <w:lang w:eastAsia="fr-CA"/>
              </w:rPr>
              <w:t>etc.) :</w:t>
            </w:r>
          </w:p>
          <w:p w14:paraId="30E32CBC" w14:textId="06F0F4A9" w:rsidR="00FC6F73" w:rsidRPr="00912009" w:rsidRDefault="00004EE2" w:rsidP="00FC6F73">
            <w:pPr>
              <w:spacing w:before="120" w:after="120"/>
              <w:rPr>
                <w:rFonts w:asciiTheme="majorHAnsi" w:hAnsiTheme="majorHAnsi" w:cstheme="majorHAnsi"/>
                <w:sz w:val="20"/>
                <w:szCs w:val="20"/>
                <w:lang w:eastAsia="fr-CA"/>
              </w:rPr>
            </w:pPr>
            <w:sdt>
              <w:sdtPr>
                <w:rPr>
                  <w:rFonts w:asciiTheme="majorHAnsi" w:hAnsiTheme="majorHAnsi" w:cstheme="majorHAnsi"/>
                  <w:sz w:val="20"/>
                  <w:szCs w:val="20"/>
                </w:rPr>
                <w:id w:val="1318154009"/>
                <w:placeholder>
                  <w:docPart w:val="80D72217F73046DEB570DC20E14F59CC"/>
                </w:placeholder>
                <w:showingPlcHdr/>
              </w:sdtPr>
              <w:sdtEndPr/>
              <w:sdtContent>
                <w:permStart w:id="304299312" w:edGrp="everyone"/>
                <w:r w:rsidR="00E27AA6">
                  <w:rPr>
                    <w:rStyle w:val="Textedelespacerserv"/>
                    <w:rFonts w:asciiTheme="majorHAnsi" w:hAnsiTheme="majorHAnsi" w:cstheme="majorHAnsi"/>
                    <w:sz w:val="20"/>
                    <w:szCs w:val="20"/>
                  </w:rPr>
                  <w:t xml:space="preserve">                            </w:t>
                </w:r>
                <w:permEnd w:id="304299312"/>
              </w:sdtContent>
            </w:sdt>
          </w:p>
        </w:tc>
      </w:tr>
    </w:tbl>
    <w:p w14:paraId="016B252D" w14:textId="77777777" w:rsidR="00527165" w:rsidRDefault="00527165" w:rsidP="00C24032">
      <w:pPr>
        <w:spacing w:before="360" w:after="0" w:line="240" w:lineRule="auto"/>
        <w:ind w:left="922"/>
        <w:rPr>
          <w:rFonts w:asciiTheme="majorHAnsi" w:hAnsiTheme="majorHAnsi" w:cstheme="majorHAnsi"/>
          <w:b/>
          <w:bCs/>
          <w:sz w:val="20"/>
          <w:szCs w:val="20"/>
          <w:u w:val="single"/>
        </w:rPr>
      </w:pPr>
    </w:p>
    <w:p w14:paraId="78FFBD1E" w14:textId="6E48FEFD" w:rsidR="008C4EDF" w:rsidRPr="00912009" w:rsidRDefault="008C4EDF" w:rsidP="00C24032">
      <w:pPr>
        <w:spacing w:before="360" w:after="0" w:line="240" w:lineRule="auto"/>
        <w:ind w:left="922"/>
        <w:rPr>
          <w:rFonts w:asciiTheme="majorHAnsi" w:hAnsiTheme="majorHAnsi" w:cstheme="majorHAnsi"/>
          <w:b/>
          <w:bCs/>
          <w:sz w:val="20"/>
          <w:szCs w:val="20"/>
          <w:u w:val="single"/>
        </w:rPr>
      </w:pPr>
      <w:r w:rsidRPr="00912009">
        <w:rPr>
          <w:rFonts w:asciiTheme="majorHAnsi" w:hAnsiTheme="majorHAnsi" w:cstheme="majorHAnsi"/>
          <w:b/>
          <w:bCs/>
          <w:sz w:val="20"/>
          <w:szCs w:val="20"/>
          <w:u w:val="single"/>
        </w:rPr>
        <w:t>Je déclare :</w:t>
      </w:r>
    </w:p>
    <w:p w14:paraId="0607282E" w14:textId="43F4BF5F" w:rsidR="008C4EDF" w:rsidRPr="00912009" w:rsidRDefault="008C4EDF" w:rsidP="00C24032">
      <w:pPr>
        <w:pStyle w:val="Paragraphedeliste"/>
        <w:numPr>
          <w:ilvl w:val="0"/>
          <w:numId w:val="12"/>
        </w:numPr>
        <w:spacing w:before="240" w:after="0" w:line="240" w:lineRule="auto"/>
        <w:rPr>
          <w:rFonts w:asciiTheme="majorHAnsi" w:hAnsiTheme="majorHAnsi" w:cstheme="majorHAnsi"/>
          <w:sz w:val="20"/>
          <w:szCs w:val="20"/>
        </w:rPr>
      </w:pPr>
      <w:r w:rsidRPr="00912009">
        <w:rPr>
          <w:rFonts w:asciiTheme="majorHAnsi" w:hAnsiTheme="majorHAnsi" w:cstheme="majorHAnsi"/>
          <w:sz w:val="20"/>
          <w:szCs w:val="20"/>
        </w:rPr>
        <w:t>Avoir eu l’occasion de poser toutes mes questions sur la communication des renseignements personnels me concernant et</w:t>
      </w:r>
      <w:r w:rsidR="00712975" w:rsidRPr="00912009">
        <w:rPr>
          <w:rFonts w:asciiTheme="majorHAnsi" w:hAnsiTheme="majorHAnsi" w:cstheme="majorHAnsi"/>
          <w:sz w:val="20"/>
          <w:szCs w:val="20"/>
        </w:rPr>
        <w:t xml:space="preserve"> </w:t>
      </w:r>
      <w:r w:rsidRPr="00912009">
        <w:rPr>
          <w:rFonts w:asciiTheme="majorHAnsi" w:hAnsiTheme="majorHAnsi" w:cstheme="majorHAnsi"/>
          <w:sz w:val="20"/>
          <w:szCs w:val="20"/>
        </w:rPr>
        <w:t>qu’on</w:t>
      </w:r>
      <w:r w:rsidR="00036D75" w:rsidRPr="00912009">
        <w:rPr>
          <w:rFonts w:asciiTheme="majorHAnsi" w:hAnsiTheme="majorHAnsi" w:cstheme="majorHAnsi"/>
          <w:sz w:val="20"/>
          <w:szCs w:val="20"/>
        </w:rPr>
        <w:t xml:space="preserve"> </w:t>
      </w:r>
      <w:r w:rsidRPr="00912009">
        <w:rPr>
          <w:rFonts w:asciiTheme="majorHAnsi" w:hAnsiTheme="majorHAnsi" w:cstheme="majorHAnsi"/>
          <w:sz w:val="20"/>
          <w:szCs w:val="20"/>
        </w:rPr>
        <w:t>y a répondu à ma satisfaction ;</w:t>
      </w:r>
    </w:p>
    <w:p w14:paraId="5B9D1EFD" w14:textId="232873CC" w:rsidR="008C4EDF" w:rsidRPr="00912009" w:rsidRDefault="008C4EDF" w:rsidP="00712975">
      <w:pPr>
        <w:pStyle w:val="Paragraphedeliste"/>
        <w:numPr>
          <w:ilvl w:val="0"/>
          <w:numId w:val="12"/>
        </w:numPr>
        <w:spacing w:after="0"/>
        <w:rPr>
          <w:rFonts w:asciiTheme="majorHAnsi" w:hAnsiTheme="majorHAnsi" w:cstheme="majorHAnsi"/>
          <w:sz w:val="20"/>
          <w:szCs w:val="20"/>
        </w:rPr>
      </w:pPr>
      <w:r w:rsidRPr="00912009">
        <w:rPr>
          <w:rFonts w:asciiTheme="majorHAnsi" w:hAnsiTheme="majorHAnsi" w:cstheme="majorHAnsi"/>
          <w:sz w:val="20"/>
          <w:szCs w:val="20"/>
        </w:rPr>
        <w:t>Avoir disposé du temps nécessaire pour prendre ma décision sur le consentement à l’échange d’informations ;</w:t>
      </w:r>
    </w:p>
    <w:p w14:paraId="7628C659" w14:textId="7E6FE535" w:rsidR="00AB28BC" w:rsidRPr="00FC6F73" w:rsidRDefault="008C4EDF" w:rsidP="00FC6F73">
      <w:pPr>
        <w:pStyle w:val="Paragraphedeliste"/>
        <w:numPr>
          <w:ilvl w:val="0"/>
          <w:numId w:val="12"/>
        </w:numPr>
        <w:spacing w:after="0"/>
        <w:rPr>
          <w:rFonts w:asciiTheme="majorHAnsi" w:hAnsiTheme="majorHAnsi" w:cstheme="majorHAnsi"/>
          <w:sz w:val="20"/>
          <w:szCs w:val="20"/>
        </w:rPr>
      </w:pPr>
      <w:r w:rsidRPr="00912009">
        <w:rPr>
          <w:rFonts w:asciiTheme="majorHAnsi" w:hAnsiTheme="majorHAnsi" w:cstheme="majorHAnsi"/>
          <w:sz w:val="20"/>
          <w:szCs w:val="20"/>
        </w:rPr>
        <w:t>Être libre d’accepter la communication de renseignements personnels me concernant (ou concernant</w:t>
      </w:r>
      <w:r w:rsidR="00036D75" w:rsidRPr="00912009">
        <w:rPr>
          <w:rFonts w:asciiTheme="majorHAnsi" w:hAnsiTheme="majorHAnsi" w:cstheme="majorHAnsi"/>
          <w:sz w:val="20"/>
          <w:szCs w:val="20"/>
        </w:rPr>
        <w:t xml:space="preserve"> </w:t>
      </w:r>
      <w:r w:rsidRPr="00912009">
        <w:rPr>
          <w:rFonts w:asciiTheme="majorHAnsi" w:hAnsiTheme="majorHAnsi" w:cstheme="majorHAnsi"/>
          <w:sz w:val="20"/>
          <w:szCs w:val="20"/>
        </w:rPr>
        <w:t>l’usager)</w:t>
      </w:r>
      <w:r w:rsidR="00FC6F73">
        <w:rPr>
          <w:rFonts w:asciiTheme="majorHAnsi" w:hAnsiTheme="majorHAnsi" w:cstheme="majorHAnsi"/>
          <w:sz w:val="20"/>
          <w:szCs w:val="20"/>
        </w:rPr>
        <w:t>.</w:t>
      </w:r>
    </w:p>
    <w:tbl>
      <w:tblPr>
        <w:tblStyle w:val="Grilledutableau"/>
        <w:tblpPr w:leftFromText="141" w:rightFromText="141" w:vertAnchor="text" w:horzAnchor="margin" w:tblpY="416"/>
        <w:tblW w:w="0" w:type="auto"/>
        <w:tblLook w:val="04A0" w:firstRow="1" w:lastRow="0" w:firstColumn="1" w:lastColumn="0" w:noHBand="0" w:noVBand="1"/>
      </w:tblPr>
      <w:tblGrid>
        <w:gridCol w:w="6071"/>
        <w:gridCol w:w="4639"/>
      </w:tblGrid>
      <w:tr w:rsidR="00712975" w:rsidRPr="00912009" w14:paraId="7552FA8A" w14:textId="77777777" w:rsidTr="00712975">
        <w:tc>
          <w:tcPr>
            <w:tcW w:w="10710" w:type="dxa"/>
            <w:gridSpan w:val="2"/>
            <w:tcBorders>
              <w:top w:val="nil"/>
              <w:left w:val="nil"/>
              <w:bottom w:val="nil"/>
              <w:right w:val="nil"/>
            </w:tcBorders>
          </w:tcPr>
          <w:p w14:paraId="6BFD73DE" w14:textId="3C12154F" w:rsidR="00712975" w:rsidRPr="00912009" w:rsidRDefault="00712975" w:rsidP="00712975">
            <w:pPr>
              <w:pStyle w:val="NormalWeb"/>
              <w:spacing w:before="120" w:beforeAutospacing="0" w:after="0" w:afterAutospacing="0" w:line="360" w:lineRule="auto"/>
              <w:ind w:right="305"/>
              <w:jc w:val="both"/>
              <w:textAlignment w:val="baseline"/>
              <w:rPr>
                <w:rFonts w:asciiTheme="majorHAnsi" w:hAnsiTheme="majorHAnsi" w:cstheme="majorHAnsi"/>
                <w:sz w:val="20"/>
                <w:szCs w:val="20"/>
              </w:rPr>
            </w:pPr>
            <w:r w:rsidRPr="00912009">
              <w:rPr>
                <w:rFonts w:asciiTheme="majorHAnsi" w:hAnsiTheme="majorHAnsi" w:cstheme="majorHAnsi"/>
                <w:sz w:val="20"/>
                <w:szCs w:val="20"/>
              </w:rPr>
              <w:t>En conséquence, j’autorise la communication de renseignements personnels à partir de la date de signature de ce formulaire,</w:t>
            </w:r>
          </w:p>
        </w:tc>
      </w:tr>
      <w:tr w:rsidR="00712975" w:rsidRPr="00912009" w14:paraId="04E347E5" w14:textId="77777777" w:rsidTr="00712975">
        <w:tc>
          <w:tcPr>
            <w:tcW w:w="6071" w:type="dxa"/>
            <w:tcBorders>
              <w:top w:val="nil"/>
              <w:left w:val="nil"/>
              <w:bottom w:val="nil"/>
              <w:right w:val="nil"/>
            </w:tcBorders>
          </w:tcPr>
          <w:p w14:paraId="0B6279BF" w14:textId="5CE44403" w:rsidR="00712975" w:rsidRPr="00912009" w:rsidRDefault="00712975" w:rsidP="00712975">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r w:rsidRPr="00912009">
              <w:rPr>
                <w:rFonts w:asciiTheme="majorHAnsi" w:hAnsiTheme="majorHAnsi" w:cstheme="majorHAnsi"/>
                <w:sz w:val="20"/>
                <w:szCs w:val="20"/>
              </w:rPr>
              <w:t>et ce,</w:t>
            </w:r>
            <w:r w:rsidRPr="00912009">
              <w:rPr>
                <w:rFonts w:asciiTheme="majorHAnsi" w:hAnsiTheme="majorHAnsi" w:cstheme="majorHAnsi"/>
                <w:color w:val="000000"/>
                <w:sz w:val="20"/>
                <w:szCs w:val="20"/>
                <w:bdr w:val="none" w:sz="0" w:space="0" w:color="auto" w:frame="1"/>
              </w:rPr>
              <w:t xml:space="preserve"> pour une durée de 90 jours ou jusqu'au</w:t>
            </w:r>
          </w:p>
        </w:tc>
        <w:tc>
          <w:tcPr>
            <w:tcW w:w="4639" w:type="dxa"/>
            <w:tcBorders>
              <w:top w:val="nil"/>
              <w:left w:val="nil"/>
              <w:bottom w:val="single" w:sz="4" w:space="0" w:color="auto"/>
              <w:right w:val="nil"/>
            </w:tcBorders>
            <w:vAlign w:val="bottom"/>
          </w:tcPr>
          <w:p w14:paraId="5BE5405E" w14:textId="3132CC08" w:rsidR="00712975" w:rsidRPr="00912009" w:rsidRDefault="00004EE2" w:rsidP="00712975">
            <w:pPr>
              <w:pStyle w:val="NormalWeb"/>
              <w:spacing w:before="0" w:beforeAutospacing="0" w:after="0" w:afterAutospacing="0" w:line="360" w:lineRule="auto"/>
              <w:ind w:left="1440" w:right="305"/>
              <w:textAlignment w:val="baseline"/>
              <w:rPr>
                <w:rFonts w:asciiTheme="majorHAnsi" w:hAnsiTheme="majorHAnsi" w:cstheme="majorHAnsi"/>
                <w:sz w:val="20"/>
                <w:szCs w:val="20"/>
              </w:rPr>
            </w:pPr>
            <w:sdt>
              <w:sdtPr>
                <w:rPr>
                  <w:rFonts w:asciiTheme="majorHAnsi" w:hAnsiTheme="majorHAnsi" w:cstheme="majorHAnsi"/>
                  <w:sz w:val="20"/>
                  <w:szCs w:val="20"/>
                </w:rPr>
                <w:id w:val="896626249"/>
                <w:placeholder>
                  <w:docPart w:val="D20E40AE6C1946268C7C862249260D9A"/>
                </w:placeholder>
                <w:showingPlcHdr/>
              </w:sdtPr>
              <w:sdtEndPr/>
              <w:sdtContent>
                <w:permStart w:id="1374494960" w:edGrp="everyone"/>
                <w:r w:rsidR="00E27AA6">
                  <w:rPr>
                    <w:rStyle w:val="Textedelespacerserv"/>
                    <w:rFonts w:asciiTheme="majorHAnsi" w:hAnsiTheme="majorHAnsi" w:cstheme="majorHAnsi"/>
                    <w:sz w:val="20"/>
                    <w:szCs w:val="20"/>
                  </w:rPr>
                  <w:t xml:space="preserve">                            </w:t>
                </w:r>
                <w:permEnd w:id="1374494960"/>
              </w:sdtContent>
            </w:sdt>
          </w:p>
        </w:tc>
      </w:tr>
      <w:tr w:rsidR="00712975" w:rsidRPr="00912009" w14:paraId="71B9C439" w14:textId="77777777" w:rsidTr="00712975">
        <w:tc>
          <w:tcPr>
            <w:tcW w:w="6071" w:type="dxa"/>
            <w:tcBorders>
              <w:top w:val="nil"/>
              <w:left w:val="nil"/>
              <w:bottom w:val="nil"/>
              <w:right w:val="nil"/>
            </w:tcBorders>
          </w:tcPr>
          <w:p w14:paraId="1E49C554" w14:textId="79032C8E" w:rsidR="00712975" w:rsidRPr="00912009" w:rsidRDefault="00712975" w:rsidP="00712975">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p>
        </w:tc>
        <w:tc>
          <w:tcPr>
            <w:tcW w:w="4639" w:type="dxa"/>
            <w:tcBorders>
              <w:top w:val="single" w:sz="4" w:space="0" w:color="auto"/>
              <w:left w:val="nil"/>
              <w:bottom w:val="nil"/>
              <w:right w:val="nil"/>
            </w:tcBorders>
          </w:tcPr>
          <w:p w14:paraId="0F23F6A5" w14:textId="0DB7BCDE" w:rsidR="00712975" w:rsidRPr="00912009" w:rsidRDefault="003E77F0" w:rsidP="00712975">
            <w:pPr>
              <w:pStyle w:val="NormalWeb"/>
              <w:spacing w:before="0" w:beforeAutospacing="0" w:after="0" w:afterAutospacing="0" w:line="360" w:lineRule="auto"/>
              <w:ind w:left="720" w:right="305"/>
              <w:jc w:val="both"/>
              <w:textAlignment w:val="baseline"/>
              <w:rPr>
                <w:rFonts w:asciiTheme="majorHAnsi" w:hAnsiTheme="majorHAnsi" w:cstheme="majorHAnsi"/>
                <w:sz w:val="20"/>
                <w:szCs w:val="20"/>
              </w:rPr>
            </w:pPr>
            <w:r>
              <w:rPr>
                <w:rFonts w:asciiTheme="majorHAnsi" w:hAnsiTheme="majorHAnsi" w:cstheme="majorHAnsi"/>
                <w:b/>
                <w:bCs/>
                <w:i/>
                <w:iCs/>
                <w:color w:val="000000"/>
                <w:sz w:val="20"/>
                <w:szCs w:val="20"/>
                <w:bdr w:val="none" w:sz="0" w:space="0" w:color="auto" w:frame="1"/>
              </w:rPr>
              <w:t xml:space="preserve">       </w:t>
            </w:r>
            <w:r w:rsidR="00712975" w:rsidRPr="00912009">
              <w:rPr>
                <w:rFonts w:asciiTheme="majorHAnsi" w:hAnsiTheme="majorHAnsi" w:cstheme="majorHAnsi"/>
                <w:b/>
                <w:bCs/>
                <w:i/>
                <w:iCs/>
                <w:color w:val="000000"/>
                <w:sz w:val="20"/>
                <w:szCs w:val="20"/>
                <w:bdr w:val="none" w:sz="0" w:space="0" w:color="auto" w:frame="1"/>
              </w:rPr>
              <w:t>Pour un maximum de 1 an.</w:t>
            </w:r>
          </w:p>
        </w:tc>
      </w:tr>
    </w:tbl>
    <w:p w14:paraId="39282DC0" w14:textId="0BD26E77" w:rsidR="00DB578D" w:rsidRDefault="00DB578D" w:rsidP="00FC6F73">
      <w:pPr>
        <w:spacing w:after="120"/>
        <w:rPr>
          <w:rFonts w:asciiTheme="majorHAnsi" w:hAnsiTheme="majorHAnsi" w:cstheme="majorHAnsi"/>
          <w:sz w:val="20"/>
          <w:szCs w:val="20"/>
        </w:rPr>
      </w:pPr>
    </w:p>
    <w:p w14:paraId="347E2157" w14:textId="77777777" w:rsidR="00862DA2" w:rsidRDefault="00862DA2" w:rsidP="00862DA2">
      <w:pPr>
        <w:spacing w:after="120"/>
        <w:rPr>
          <w:rFonts w:asciiTheme="majorHAnsi" w:eastAsia="Times New Roman" w:hAnsiTheme="majorHAnsi" w:cstheme="majorHAnsi"/>
          <w:sz w:val="20"/>
          <w:szCs w:val="20"/>
          <w:lang w:eastAsia="fr-CA"/>
        </w:rPr>
      </w:pPr>
    </w:p>
    <w:tbl>
      <w:tblPr>
        <w:tblStyle w:val="Grilledutableau"/>
        <w:tblpPr w:leftFromText="141" w:rightFromText="141" w:vertAnchor="text" w:horzAnchor="margin" w:tblpY="177"/>
        <w:tblW w:w="10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5"/>
        <w:gridCol w:w="270"/>
        <w:gridCol w:w="4045"/>
        <w:gridCol w:w="236"/>
        <w:gridCol w:w="2469"/>
      </w:tblGrid>
      <w:tr w:rsidR="00862DA2" w:rsidRPr="00912009" w14:paraId="21037184" w14:textId="77777777" w:rsidTr="00862DA2">
        <w:trPr>
          <w:trHeight w:val="648"/>
        </w:trPr>
        <w:tc>
          <w:tcPr>
            <w:tcW w:w="3695" w:type="dxa"/>
            <w:tcBorders>
              <w:bottom w:val="single" w:sz="4" w:space="0" w:color="auto"/>
            </w:tcBorders>
            <w:vAlign w:val="bottom"/>
          </w:tcPr>
          <w:p w14:paraId="1B38C569" w14:textId="77777777" w:rsidR="00862DA2" w:rsidRPr="00912009" w:rsidRDefault="00862DA2" w:rsidP="00862DA2">
            <w:pPr>
              <w:spacing w:after="120" w:line="276" w:lineRule="auto"/>
              <w:rPr>
                <w:rFonts w:asciiTheme="majorHAnsi" w:hAnsiTheme="majorHAnsi" w:cstheme="majorHAnsi"/>
                <w:sz w:val="20"/>
                <w:szCs w:val="20"/>
              </w:rPr>
            </w:pPr>
          </w:p>
        </w:tc>
        <w:tc>
          <w:tcPr>
            <w:tcW w:w="270" w:type="dxa"/>
            <w:vAlign w:val="bottom"/>
          </w:tcPr>
          <w:p w14:paraId="6BFA099C"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bottom w:val="single" w:sz="4" w:space="0" w:color="auto"/>
            </w:tcBorders>
            <w:vAlign w:val="bottom"/>
          </w:tcPr>
          <w:p w14:paraId="724F95E9" w14:textId="6B67F4E0" w:rsidR="00862DA2" w:rsidRPr="00912009" w:rsidRDefault="00004EE2" w:rsidP="00862DA2">
            <w:pPr>
              <w:spacing w:after="120" w:line="276" w:lineRule="auto"/>
              <w:rPr>
                <w:rFonts w:asciiTheme="majorHAnsi" w:hAnsiTheme="majorHAnsi" w:cstheme="majorHAnsi"/>
                <w:sz w:val="20"/>
                <w:szCs w:val="20"/>
              </w:rPr>
            </w:pPr>
            <w:sdt>
              <w:sdtPr>
                <w:rPr>
                  <w:rFonts w:asciiTheme="majorHAnsi" w:hAnsiTheme="majorHAnsi" w:cstheme="majorHAnsi"/>
                  <w:sz w:val="20"/>
                  <w:szCs w:val="20"/>
                </w:rPr>
                <w:id w:val="-1034419774"/>
                <w:placeholder>
                  <w:docPart w:val="6B2B2F59A1194FB7942D4CB6ED56963C"/>
                </w:placeholder>
                <w:showingPlcHdr/>
              </w:sdtPr>
              <w:sdtEndPr/>
              <w:sdtContent>
                <w:permStart w:id="851599794" w:edGrp="everyone"/>
                <w:r w:rsidR="00E27AA6">
                  <w:rPr>
                    <w:rStyle w:val="Textedelespacerserv"/>
                    <w:rFonts w:asciiTheme="majorHAnsi" w:hAnsiTheme="majorHAnsi" w:cstheme="majorHAnsi"/>
                    <w:sz w:val="20"/>
                    <w:szCs w:val="20"/>
                  </w:rPr>
                  <w:t xml:space="preserve">                            </w:t>
                </w:r>
                <w:permEnd w:id="851599794"/>
              </w:sdtContent>
            </w:sdt>
          </w:p>
        </w:tc>
        <w:tc>
          <w:tcPr>
            <w:tcW w:w="236" w:type="dxa"/>
            <w:vAlign w:val="bottom"/>
          </w:tcPr>
          <w:p w14:paraId="72370FBE"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bottom w:val="single" w:sz="4" w:space="0" w:color="auto"/>
            </w:tcBorders>
            <w:vAlign w:val="bottom"/>
          </w:tcPr>
          <w:sdt>
            <w:sdtPr>
              <w:rPr>
                <w:rFonts w:asciiTheme="majorHAnsi" w:hAnsiTheme="majorHAnsi" w:cstheme="majorHAnsi"/>
                <w:sz w:val="20"/>
                <w:szCs w:val="20"/>
              </w:rPr>
              <w:id w:val="1972327874"/>
              <w:placeholder>
                <w:docPart w:val="FDB0FCE3461C4479BB38D0857DD8ECBE"/>
              </w:placeholder>
              <w:showingPlcHdr/>
              <w:date>
                <w:dateFormat w:val="yyyy-MM-dd"/>
                <w:lid w:val="fr-CA"/>
                <w:storeMappedDataAs w:val="dateTime"/>
                <w:calendar w:val="gregorian"/>
              </w:date>
            </w:sdtPr>
            <w:sdtEndPr/>
            <w:sdtContent>
              <w:permStart w:id="447677523" w:edGrp="everyone" w:displacedByCustomXml="prev"/>
              <w:p w14:paraId="4563CEDB" w14:textId="289CF6F1" w:rsidR="00862DA2" w:rsidRPr="00912009" w:rsidRDefault="00E27AA6" w:rsidP="00862DA2">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447677523" w:displacedByCustomXml="next"/>
            </w:sdtContent>
          </w:sdt>
        </w:tc>
      </w:tr>
      <w:tr w:rsidR="00862DA2" w:rsidRPr="00912009" w14:paraId="51FB7484" w14:textId="77777777" w:rsidTr="00862DA2">
        <w:trPr>
          <w:trHeight w:val="648"/>
        </w:trPr>
        <w:tc>
          <w:tcPr>
            <w:tcW w:w="3695" w:type="dxa"/>
            <w:tcBorders>
              <w:top w:val="single" w:sz="4" w:space="0" w:color="auto"/>
              <w:bottom w:val="single" w:sz="4" w:space="0" w:color="auto"/>
            </w:tcBorders>
          </w:tcPr>
          <w:p w14:paraId="1C269325"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de l’usager (14 ans et plus)</w:t>
            </w:r>
          </w:p>
          <w:p w14:paraId="0EE7C324" w14:textId="77777777" w:rsidR="00862DA2" w:rsidRDefault="00862DA2" w:rsidP="00862DA2">
            <w:pPr>
              <w:spacing w:line="276" w:lineRule="auto"/>
              <w:rPr>
                <w:rFonts w:asciiTheme="majorHAnsi" w:hAnsiTheme="majorHAnsi" w:cstheme="majorHAnsi"/>
                <w:b/>
                <w:bCs/>
                <w:sz w:val="20"/>
                <w:szCs w:val="20"/>
              </w:rPr>
            </w:pPr>
          </w:p>
          <w:p w14:paraId="6C36079A" w14:textId="77777777" w:rsidR="00862DA2" w:rsidRPr="00912009" w:rsidRDefault="00862DA2" w:rsidP="00862DA2">
            <w:pPr>
              <w:spacing w:line="276" w:lineRule="auto"/>
              <w:rPr>
                <w:rFonts w:asciiTheme="majorHAnsi" w:hAnsiTheme="majorHAnsi" w:cstheme="majorHAnsi"/>
                <w:b/>
                <w:bCs/>
                <w:sz w:val="20"/>
                <w:szCs w:val="20"/>
              </w:rPr>
            </w:pPr>
          </w:p>
        </w:tc>
        <w:tc>
          <w:tcPr>
            <w:tcW w:w="270" w:type="dxa"/>
          </w:tcPr>
          <w:p w14:paraId="6FCEA2BE"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65464058" w14:textId="77777777" w:rsidR="00862DA2" w:rsidRPr="00912009" w:rsidRDefault="00862DA2" w:rsidP="00862DA2">
            <w:pPr>
              <w:spacing w:after="36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de l’usager (lettre moulante)</w:t>
            </w:r>
          </w:p>
          <w:p w14:paraId="531F4A68" w14:textId="5D2B62C6" w:rsidR="00862DA2" w:rsidRPr="00912009" w:rsidRDefault="00004EE2" w:rsidP="00862DA2">
            <w:pPr>
              <w:spacing w:after="120" w:line="276" w:lineRule="auto"/>
              <w:rPr>
                <w:rFonts w:asciiTheme="majorHAnsi" w:hAnsiTheme="majorHAnsi" w:cstheme="majorHAnsi"/>
                <w:sz w:val="20"/>
                <w:szCs w:val="20"/>
              </w:rPr>
            </w:pPr>
            <w:sdt>
              <w:sdtPr>
                <w:rPr>
                  <w:rFonts w:asciiTheme="majorHAnsi" w:hAnsiTheme="majorHAnsi" w:cstheme="majorHAnsi"/>
                  <w:sz w:val="20"/>
                  <w:szCs w:val="20"/>
                </w:rPr>
                <w:id w:val="1909347545"/>
                <w:placeholder>
                  <w:docPart w:val="CC1F3C253B4546B79B7E1BCEAECE86CE"/>
                </w:placeholder>
                <w:showingPlcHdr/>
              </w:sdtPr>
              <w:sdtEndPr/>
              <w:sdtContent>
                <w:permStart w:id="1314861461" w:edGrp="everyone"/>
                <w:r w:rsidR="00E27AA6">
                  <w:rPr>
                    <w:rStyle w:val="Textedelespacerserv"/>
                    <w:rFonts w:asciiTheme="majorHAnsi" w:hAnsiTheme="majorHAnsi" w:cstheme="majorHAnsi"/>
                    <w:sz w:val="20"/>
                    <w:szCs w:val="20"/>
                  </w:rPr>
                  <w:t xml:space="preserve">                            </w:t>
                </w:r>
                <w:permEnd w:id="1314861461"/>
              </w:sdtContent>
            </w:sdt>
          </w:p>
        </w:tc>
        <w:tc>
          <w:tcPr>
            <w:tcW w:w="236" w:type="dxa"/>
          </w:tcPr>
          <w:p w14:paraId="72765AD5"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4187A287" w14:textId="77777777" w:rsidR="00862DA2" w:rsidRPr="00912009" w:rsidRDefault="00862DA2" w:rsidP="00862DA2">
            <w:pPr>
              <w:spacing w:after="36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sdt>
            <w:sdtPr>
              <w:rPr>
                <w:rFonts w:asciiTheme="majorHAnsi" w:hAnsiTheme="majorHAnsi" w:cstheme="majorHAnsi"/>
                <w:sz w:val="20"/>
                <w:szCs w:val="20"/>
              </w:rPr>
              <w:id w:val="1204214039"/>
              <w:placeholder>
                <w:docPart w:val="E80DC3FAC4EC4B4086DDFA7706D77584"/>
              </w:placeholder>
              <w:showingPlcHdr/>
              <w:date>
                <w:dateFormat w:val="yyyy-MM-dd"/>
                <w:lid w:val="fr-CA"/>
                <w:storeMappedDataAs w:val="dateTime"/>
                <w:calendar w:val="gregorian"/>
              </w:date>
            </w:sdtPr>
            <w:sdtEndPr/>
            <w:sdtContent>
              <w:permStart w:id="624055659" w:edGrp="everyone" w:displacedByCustomXml="prev"/>
              <w:p w14:paraId="0B72E658" w14:textId="0A7C26F9" w:rsidR="00862DA2" w:rsidRPr="00912009" w:rsidRDefault="00E27AA6" w:rsidP="00E27A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624055659" w:displacedByCustomXml="next"/>
            </w:sdtContent>
          </w:sdt>
        </w:tc>
      </w:tr>
      <w:tr w:rsidR="00862DA2" w:rsidRPr="00912009" w14:paraId="38A3B3BD" w14:textId="77777777" w:rsidTr="00862DA2">
        <w:trPr>
          <w:trHeight w:val="616"/>
        </w:trPr>
        <w:tc>
          <w:tcPr>
            <w:tcW w:w="3695" w:type="dxa"/>
            <w:tcBorders>
              <w:top w:val="single" w:sz="4" w:space="0" w:color="auto"/>
              <w:bottom w:val="single" w:sz="4" w:space="0" w:color="auto"/>
            </w:tcBorders>
          </w:tcPr>
          <w:p w14:paraId="36B1CEC9"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du parent 1</w:t>
            </w:r>
          </w:p>
          <w:p w14:paraId="5E56BEE6" w14:textId="77777777" w:rsidR="00862DA2" w:rsidRDefault="00862DA2" w:rsidP="00862DA2">
            <w:pPr>
              <w:spacing w:after="120" w:line="276" w:lineRule="auto"/>
              <w:rPr>
                <w:rFonts w:asciiTheme="majorHAnsi" w:hAnsiTheme="majorHAnsi" w:cstheme="majorHAnsi"/>
                <w:b/>
                <w:bCs/>
                <w:sz w:val="20"/>
                <w:szCs w:val="20"/>
              </w:rPr>
            </w:pPr>
          </w:p>
          <w:p w14:paraId="40E65B24"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604348E5"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10506AB6"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parent (lettre moulante)</w:t>
            </w:r>
          </w:p>
          <w:p w14:paraId="781A82B5" w14:textId="2CC68B7A" w:rsidR="00862DA2" w:rsidRPr="00912009" w:rsidRDefault="00004EE2"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1816296305"/>
                <w:placeholder>
                  <w:docPart w:val="E7FA51B2350E4F099BF152C6BE3CEE92"/>
                </w:placeholder>
                <w:showingPlcHdr/>
              </w:sdtPr>
              <w:sdtEndPr/>
              <w:sdtContent>
                <w:permStart w:id="1926824025" w:edGrp="everyone"/>
                <w:r w:rsidR="00E27AA6">
                  <w:rPr>
                    <w:rStyle w:val="Textedelespacerserv"/>
                    <w:rFonts w:asciiTheme="majorHAnsi" w:hAnsiTheme="majorHAnsi" w:cstheme="majorHAnsi"/>
                    <w:sz w:val="20"/>
                    <w:szCs w:val="20"/>
                  </w:rPr>
                  <w:t xml:space="preserve">                            </w:t>
                </w:r>
                <w:permEnd w:id="1926824025"/>
              </w:sdtContent>
            </w:sdt>
          </w:p>
        </w:tc>
        <w:tc>
          <w:tcPr>
            <w:tcW w:w="236" w:type="dxa"/>
          </w:tcPr>
          <w:p w14:paraId="2C155B9B"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4A681AE8"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sdt>
            <w:sdtPr>
              <w:rPr>
                <w:rFonts w:asciiTheme="majorHAnsi" w:hAnsiTheme="majorHAnsi" w:cstheme="majorHAnsi"/>
                <w:sz w:val="20"/>
                <w:szCs w:val="20"/>
              </w:rPr>
              <w:id w:val="-1344319675"/>
              <w:placeholder>
                <w:docPart w:val="DE95A2275E314F1592536D5FFB8F584F"/>
              </w:placeholder>
              <w:showingPlcHdr/>
              <w:date>
                <w:dateFormat w:val="yyyy-MM-dd"/>
                <w:lid w:val="fr-CA"/>
                <w:storeMappedDataAs w:val="dateTime"/>
                <w:calendar w:val="gregorian"/>
              </w:date>
            </w:sdtPr>
            <w:sdtEndPr/>
            <w:sdtContent>
              <w:permStart w:id="611332950" w:edGrp="everyone" w:displacedByCustomXml="prev"/>
              <w:p w14:paraId="16DD08B5" w14:textId="3A885EC5" w:rsidR="00862DA2" w:rsidRPr="00912009" w:rsidRDefault="00E27AA6" w:rsidP="00E27A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611332950" w:displacedByCustomXml="next"/>
            </w:sdtContent>
          </w:sdt>
        </w:tc>
      </w:tr>
      <w:tr w:rsidR="00862DA2" w:rsidRPr="00912009" w14:paraId="53EE0FB3" w14:textId="77777777" w:rsidTr="00862DA2">
        <w:trPr>
          <w:trHeight w:val="648"/>
        </w:trPr>
        <w:tc>
          <w:tcPr>
            <w:tcW w:w="3695" w:type="dxa"/>
            <w:tcBorders>
              <w:top w:val="single" w:sz="4" w:space="0" w:color="auto"/>
              <w:bottom w:val="single" w:sz="4" w:space="0" w:color="auto"/>
            </w:tcBorders>
          </w:tcPr>
          <w:p w14:paraId="7B332509"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du parent 2 (s’il y a lieu)</w:t>
            </w:r>
          </w:p>
          <w:p w14:paraId="7420C021" w14:textId="77777777" w:rsidR="00862DA2" w:rsidRDefault="00862DA2" w:rsidP="00862DA2">
            <w:pPr>
              <w:spacing w:after="120" w:line="276" w:lineRule="auto"/>
              <w:rPr>
                <w:rFonts w:asciiTheme="majorHAnsi" w:hAnsiTheme="majorHAnsi" w:cstheme="majorHAnsi"/>
                <w:b/>
                <w:bCs/>
                <w:sz w:val="20"/>
                <w:szCs w:val="20"/>
              </w:rPr>
            </w:pPr>
          </w:p>
          <w:p w14:paraId="2777A78D"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3463A5EA"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6DE0C5BE"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parent 2 (lettre moulante)</w:t>
            </w:r>
          </w:p>
          <w:p w14:paraId="630EEBA7" w14:textId="3778B4BF" w:rsidR="00862DA2" w:rsidRPr="00912009" w:rsidRDefault="00004EE2"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2110184238"/>
                <w:placeholder>
                  <w:docPart w:val="10D00CCDC4D442C0BDCDD23EC4FEFACC"/>
                </w:placeholder>
                <w:showingPlcHdr/>
              </w:sdtPr>
              <w:sdtEndPr/>
              <w:sdtContent>
                <w:permStart w:id="159214832" w:edGrp="everyone"/>
                <w:r w:rsidR="00E27AA6">
                  <w:rPr>
                    <w:rStyle w:val="Textedelespacerserv"/>
                    <w:rFonts w:asciiTheme="majorHAnsi" w:hAnsiTheme="majorHAnsi" w:cstheme="majorHAnsi"/>
                    <w:sz w:val="20"/>
                    <w:szCs w:val="20"/>
                  </w:rPr>
                  <w:t xml:space="preserve">                            </w:t>
                </w:r>
                <w:permEnd w:id="159214832"/>
              </w:sdtContent>
            </w:sdt>
          </w:p>
        </w:tc>
        <w:tc>
          <w:tcPr>
            <w:tcW w:w="236" w:type="dxa"/>
          </w:tcPr>
          <w:p w14:paraId="4E735995"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3A4082E5"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sdt>
            <w:sdtPr>
              <w:rPr>
                <w:rFonts w:asciiTheme="majorHAnsi" w:hAnsiTheme="majorHAnsi" w:cstheme="majorHAnsi"/>
                <w:sz w:val="20"/>
                <w:szCs w:val="20"/>
              </w:rPr>
              <w:id w:val="961547037"/>
              <w:placeholder>
                <w:docPart w:val="5334564595BA4CB1BFE4FF63D2E7E3A6"/>
              </w:placeholder>
              <w:showingPlcHdr/>
              <w:date>
                <w:dateFormat w:val="yyyy-MM-dd"/>
                <w:lid w:val="fr-CA"/>
                <w:storeMappedDataAs w:val="dateTime"/>
                <w:calendar w:val="gregorian"/>
              </w:date>
            </w:sdtPr>
            <w:sdtEndPr/>
            <w:sdtContent>
              <w:permStart w:id="2141279133" w:edGrp="everyone" w:displacedByCustomXml="prev"/>
              <w:p w14:paraId="57EA55E5" w14:textId="43E4B313" w:rsidR="00862DA2" w:rsidRPr="00912009" w:rsidRDefault="00E27AA6" w:rsidP="00E27A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2141279133" w:displacedByCustomXml="next"/>
            </w:sdtContent>
          </w:sdt>
        </w:tc>
      </w:tr>
      <w:tr w:rsidR="00862DA2" w:rsidRPr="00912009" w14:paraId="381F878E" w14:textId="77777777" w:rsidTr="00862DA2">
        <w:trPr>
          <w:trHeight w:val="648"/>
        </w:trPr>
        <w:tc>
          <w:tcPr>
            <w:tcW w:w="3695" w:type="dxa"/>
            <w:tcBorders>
              <w:top w:val="single" w:sz="4" w:space="0" w:color="auto"/>
              <w:bottom w:val="single" w:sz="4" w:space="0" w:color="auto"/>
            </w:tcBorders>
          </w:tcPr>
          <w:p w14:paraId="6EDD3A3D"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représentant légal (s’il y a lieu)</w:t>
            </w:r>
          </w:p>
          <w:p w14:paraId="38102BCC"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5F6D11D7"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7652520C" w14:textId="77777777" w:rsidR="00862DA2" w:rsidRPr="00912009" w:rsidRDefault="00862DA2" w:rsidP="00E27AA6">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représentant légal (lettre moulante)</w:t>
            </w:r>
          </w:p>
          <w:p w14:paraId="7D921D12" w14:textId="53897D1A" w:rsidR="00862DA2" w:rsidRPr="00912009" w:rsidRDefault="00004EE2" w:rsidP="00862DA2">
            <w:pPr>
              <w:spacing w:before="120" w:after="120" w:line="276" w:lineRule="auto"/>
              <w:rPr>
                <w:rFonts w:asciiTheme="majorHAnsi" w:hAnsiTheme="majorHAnsi" w:cstheme="majorHAnsi"/>
                <w:sz w:val="20"/>
                <w:szCs w:val="20"/>
              </w:rPr>
            </w:pPr>
            <w:sdt>
              <w:sdtPr>
                <w:rPr>
                  <w:rFonts w:asciiTheme="majorHAnsi" w:hAnsiTheme="majorHAnsi" w:cstheme="majorHAnsi"/>
                  <w:sz w:val="20"/>
                  <w:szCs w:val="20"/>
                </w:rPr>
                <w:id w:val="-275707300"/>
                <w:placeholder>
                  <w:docPart w:val="A9BB5892D91246D7B251F71FB030C443"/>
                </w:placeholder>
                <w:showingPlcHdr/>
              </w:sdtPr>
              <w:sdtEndPr/>
              <w:sdtContent>
                <w:permStart w:id="834229668" w:edGrp="everyone"/>
                <w:r w:rsidR="00E27AA6">
                  <w:rPr>
                    <w:rStyle w:val="Textedelespacerserv"/>
                    <w:rFonts w:asciiTheme="majorHAnsi" w:hAnsiTheme="majorHAnsi" w:cstheme="majorHAnsi"/>
                    <w:sz w:val="20"/>
                    <w:szCs w:val="20"/>
                  </w:rPr>
                  <w:t xml:space="preserve">                            </w:t>
                </w:r>
                <w:permEnd w:id="834229668"/>
              </w:sdtContent>
            </w:sdt>
          </w:p>
        </w:tc>
        <w:tc>
          <w:tcPr>
            <w:tcW w:w="236" w:type="dxa"/>
          </w:tcPr>
          <w:p w14:paraId="697249E7"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608A0140" w14:textId="77777777" w:rsidR="00862DA2" w:rsidRDefault="00862DA2" w:rsidP="00E27AA6">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sdt>
            <w:sdtPr>
              <w:rPr>
                <w:rFonts w:asciiTheme="majorHAnsi" w:hAnsiTheme="majorHAnsi" w:cstheme="majorHAnsi"/>
                <w:sz w:val="20"/>
                <w:szCs w:val="20"/>
              </w:rPr>
              <w:id w:val="1869408763"/>
              <w:placeholder>
                <w:docPart w:val="9124FBBE385C4F65855BB4C678C66C92"/>
              </w:placeholder>
              <w:showingPlcHdr/>
              <w:date>
                <w:dateFormat w:val="yyyy-MM-dd"/>
                <w:lid w:val="fr-CA"/>
                <w:storeMappedDataAs w:val="dateTime"/>
                <w:calendar w:val="gregorian"/>
              </w:date>
            </w:sdtPr>
            <w:sdtEndPr/>
            <w:sdtContent>
              <w:permStart w:id="965760120" w:edGrp="everyone" w:displacedByCustomXml="prev"/>
              <w:p w14:paraId="39060CA2" w14:textId="0543EF57" w:rsidR="00862DA2" w:rsidRPr="00912009" w:rsidRDefault="00E27AA6" w:rsidP="00E27A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965760120" w:displacedByCustomXml="next"/>
            </w:sdtContent>
          </w:sdt>
        </w:tc>
      </w:tr>
      <w:tr w:rsidR="00862DA2" w:rsidRPr="00912009" w14:paraId="6034B06D" w14:textId="77777777" w:rsidTr="00862DA2">
        <w:trPr>
          <w:trHeight w:val="648"/>
        </w:trPr>
        <w:tc>
          <w:tcPr>
            <w:tcW w:w="3695" w:type="dxa"/>
            <w:tcBorders>
              <w:top w:val="single" w:sz="4" w:space="0" w:color="auto"/>
              <w:bottom w:val="single" w:sz="4" w:space="0" w:color="auto"/>
            </w:tcBorders>
          </w:tcPr>
          <w:p w14:paraId="2CA03139" w14:textId="77777777" w:rsidR="00862DA2" w:rsidRPr="00912009" w:rsidRDefault="00862DA2" w:rsidP="00862DA2">
            <w:pPr>
              <w:spacing w:after="120"/>
              <w:rPr>
                <w:rFonts w:asciiTheme="majorHAnsi" w:hAnsiTheme="majorHAnsi" w:cstheme="majorHAnsi"/>
                <w:b/>
                <w:bCs/>
                <w:sz w:val="20"/>
                <w:szCs w:val="20"/>
              </w:rPr>
            </w:pPr>
            <w:r>
              <w:rPr>
                <w:rFonts w:asciiTheme="majorHAnsi" w:hAnsiTheme="majorHAnsi" w:cstheme="majorHAnsi"/>
                <w:b/>
                <w:bCs/>
                <w:sz w:val="20"/>
                <w:szCs w:val="20"/>
              </w:rPr>
              <w:t>Signature du référent</w:t>
            </w:r>
          </w:p>
        </w:tc>
        <w:tc>
          <w:tcPr>
            <w:tcW w:w="270" w:type="dxa"/>
          </w:tcPr>
          <w:p w14:paraId="188D1AFF" w14:textId="77777777" w:rsidR="00862DA2" w:rsidRPr="00912009" w:rsidRDefault="00862DA2" w:rsidP="00862DA2">
            <w:pPr>
              <w:rPr>
                <w:rFonts w:asciiTheme="majorHAnsi" w:hAnsiTheme="majorHAnsi" w:cstheme="majorHAnsi"/>
                <w:sz w:val="20"/>
                <w:szCs w:val="20"/>
              </w:rPr>
            </w:pPr>
          </w:p>
        </w:tc>
        <w:tc>
          <w:tcPr>
            <w:tcW w:w="4045" w:type="dxa"/>
            <w:tcBorders>
              <w:top w:val="single" w:sz="4" w:space="0" w:color="auto"/>
              <w:bottom w:val="single" w:sz="4" w:space="0" w:color="auto"/>
            </w:tcBorders>
          </w:tcPr>
          <w:p w14:paraId="78516075" w14:textId="77777777" w:rsidR="00862DA2" w:rsidRDefault="00862DA2" w:rsidP="00862DA2">
            <w:pPr>
              <w:spacing w:after="360"/>
              <w:rPr>
                <w:rFonts w:asciiTheme="majorHAnsi" w:hAnsiTheme="majorHAnsi" w:cstheme="majorHAnsi"/>
                <w:b/>
                <w:bCs/>
                <w:sz w:val="20"/>
                <w:szCs w:val="20"/>
              </w:rPr>
            </w:pPr>
            <w:r>
              <w:rPr>
                <w:rFonts w:asciiTheme="majorHAnsi" w:hAnsiTheme="majorHAnsi" w:cstheme="majorHAnsi"/>
                <w:b/>
                <w:bCs/>
                <w:sz w:val="20"/>
                <w:szCs w:val="20"/>
              </w:rPr>
              <w:t>Nom du référent</w:t>
            </w:r>
          </w:p>
          <w:p w14:paraId="64EE4EB4" w14:textId="77777777" w:rsidR="00862DA2" w:rsidRPr="00912009" w:rsidRDefault="00862DA2" w:rsidP="00862DA2">
            <w:pPr>
              <w:spacing w:after="120"/>
              <w:rPr>
                <w:rFonts w:asciiTheme="majorHAnsi" w:hAnsiTheme="majorHAnsi" w:cstheme="majorHAnsi"/>
                <w:b/>
                <w:bCs/>
                <w:sz w:val="20"/>
                <w:szCs w:val="20"/>
              </w:rPr>
            </w:pPr>
            <w:r w:rsidRPr="00912009">
              <w:rPr>
                <w:rFonts w:asciiTheme="majorHAnsi" w:hAnsiTheme="majorHAnsi" w:cstheme="majorHAnsi"/>
                <w:sz w:val="20"/>
                <w:szCs w:val="20"/>
              </w:rPr>
              <w:t>Anouchka Rivard Giard</w:t>
            </w:r>
          </w:p>
        </w:tc>
        <w:tc>
          <w:tcPr>
            <w:tcW w:w="236" w:type="dxa"/>
          </w:tcPr>
          <w:p w14:paraId="254E464E" w14:textId="77777777" w:rsidR="00862DA2" w:rsidRPr="00912009" w:rsidRDefault="00862DA2" w:rsidP="00862DA2">
            <w:pPr>
              <w:rPr>
                <w:rFonts w:asciiTheme="majorHAnsi" w:hAnsiTheme="majorHAnsi" w:cstheme="majorHAnsi"/>
                <w:sz w:val="20"/>
                <w:szCs w:val="20"/>
              </w:rPr>
            </w:pPr>
          </w:p>
        </w:tc>
        <w:tc>
          <w:tcPr>
            <w:tcW w:w="2469" w:type="dxa"/>
            <w:tcBorders>
              <w:top w:val="single" w:sz="4" w:space="0" w:color="auto"/>
              <w:bottom w:val="single" w:sz="4" w:space="0" w:color="auto"/>
            </w:tcBorders>
          </w:tcPr>
          <w:p w14:paraId="46EBDBED" w14:textId="77777777" w:rsidR="00862DA2" w:rsidRDefault="00862DA2" w:rsidP="00862DA2">
            <w:pPr>
              <w:spacing w:after="360"/>
              <w:rPr>
                <w:rFonts w:asciiTheme="majorHAnsi" w:hAnsiTheme="majorHAnsi" w:cstheme="majorHAnsi"/>
                <w:b/>
                <w:bCs/>
                <w:sz w:val="20"/>
                <w:szCs w:val="20"/>
              </w:rPr>
            </w:pPr>
            <w:r>
              <w:rPr>
                <w:rFonts w:asciiTheme="majorHAnsi" w:hAnsiTheme="majorHAnsi" w:cstheme="majorHAnsi"/>
                <w:b/>
                <w:bCs/>
                <w:sz w:val="20"/>
                <w:szCs w:val="20"/>
              </w:rPr>
              <w:t>Date</w:t>
            </w:r>
          </w:p>
          <w:sdt>
            <w:sdtPr>
              <w:rPr>
                <w:rFonts w:asciiTheme="majorHAnsi" w:hAnsiTheme="majorHAnsi" w:cstheme="majorHAnsi"/>
                <w:sz w:val="20"/>
                <w:szCs w:val="20"/>
              </w:rPr>
              <w:id w:val="880983026"/>
              <w:placeholder>
                <w:docPart w:val="738C957D7FA5439A9AE709793725479E"/>
              </w:placeholder>
              <w:showingPlcHdr/>
              <w:date>
                <w:dateFormat w:val="yyyy-MM-dd"/>
                <w:lid w:val="fr-CA"/>
                <w:storeMappedDataAs w:val="dateTime"/>
                <w:calendar w:val="gregorian"/>
              </w:date>
            </w:sdtPr>
            <w:sdtEndPr/>
            <w:sdtContent>
              <w:permStart w:id="835735938" w:edGrp="everyone" w:displacedByCustomXml="prev"/>
              <w:p w14:paraId="6160F8C6" w14:textId="5E6E843F" w:rsidR="00862DA2" w:rsidRPr="00E27AA6" w:rsidRDefault="00E27AA6" w:rsidP="00E27A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835735938" w:displacedByCustomXml="next"/>
            </w:sdtContent>
          </w:sdt>
        </w:tc>
      </w:tr>
      <w:tr w:rsidR="00862DA2" w:rsidRPr="00912009" w14:paraId="7BAE66F1" w14:textId="77777777" w:rsidTr="00862DA2">
        <w:trPr>
          <w:trHeight w:val="319"/>
        </w:trPr>
        <w:tc>
          <w:tcPr>
            <w:tcW w:w="3695" w:type="dxa"/>
            <w:tcBorders>
              <w:top w:val="single" w:sz="4" w:space="0" w:color="auto"/>
            </w:tcBorders>
          </w:tcPr>
          <w:p w14:paraId="60612009" w14:textId="77777777" w:rsidR="00862DA2" w:rsidRPr="00912009" w:rsidRDefault="00862DA2" w:rsidP="00862DA2">
            <w:pPr>
              <w:spacing w:line="276" w:lineRule="auto"/>
              <w:rPr>
                <w:rFonts w:asciiTheme="majorHAnsi" w:hAnsiTheme="majorHAnsi" w:cstheme="majorHAnsi"/>
                <w:sz w:val="20"/>
                <w:szCs w:val="20"/>
              </w:rPr>
            </w:pPr>
            <w:r w:rsidRPr="00912009">
              <w:rPr>
                <w:rFonts w:asciiTheme="majorHAnsi" w:hAnsiTheme="majorHAnsi" w:cstheme="majorHAnsi"/>
                <w:b/>
                <w:bCs/>
                <w:sz w:val="20"/>
                <w:szCs w:val="20"/>
              </w:rPr>
              <w:t xml:space="preserve">Signature de la coordinatrice clinique du programme Agir </w:t>
            </w:r>
            <w:r>
              <w:rPr>
                <w:rFonts w:asciiTheme="majorHAnsi" w:hAnsiTheme="majorHAnsi" w:cstheme="majorHAnsi"/>
                <w:b/>
                <w:bCs/>
                <w:sz w:val="20"/>
                <w:szCs w:val="20"/>
              </w:rPr>
              <w:t>E</w:t>
            </w:r>
            <w:r w:rsidRPr="00912009">
              <w:rPr>
                <w:rFonts w:asciiTheme="majorHAnsi" w:hAnsiTheme="majorHAnsi" w:cstheme="majorHAnsi"/>
                <w:b/>
                <w:bCs/>
                <w:sz w:val="20"/>
                <w:szCs w:val="20"/>
              </w:rPr>
              <w:t>nsemble</w:t>
            </w:r>
          </w:p>
        </w:tc>
        <w:tc>
          <w:tcPr>
            <w:tcW w:w="270" w:type="dxa"/>
          </w:tcPr>
          <w:p w14:paraId="0916DC54"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tcBorders>
          </w:tcPr>
          <w:p w14:paraId="4D0F3AF0" w14:textId="77777777" w:rsidR="00862DA2" w:rsidRPr="00912009" w:rsidRDefault="00862DA2" w:rsidP="00862DA2">
            <w:pPr>
              <w:spacing w:line="276" w:lineRule="auto"/>
              <w:rPr>
                <w:rFonts w:asciiTheme="majorHAnsi" w:hAnsiTheme="majorHAnsi" w:cstheme="majorHAnsi"/>
                <w:sz w:val="20"/>
                <w:szCs w:val="20"/>
              </w:rPr>
            </w:pPr>
            <w:r w:rsidRPr="00912009">
              <w:rPr>
                <w:rFonts w:asciiTheme="majorHAnsi" w:hAnsiTheme="majorHAnsi" w:cstheme="majorHAnsi"/>
                <w:b/>
                <w:bCs/>
                <w:sz w:val="20"/>
                <w:szCs w:val="20"/>
              </w:rPr>
              <w:t xml:space="preserve">Nom de la coordinatrice clinique du programme Agir </w:t>
            </w:r>
            <w:r>
              <w:rPr>
                <w:rFonts w:asciiTheme="majorHAnsi" w:hAnsiTheme="majorHAnsi" w:cstheme="majorHAnsi"/>
                <w:b/>
                <w:bCs/>
                <w:sz w:val="20"/>
                <w:szCs w:val="20"/>
              </w:rPr>
              <w:t>E</w:t>
            </w:r>
            <w:r w:rsidRPr="00912009">
              <w:rPr>
                <w:rFonts w:asciiTheme="majorHAnsi" w:hAnsiTheme="majorHAnsi" w:cstheme="majorHAnsi"/>
                <w:b/>
                <w:bCs/>
                <w:sz w:val="20"/>
                <w:szCs w:val="20"/>
              </w:rPr>
              <w:t>nsemble</w:t>
            </w:r>
          </w:p>
        </w:tc>
        <w:tc>
          <w:tcPr>
            <w:tcW w:w="236" w:type="dxa"/>
          </w:tcPr>
          <w:p w14:paraId="5C54DA69"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tcBorders>
          </w:tcPr>
          <w:p w14:paraId="3E4BC416" w14:textId="77777777" w:rsidR="00862DA2" w:rsidRPr="00912009" w:rsidRDefault="00862DA2" w:rsidP="00862DA2">
            <w:pPr>
              <w:spacing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tc>
      </w:tr>
    </w:tbl>
    <w:p w14:paraId="4C04F89A" w14:textId="77777777" w:rsidR="00862DA2" w:rsidRPr="005C7530" w:rsidRDefault="00862DA2" w:rsidP="009767F0">
      <w:pPr>
        <w:spacing w:after="240"/>
        <w:rPr>
          <w:rFonts w:asciiTheme="majorHAnsi" w:eastAsia="Times New Roman" w:hAnsiTheme="majorHAnsi" w:cstheme="majorHAnsi"/>
          <w:sz w:val="20"/>
          <w:szCs w:val="20"/>
          <w:lang w:eastAsia="fr-CA"/>
        </w:rPr>
      </w:pPr>
    </w:p>
    <w:sectPr w:rsidR="00862DA2" w:rsidRPr="005C7530" w:rsidSect="00D60B1B">
      <w:headerReference w:type="default" r:id="rId1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DBEE" w14:textId="77777777" w:rsidR="00004EE2" w:rsidRPr="00912009" w:rsidRDefault="00004EE2" w:rsidP="00FD45BC">
      <w:pPr>
        <w:spacing w:after="0" w:line="240" w:lineRule="auto"/>
      </w:pPr>
      <w:r w:rsidRPr="00912009">
        <w:separator/>
      </w:r>
    </w:p>
  </w:endnote>
  <w:endnote w:type="continuationSeparator" w:id="0">
    <w:p w14:paraId="0007EAA7" w14:textId="77777777" w:rsidR="00004EE2" w:rsidRPr="00912009" w:rsidRDefault="00004EE2" w:rsidP="00FD45BC">
      <w:pPr>
        <w:spacing w:after="0" w:line="240" w:lineRule="auto"/>
      </w:pPr>
      <w:r w:rsidRPr="009120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D26C" w14:textId="77777777" w:rsidR="00004EE2" w:rsidRPr="00912009" w:rsidRDefault="00004EE2" w:rsidP="00FD45BC">
      <w:pPr>
        <w:spacing w:after="0" w:line="240" w:lineRule="auto"/>
      </w:pPr>
      <w:r w:rsidRPr="00912009">
        <w:separator/>
      </w:r>
    </w:p>
  </w:footnote>
  <w:footnote w:type="continuationSeparator" w:id="0">
    <w:p w14:paraId="52673131" w14:textId="77777777" w:rsidR="00004EE2" w:rsidRPr="00912009" w:rsidRDefault="00004EE2" w:rsidP="00FD45BC">
      <w:pPr>
        <w:spacing w:after="0" w:line="240" w:lineRule="auto"/>
      </w:pPr>
      <w:r w:rsidRPr="009120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730F" w14:textId="5C734637" w:rsidR="00CC03BE" w:rsidRPr="00912009" w:rsidRDefault="00F90788" w:rsidP="006B266C">
    <w:pPr>
      <w:spacing w:after="0"/>
      <w:ind w:left="2160"/>
      <w:rPr>
        <w:i/>
        <w:iCs/>
        <w:u w:val="single"/>
      </w:rPr>
    </w:pPr>
    <w:r w:rsidRPr="00912009">
      <w:rPr>
        <w:noProof/>
      </w:rPr>
      <w:drawing>
        <wp:anchor distT="0" distB="0" distL="114300" distR="114300" simplePos="0" relativeHeight="251658240" behindDoc="1" locked="0" layoutInCell="1" allowOverlap="1" wp14:anchorId="448902A1" wp14:editId="79AEA412">
          <wp:simplePos x="0" y="0"/>
          <wp:positionH relativeFrom="column">
            <wp:posOffset>345141</wp:posOffset>
          </wp:positionH>
          <wp:positionV relativeFrom="paragraph">
            <wp:posOffset>-24690</wp:posOffset>
          </wp:positionV>
          <wp:extent cx="830380" cy="920750"/>
          <wp:effectExtent l="0" t="0" r="8255" b="0"/>
          <wp:wrapNone/>
          <wp:docPr id="79690523" name="Image 1" descr="Une image contenant texte, dessin, dessin humoristiqu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5198" name="Image 1" descr="Une image contenant texte, dessin, dessin humoristique, Dessin d’enfant&#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0380" cy="920750"/>
                  </a:xfrm>
                  <a:prstGeom prst="rect">
                    <a:avLst/>
                  </a:prstGeom>
                </pic:spPr>
              </pic:pic>
            </a:graphicData>
          </a:graphic>
          <wp14:sizeRelH relativeFrom="page">
            <wp14:pctWidth>0</wp14:pctWidth>
          </wp14:sizeRelH>
          <wp14:sizeRelV relativeFrom="page">
            <wp14:pctHeight>0</wp14:pctHeight>
          </wp14:sizeRelV>
        </wp:anchor>
      </w:drawing>
    </w:r>
    <w:r w:rsidR="006B266C" w:rsidRPr="00912009">
      <w:rPr>
        <w:noProof/>
      </w:rPr>
      <w:drawing>
        <wp:anchor distT="0" distB="0" distL="114300" distR="114300" simplePos="0" relativeHeight="251658241" behindDoc="1" locked="0" layoutInCell="1" allowOverlap="1" wp14:anchorId="651D9186" wp14:editId="2F9D20AD">
          <wp:simplePos x="0" y="0"/>
          <wp:positionH relativeFrom="column">
            <wp:posOffset>4120104</wp:posOffset>
          </wp:positionH>
          <wp:positionV relativeFrom="paragraph">
            <wp:posOffset>80659</wp:posOffset>
          </wp:positionV>
          <wp:extent cx="2600374" cy="753745"/>
          <wp:effectExtent l="0" t="0" r="9525" b="8255"/>
          <wp:wrapNone/>
          <wp:docPr id="1204584908" name="Image 1204584908" descr="Une image contenant texte, outil d’écriture, Caractère coloré, cray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87242" name="Image 1736187242" descr="Une image contenant texte, outil d’écriture, Caractère coloré, crayon&#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00374" cy="75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0BFD9" w14:textId="77777777" w:rsidR="00CC03BE" w:rsidRPr="00912009" w:rsidRDefault="00CC03BE" w:rsidP="00CC03BE">
    <w:pPr>
      <w:spacing w:after="0"/>
      <w:ind w:left="2160"/>
      <w:rPr>
        <w:i/>
        <w:iCs/>
        <w:u w:val="single"/>
      </w:rPr>
    </w:pPr>
    <w:r w:rsidRPr="00912009">
      <w:rPr>
        <w:i/>
        <w:iCs/>
        <w:u w:val="single"/>
      </w:rPr>
      <w:t>Une communauté engagée collectivement</w:t>
    </w:r>
  </w:p>
  <w:p w14:paraId="5FACAC0D" w14:textId="77777777" w:rsidR="00CC03BE" w:rsidRPr="00912009" w:rsidRDefault="00CC03BE" w:rsidP="00CC03BE">
    <w:pPr>
      <w:spacing w:after="0"/>
      <w:ind w:left="2160"/>
      <w:rPr>
        <w:i/>
        <w:iCs/>
        <w:u w:val="single"/>
      </w:rPr>
    </w:pPr>
    <w:r w:rsidRPr="00912009">
      <w:rPr>
        <w:i/>
        <w:iCs/>
      </w:rPr>
      <w:t xml:space="preserve">   </w:t>
    </w:r>
    <w:r w:rsidRPr="00912009">
      <w:rPr>
        <w:i/>
        <w:iCs/>
        <w:u w:val="single"/>
      </w:rPr>
      <w:t>pour répondre aux besoins des familles</w:t>
    </w:r>
  </w:p>
  <w:p w14:paraId="7E516A77" w14:textId="77777777" w:rsidR="00CC03BE" w:rsidRPr="00912009" w:rsidRDefault="00CC03BE" w:rsidP="00CC03BE">
    <w:pPr>
      <w:spacing w:after="0"/>
      <w:ind w:left="2160"/>
    </w:pPr>
  </w:p>
  <w:p w14:paraId="5774AB89" w14:textId="77777777" w:rsidR="000A3BAD" w:rsidRDefault="000A3BAD" w:rsidP="00CC03BE">
    <w:pPr>
      <w:pStyle w:val="En-tte"/>
      <w:rPr>
        <w:sz w:val="8"/>
        <w:szCs w:val="8"/>
      </w:rPr>
    </w:pPr>
  </w:p>
  <w:p w14:paraId="28395333" w14:textId="77777777" w:rsidR="006B266C" w:rsidRDefault="006B266C" w:rsidP="00CC03BE">
    <w:pPr>
      <w:pStyle w:val="En-tte"/>
      <w:rPr>
        <w:sz w:val="8"/>
        <w:szCs w:val="8"/>
      </w:rPr>
    </w:pPr>
  </w:p>
  <w:p w14:paraId="2CA26A1A" w14:textId="77777777" w:rsidR="006B266C" w:rsidRPr="006B266C" w:rsidRDefault="006B266C" w:rsidP="00CC03BE">
    <w:pPr>
      <w:pStyle w:val="En-tt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F097174"/>
    <w:multiLevelType w:val="hybridMultilevel"/>
    <w:tmpl w:val="FB64D34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1FED7861"/>
    <w:multiLevelType w:val="hybridMultilevel"/>
    <w:tmpl w:val="FB9A0A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94D22F4"/>
    <w:multiLevelType w:val="hybridMultilevel"/>
    <w:tmpl w:val="45009B84"/>
    <w:lvl w:ilvl="0" w:tplc="6C960F4C">
      <w:numFmt w:val="bullet"/>
      <w:lvlText w:val=""/>
      <w:lvlJc w:val="left"/>
      <w:pPr>
        <w:ind w:left="927" w:hanging="360"/>
      </w:pPr>
      <w:rPr>
        <w:rFonts w:ascii="Symbol" w:eastAsiaTheme="minorEastAsia" w:hAnsi="Symbol" w:cstheme="majorHAnsi"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12" w15:restartNumberingAfterBreak="0">
    <w:nsid w:val="7B914857"/>
    <w:multiLevelType w:val="hybridMultilevel"/>
    <w:tmpl w:val="FE2C83C8"/>
    <w:lvl w:ilvl="0" w:tplc="0C0C0001">
      <w:start w:val="1"/>
      <w:numFmt w:val="bullet"/>
      <w:lvlText w:val=""/>
      <w:lvlJc w:val="left"/>
      <w:pPr>
        <w:ind w:left="927"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num w:numId="1" w16cid:durableId="1585528740">
    <w:abstractNumId w:val="8"/>
  </w:num>
  <w:num w:numId="2" w16cid:durableId="968507630">
    <w:abstractNumId w:val="6"/>
  </w:num>
  <w:num w:numId="3" w16cid:durableId="33579735">
    <w:abstractNumId w:val="5"/>
  </w:num>
  <w:num w:numId="4" w16cid:durableId="198594179">
    <w:abstractNumId w:val="4"/>
  </w:num>
  <w:num w:numId="5" w16cid:durableId="276719620">
    <w:abstractNumId w:val="7"/>
  </w:num>
  <w:num w:numId="6" w16cid:durableId="1724716652">
    <w:abstractNumId w:val="3"/>
  </w:num>
  <w:num w:numId="7" w16cid:durableId="1510369534">
    <w:abstractNumId w:val="2"/>
  </w:num>
  <w:num w:numId="8" w16cid:durableId="487407045">
    <w:abstractNumId w:val="1"/>
  </w:num>
  <w:num w:numId="9" w16cid:durableId="595023175">
    <w:abstractNumId w:val="0"/>
  </w:num>
  <w:num w:numId="10" w16cid:durableId="217519521">
    <w:abstractNumId w:val="10"/>
  </w:num>
  <w:num w:numId="11" w16cid:durableId="1742405818">
    <w:abstractNumId w:val="9"/>
  </w:num>
  <w:num w:numId="12" w16cid:durableId="1263075760">
    <w:abstractNumId w:val="12"/>
  </w:num>
  <w:num w:numId="13" w16cid:durableId="209342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ocumentProtection w:edit="readOnly" w:enforcement="1" w:cryptProviderType="rsaAES" w:cryptAlgorithmClass="hash" w:cryptAlgorithmType="typeAny" w:cryptAlgorithmSid="14" w:cryptSpinCount="100000" w:hash="IODg8SyVJyt0sngU9f2sRzEhDPIiNMqAQFh1M944DhaGkETLV/MZlCeuTqwp8W7TYk20VMpk4qo04r9ExHPCBw==" w:salt="/2u1PzehVoRHWJHvG5orkw=="/>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E2"/>
    <w:rsid w:val="00006586"/>
    <w:rsid w:val="00011EB0"/>
    <w:rsid w:val="00011F9C"/>
    <w:rsid w:val="00013294"/>
    <w:rsid w:val="00032C85"/>
    <w:rsid w:val="00034616"/>
    <w:rsid w:val="00036D75"/>
    <w:rsid w:val="00037B0E"/>
    <w:rsid w:val="00053BA9"/>
    <w:rsid w:val="0006063C"/>
    <w:rsid w:val="0006080C"/>
    <w:rsid w:val="00072B40"/>
    <w:rsid w:val="000951CD"/>
    <w:rsid w:val="000A3BAD"/>
    <w:rsid w:val="000C0853"/>
    <w:rsid w:val="000C22B7"/>
    <w:rsid w:val="000D0441"/>
    <w:rsid w:val="000D059D"/>
    <w:rsid w:val="000D0D32"/>
    <w:rsid w:val="00105D5B"/>
    <w:rsid w:val="00106609"/>
    <w:rsid w:val="001450D9"/>
    <w:rsid w:val="0015074B"/>
    <w:rsid w:val="00162761"/>
    <w:rsid w:val="00165634"/>
    <w:rsid w:val="0018366E"/>
    <w:rsid w:val="001A4CFF"/>
    <w:rsid w:val="001C4170"/>
    <w:rsid w:val="001C5851"/>
    <w:rsid w:val="001E705B"/>
    <w:rsid w:val="002152E5"/>
    <w:rsid w:val="0021585A"/>
    <w:rsid w:val="00222A1D"/>
    <w:rsid w:val="00224C5E"/>
    <w:rsid w:val="00224DFE"/>
    <w:rsid w:val="00251C00"/>
    <w:rsid w:val="002520D1"/>
    <w:rsid w:val="00253AFB"/>
    <w:rsid w:val="0029639D"/>
    <w:rsid w:val="002A2488"/>
    <w:rsid w:val="002A4A58"/>
    <w:rsid w:val="002C18EF"/>
    <w:rsid w:val="002C5B09"/>
    <w:rsid w:val="002C6112"/>
    <w:rsid w:val="002E5914"/>
    <w:rsid w:val="002F605D"/>
    <w:rsid w:val="00306BB8"/>
    <w:rsid w:val="00316087"/>
    <w:rsid w:val="00326F90"/>
    <w:rsid w:val="00340020"/>
    <w:rsid w:val="0034715D"/>
    <w:rsid w:val="003650CB"/>
    <w:rsid w:val="0037739C"/>
    <w:rsid w:val="00397F89"/>
    <w:rsid w:val="003C76E3"/>
    <w:rsid w:val="003C7B6D"/>
    <w:rsid w:val="003E77F0"/>
    <w:rsid w:val="003F1CFD"/>
    <w:rsid w:val="00404AB9"/>
    <w:rsid w:val="0040732A"/>
    <w:rsid w:val="00410CAC"/>
    <w:rsid w:val="0041393B"/>
    <w:rsid w:val="00415966"/>
    <w:rsid w:val="00420A67"/>
    <w:rsid w:val="00421B17"/>
    <w:rsid w:val="0043337E"/>
    <w:rsid w:val="00434719"/>
    <w:rsid w:val="004521C0"/>
    <w:rsid w:val="0046182A"/>
    <w:rsid w:val="0047137A"/>
    <w:rsid w:val="00476372"/>
    <w:rsid w:val="004804BC"/>
    <w:rsid w:val="00480F5E"/>
    <w:rsid w:val="004A05CB"/>
    <w:rsid w:val="004B77ED"/>
    <w:rsid w:val="004E7CBD"/>
    <w:rsid w:val="004F5853"/>
    <w:rsid w:val="00504A20"/>
    <w:rsid w:val="005211F9"/>
    <w:rsid w:val="00525101"/>
    <w:rsid w:val="00527165"/>
    <w:rsid w:val="005406A9"/>
    <w:rsid w:val="00540F1A"/>
    <w:rsid w:val="00554799"/>
    <w:rsid w:val="00575108"/>
    <w:rsid w:val="00591179"/>
    <w:rsid w:val="005B7747"/>
    <w:rsid w:val="005C455D"/>
    <w:rsid w:val="005C7530"/>
    <w:rsid w:val="005E27BC"/>
    <w:rsid w:val="005E4612"/>
    <w:rsid w:val="005E68C6"/>
    <w:rsid w:val="00615696"/>
    <w:rsid w:val="00636100"/>
    <w:rsid w:val="00642664"/>
    <w:rsid w:val="00654422"/>
    <w:rsid w:val="00655083"/>
    <w:rsid w:val="00672E0E"/>
    <w:rsid w:val="00674C12"/>
    <w:rsid w:val="006756CD"/>
    <w:rsid w:val="00695BF7"/>
    <w:rsid w:val="006A1FA1"/>
    <w:rsid w:val="006B266C"/>
    <w:rsid w:val="006C78FB"/>
    <w:rsid w:val="006F51D3"/>
    <w:rsid w:val="00712975"/>
    <w:rsid w:val="0073186E"/>
    <w:rsid w:val="00751643"/>
    <w:rsid w:val="007E0B1F"/>
    <w:rsid w:val="007E48C1"/>
    <w:rsid w:val="007E7425"/>
    <w:rsid w:val="007F1DEC"/>
    <w:rsid w:val="00806D5C"/>
    <w:rsid w:val="00816AB4"/>
    <w:rsid w:val="00816ABB"/>
    <w:rsid w:val="00842A6D"/>
    <w:rsid w:val="008441EF"/>
    <w:rsid w:val="00862DA2"/>
    <w:rsid w:val="008833F9"/>
    <w:rsid w:val="0088508E"/>
    <w:rsid w:val="008863BA"/>
    <w:rsid w:val="0088727A"/>
    <w:rsid w:val="00887503"/>
    <w:rsid w:val="008C4EDF"/>
    <w:rsid w:val="008C636B"/>
    <w:rsid w:val="008F37B7"/>
    <w:rsid w:val="00910753"/>
    <w:rsid w:val="00912009"/>
    <w:rsid w:val="009368F4"/>
    <w:rsid w:val="00951079"/>
    <w:rsid w:val="00951305"/>
    <w:rsid w:val="0096687A"/>
    <w:rsid w:val="009766F9"/>
    <w:rsid w:val="009767F0"/>
    <w:rsid w:val="00991764"/>
    <w:rsid w:val="009B7CCE"/>
    <w:rsid w:val="009D7DB8"/>
    <w:rsid w:val="009E196A"/>
    <w:rsid w:val="009F72AC"/>
    <w:rsid w:val="00A07341"/>
    <w:rsid w:val="00A121CB"/>
    <w:rsid w:val="00A22346"/>
    <w:rsid w:val="00A27ED6"/>
    <w:rsid w:val="00A35F3E"/>
    <w:rsid w:val="00A41E04"/>
    <w:rsid w:val="00A428DE"/>
    <w:rsid w:val="00A64F8A"/>
    <w:rsid w:val="00A70E4B"/>
    <w:rsid w:val="00A7149C"/>
    <w:rsid w:val="00A823BD"/>
    <w:rsid w:val="00AA1D8D"/>
    <w:rsid w:val="00AA2E5E"/>
    <w:rsid w:val="00AB28BC"/>
    <w:rsid w:val="00AB704A"/>
    <w:rsid w:val="00AB72FE"/>
    <w:rsid w:val="00AC61B6"/>
    <w:rsid w:val="00AD3E1D"/>
    <w:rsid w:val="00AD73CA"/>
    <w:rsid w:val="00AE47F8"/>
    <w:rsid w:val="00AE50AE"/>
    <w:rsid w:val="00B07D6D"/>
    <w:rsid w:val="00B129DB"/>
    <w:rsid w:val="00B2634C"/>
    <w:rsid w:val="00B30D8A"/>
    <w:rsid w:val="00B44035"/>
    <w:rsid w:val="00B47131"/>
    <w:rsid w:val="00B47730"/>
    <w:rsid w:val="00B57517"/>
    <w:rsid w:val="00BA3F1A"/>
    <w:rsid w:val="00BA59D6"/>
    <w:rsid w:val="00C24032"/>
    <w:rsid w:val="00C32E6C"/>
    <w:rsid w:val="00C9272A"/>
    <w:rsid w:val="00C94726"/>
    <w:rsid w:val="00CB0664"/>
    <w:rsid w:val="00CC03BE"/>
    <w:rsid w:val="00CC304B"/>
    <w:rsid w:val="00D06AFB"/>
    <w:rsid w:val="00D34CD3"/>
    <w:rsid w:val="00D4692B"/>
    <w:rsid w:val="00D47BE9"/>
    <w:rsid w:val="00D60B1B"/>
    <w:rsid w:val="00D852C5"/>
    <w:rsid w:val="00D85ECC"/>
    <w:rsid w:val="00D8789F"/>
    <w:rsid w:val="00DA03AF"/>
    <w:rsid w:val="00DA2615"/>
    <w:rsid w:val="00DA57DE"/>
    <w:rsid w:val="00DB3DAE"/>
    <w:rsid w:val="00DB578D"/>
    <w:rsid w:val="00DC0EAE"/>
    <w:rsid w:val="00DE1FA2"/>
    <w:rsid w:val="00DE6020"/>
    <w:rsid w:val="00E00533"/>
    <w:rsid w:val="00E10D28"/>
    <w:rsid w:val="00E21EF8"/>
    <w:rsid w:val="00E27AA6"/>
    <w:rsid w:val="00E348A9"/>
    <w:rsid w:val="00E45660"/>
    <w:rsid w:val="00E50CFF"/>
    <w:rsid w:val="00E70C80"/>
    <w:rsid w:val="00EA22A1"/>
    <w:rsid w:val="00EA4C0B"/>
    <w:rsid w:val="00EA4D93"/>
    <w:rsid w:val="00EA5372"/>
    <w:rsid w:val="00EB20CA"/>
    <w:rsid w:val="00EB7412"/>
    <w:rsid w:val="00EC0F93"/>
    <w:rsid w:val="00ED1875"/>
    <w:rsid w:val="00ED479E"/>
    <w:rsid w:val="00EE461B"/>
    <w:rsid w:val="00EF57DD"/>
    <w:rsid w:val="00F044BE"/>
    <w:rsid w:val="00F04620"/>
    <w:rsid w:val="00F119D3"/>
    <w:rsid w:val="00F43BF0"/>
    <w:rsid w:val="00F86871"/>
    <w:rsid w:val="00F90788"/>
    <w:rsid w:val="00F921EA"/>
    <w:rsid w:val="00F96D38"/>
    <w:rsid w:val="00FA745E"/>
    <w:rsid w:val="00FC465E"/>
    <w:rsid w:val="00FC6267"/>
    <w:rsid w:val="00FC693F"/>
    <w:rsid w:val="00FC6F73"/>
    <w:rsid w:val="00FD45BC"/>
    <w:rsid w:val="00FD6A45"/>
    <w:rsid w:val="00FF0F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D3CE17"/>
  <w14:defaultImageDpi w14:val="300"/>
  <w15:docId w15:val="{69B519DB-3750-4771-A7C4-BCA1800A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7F0"/>
    <w:rPr>
      <w:rFonts w:ascii="Calibri" w:hAnsi="Calibri"/>
      <w:lang w:val="fr-CA"/>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edelespacerserv">
    <w:name w:val="Placeholder Text"/>
    <w:basedOn w:val="Policepardfaut"/>
    <w:uiPriority w:val="99"/>
    <w:semiHidden/>
    <w:rsid w:val="00306BB8"/>
    <w:rPr>
      <w:color w:val="808080"/>
    </w:rPr>
  </w:style>
  <w:style w:type="character" w:styleId="Lienhypertexte">
    <w:name w:val="Hyperlink"/>
    <w:basedOn w:val="Policepardfaut"/>
    <w:uiPriority w:val="99"/>
    <w:unhideWhenUsed/>
    <w:rsid w:val="002C5B09"/>
    <w:rPr>
      <w:color w:val="0000FF" w:themeColor="hyperlink"/>
      <w:u w:val="single"/>
    </w:rPr>
  </w:style>
  <w:style w:type="paragraph" w:styleId="NormalWeb">
    <w:name w:val="Normal (Web)"/>
    <w:basedOn w:val="Normal"/>
    <w:uiPriority w:val="99"/>
    <w:semiHidden/>
    <w:unhideWhenUsed/>
    <w:rsid w:val="008C4EDF"/>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61DEF746A24131AAE8FC735C77C561"/>
        <w:category>
          <w:name w:val="Général"/>
          <w:gallery w:val="placeholder"/>
        </w:category>
        <w:types>
          <w:type w:val="bbPlcHdr"/>
        </w:types>
        <w:behaviors>
          <w:behavior w:val="content"/>
        </w:behaviors>
        <w:guid w:val="{D0283490-5806-4105-9663-E6C41A98E64B}"/>
      </w:docPartPr>
      <w:docPartBody>
        <w:p w:rsidR="00691A6C" w:rsidRDefault="001C695A" w:rsidP="001C695A">
          <w:pPr>
            <w:pStyle w:val="E161DEF746A24131AAE8FC735C77C5611"/>
          </w:pPr>
          <w:r>
            <w:rPr>
              <w:rStyle w:val="Textedelespacerserv"/>
              <w:rFonts w:asciiTheme="majorHAnsi" w:hAnsiTheme="majorHAnsi" w:cstheme="majorHAnsi"/>
              <w:sz w:val="20"/>
              <w:szCs w:val="20"/>
            </w:rPr>
            <w:t xml:space="preserve">                            </w:t>
          </w:r>
        </w:p>
      </w:docPartBody>
    </w:docPart>
    <w:docPart>
      <w:docPartPr>
        <w:name w:val="53A3691CC2414526B4FFBD27C5E14C4F"/>
        <w:category>
          <w:name w:val="Général"/>
          <w:gallery w:val="placeholder"/>
        </w:category>
        <w:types>
          <w:type w:val="bbPlcHdr"/>
        </w:types>
        <w:behaviors>
          <w:behavior w:val="content"/>
        </w:behaviors>
        <w:guid w:val="{DFA38DA8-3565-42EC-BA77-FCF11DB632DE}"/>
      </w:docPartPr>
      <w:docPartBody>
        <w:p w:rsidR="00691A6C" w:rsidRDefault="001C695A" w:rsidP="001C695A">
          <w:pPr>
            <w:pStyle w:val="53A3691CC2414526B4FFBD27C5E14C4F1"/>
          </w:pPr>
          <w:r>
            <w:rPr>
              <w:rStyle w:val="Textedelespacerserv"/>
              <w:rFonts w:asciiTheme="majorHAnsi" w:hAnsiTheme="majorHAnsi" w:cstheme="majorHAnsi"/>
              <w:sz w:val="20"/>
              <w:szCs w:val="20"/>
            </w:rPr>
            <w:t xml:space="preserve">      </w:t>
          </w:r>
          <w:r w:rsidRPr="00912009">
            <w:rPr>
              <w:rStyle w:val="Textedelespacerserv"/>
              <w:rFonts w:asciiTheme="majorHAnsi" w:hAnsiTheme="majorHAnsi" w:cstheme="majorHAnsi"/>
              <w:sz w:val="20"/>
              <w:szCs w:val="20"/>
            </w:rPr>
            <w:t>.</w:t>
          </w:r>
        </w:p>
      </w:docPartBody>
    </w:docPart>
    <w:docPart>
      <w:docPartPr>
        <w:name w:val="C01C6CCD079D49B59678601C794DA671"/>
        <w:category>
          <w:name w:val="Général"/>
          <w:gallery w:val="placeholder"/>
        </w:category>
        <w:types>
          <w:type w:val="bbPlcHdr"/>
        </w:types>
        <w:behaviors>
          <w:behavior w:val="content"/>
        </w:behaviors>
        <w:guid w:val="{55E5CA68-03EB-4C79-AE56-1FD6C4AC96D7}"/>
      </w:docPartPr>
      <w:docPartBody>
        <w:p w:rsidR="00691A6C" w:rsidRDefault="001C695A" w:rsidP="001C695A">
          <w:pPr>
            <w:pStyle w:val="C01C6CCD079D49B59678601C794DA6711"/>
          </w:pPr>
          <w:r>
            <w:rPr>
              <w:rStyle w:val="Textedelespacerserv"/>
              <w:rFonts w:asciiTheme="majorHAnsi" w:hAnsiTheme="majorHAnsi" w:cstheme="majorHAnsi"/>
              <w:sz w:val="20"/>
              <w:szCs w:val="20"/>
            </w:rPr>
            <w:t xml:space="preserve">   </w:t>
          </w:r>
        </w:p>
      </w:docPartBody>
    </w:docPart>
    <w:docPart>
      <w:docPartPr>
        <w:name w:val="FDB0FCE3461C4479BB38D0857DD8ECBE"/>
        <w:category>
          <w:name w:val="Général"/>
          <w:gallery w:val="placeholder"/>
        </w:category>
        <w:types>
          <w:type w:val="bbPlcHdr"/>
        </w:types>
        <w:behaviors>
          <w:behavior w:val="content"/>
        </w:behaviors>
        <w:guid w:val="{56E38A66-3AFF-4EDA-B1FE-9678BBAC8454}"/>
      </w:docPartPr>
      <w:docPartBody>
        <w:p w:rsidR="00087863" w:rsidRDefault="001C695A" w:rsidP="001C695A">
          <w:pPr>
            <w:pStyle w:val="FDB0FCE3461C4479BB38D0857DD8ECBE1"/>
          </w:pPr>
          <w:r>
            <w:rPr>
              <w:rStyle w:val="Textedelespacerserv"/>
              <w:rFonts w:asciiTheme="majorHAnsi" w:hAnsiTheme="majorHAnsi" w:cstheme="majorHAnsi"/>
              <w:sz w:val="20"/>
              <w:szCs w:val="20"/>
            </w:rPr>
            <w:t xml:space="preserve">                            </w:t>
          </w:r>
        </w:p>
      </w:docPartBody>
    </w:docPart>
    <w:docPart>
      <w:docPartPr>
        <w:name w:val="9C3ED15396BA4925A458B5686EE4115B"/>
        <w:category>
          <w:name w:val="Général"/>
          <w:gallery w:val="placeholder"/>
        </w:category>
        <w:types>
          <w:type w:val="bbPlcHdr"/>
        </w:types>
        <w:behaviors>
          <w:behavior w:val="content"/>
        </w:behaviors>
        <w:guid w:val="{466A6A8D-5EBC-4896-A703-52445278B621}"/>
      </w:docPartPr>
      <w:docPartBody>
        <w:p w:rsidR="00581F74" w:rsidRDefault="00AA36FF" w:rsidP="00AA36FF">
          <w:pPr>
            <w:pStyle w:val="9C3ED15396BA4925A458B5686EE4115B"/>
          </w:pPr>
          <w:r w:rsidRPr="00330279">
            <w:rPr>
              <w:rStyle w:val="Textedelespacerserv"/>
              <w:rFonts w:asciiTheme="majorHAnsi" w:hAnsiTheme="majorHAnsi" w:cstheme="majorHAnsi"/>
              <w:sz w:val="20"/>
              <w:szCs w:val="20"/>
            </w:rPr>
            <w:t>Entrer du texte.</w:t>
          </w:r>
        </w:p>
      </w:docPartBody>
    </w:docPart>
    <w:docPart>
      <w:docPartPr>
        <w:name w:val="6C72358799CE46D381FFD410E240BE4E"/>
        <w:category>
          <w:name w:val="Général"/>
          <w:gallery w:val="placeholder"/>
        </w:category>
        <w:types>
          <w:type w:val="bbPlcHdr"/>
        </w:types>
        <w:behaviors>
          <w:behavior w:val="content"/>
        </w:behaviors>
        <w:guid w:val="{12D77B78-2024-482A-9D2A-3E455ECE121C}"/>
      </w:docPartPr>
      <w:docPartBody>
        <w:p w:rsidR="00971E19" w:rsidRDefault="001C695A" w:rsidP="001C695A">
          <w:pPr>
            <w:pStyle w:val="6C72358799CE46D381FFD410E240BE4E"/>
          </w:pPr>
          <w:r>
            <w:rPr>
              <w:rStyle w:val="Textedelespacerserv"/>
              <w:rFonts w:asciiTheme="majorHAnsi" w:hAnsiTheme="majorHAnsi" w:cstheme="majorHAnsi"/>
              <w:sz w:val="20"/>
              <w:szCs w:val="20"/>
            </w:rPr>
            <w:t xml:space="preserve">   </w:t>
          </w:r>
        </w:p>
      </w:docPartBody>
    </w:docPart>
    <w:docPart>
      <w:docPartPr>
        <w:name w:val="73F64D5F76B9481CB19EF35E714E15C4"/>
        <w:category>
          <w:name w:val="Général"/>
          <w:gallery w:val="placeholder"/>
        </w:category>
        <w:types>
          <w:type w:val="bbPlcHdr"/>
        </w:types>
        <w:behaviors>
          <w:behavior w:val="content"/>
        </w:behaviors>
        <w:guid w:val="{6539FC35-6BEC-49BF-B005-DFC5D2BB6930}"/>
      </w:docPartPr>
      <w:docPartBody>
        <w:p w:rsidR="00971E19" w:rsidRDefault="001C695A" w:rsidP="001C695A">
          <w:pPr>
            <w:pStyle w:val="73F64D5F76B9481CB19EF35E714E15C4"/>
          </w:pPr>
          <w:r>
            <w:rPr>
              <w:rStyle w:val="Textedelespacerserv"/>
              <w:rFonts w:asciiTheme="majorHAnsi" w:hAnsiTheme="majorHAnsi" w:cstheme="majorHAnsi"/>
              <w:sz w:val="20"/>
              <w:szCs w:val="20"/>
            </w:rPr>
            <w:t xml:space="preserve">                            </w:t>
          </w:r>
        </w:p>
      </w:docPartBody>
    </w:docPart>
    <w:docPart>
      <w:docPartPr>
        <w:name w:val="5A76890C03E7456ABDE877F34C8995DE"/>
        <w:category>
          <w:name w:val="Général"/>
          <w:gallery w:val="placeholder"/>
        </w:category>
        <w:types>
          <w:type w:val="bbPlcHdr"/>
        </w:types>
        <w:behaviors>
          <w:behavior w:val="content"/>
        </w:behaviors>
        <w:guid w:val="{A4FE342F-3099-4498-9373-A263A33D805E}"/>
      </w:docPartPr>
      <w:docPartBody>
        <w:p w:rsidR="00971E19" w:rsidRDefault="001C695A" w:rsidP="001C695A">
          <w:pPr>
            <w:pStyle w:val="5A76890C03E7456ABDE877F34C8995DE"/>
          </w:pPr>
          <w:r>
            <w:rPr>
              <w:rStyle w:val="Textedelespacerserv"/>
              <w:rFonts w:asciiTheme="majorHAnsi" w:hAnsiTheme="majorHAnsi" w:cstheme="majorHAnsi"/>
              <w:sz w:val="20"/>
              <w:szCs w:val="20"/>
            </w:rPr>
            <w:t xml:space="preserve">                            </w:t>
          </w:r>
        </w:p>
      </w:docPartBody>
    </w:docPart>
    <w:docPart>
      <w:docPartPr>
        <w:name w:val="8F2215AA91C54653B0841EDA39FC9523"/>
        <w:category>
          <w:name w:val="Général"/>
          <w:gallery w:val="placeholder"/>
        </w:category>
        <w:types>
          <w:type w:val="bbPlcHdr"/>
        </w:types>
        <w:behaviors>
          <w:behavior w:val="content"/>
        </w:behaviors>
        <w:guid w:val="{1B50D98D-FC22-46A6-99DB-0C4A80FAF2A7}"/>
      </w:docPartPr>
      <w:docPartBody>
        <w:p w:rsidR="00971E19" w:rsidRDefault="001C695A" w:rsidP="001C695A">
          <w:pPr>
            <w:pStyle w:val="8F2215AA91C54653B0841EDA39FC9523"/>
          </w:pPr>
          <w:r>
            <w:rPr>
              <w:rStyle w:val="Textedelespacerserv"/>
              <w:rFonts w:asciiTheme="majorHAnsi" w:hAnsiTheme="majorHAnsi" w:cstheme="majorHAnsi"/>
              <w:sz w:val="20"/>
              <w:szCs w:val="20"/>
            </w:rPr>
            <w:t xml:space="preserve">                            </w:t>
          </w:r>
        </w:p>
      </w:docPartBody>
    </w:docPart>
    <w:docPart>
      <w:docPartPr>
        <w:name w:val="B68EC695664D4646A122993B328E36C3"/>
        <w:category>
          <w:name w:val="Général"/>
          <w:gallery w:val="placeholder"/>
        </w:category>
        <w:types>
          <w:type w:val="bbPlcHdr"/>
        </w:types>
        <w:behaviors>
          <w:behavior w:val="content"/>
        </w:behaviors>
        <w:guid w:val="{A8DF868C-2EE4-4B7E-87AC-7FF71B4B1921}"/>
      </w:docPartPr>
      <w:docPartBody>
        <w:p w:rsidR="00971E19" w:rsidRDefault="001C695A" w:rsidP="001C695A">
          <w:pPr>
            <w:pStyle w:val="B68EC695664D4646A122993B328E36C3"/>
          </w:pPr>
          <w:r>
            <w:rPr>
              <w:rStyle w:val="Textedelespacerserv"/>
              <w:rFonts w:asciiTheme="majorHAnsi" w:hAnsiTheme="majorHAnsi" w:cstheme="majorHAnsi"/>
              <w:sz w:val="20"/>
              <w:szCs w:val="20"/>
            </w:rPr>
            <w:t xml:space="preserve">                            </w:t>
          </w:r>
        </w:p>
      </w:docPartBody>
    </w:docPart>
    <w:docPart>
      <w:docPartPr>
        <w:name w:val="17BCE38858694ABC8FAEBE98059DA657"/>
        <w:category>
          <w:name w:val="Général"/>
          <w:gallery w:val="placeholder"/>
        </w:category>
        <w:types>
          <w:type w:val="bbPlcHdr"/>
        </w:types>
        <w:behaviors>
          <w:behavior w:val="content"/>
        </w:behaviors>
        <w:guid w:val="{D78AB304-DD23-4B85-B4D2-D42AD20648FC}"/>
      </w:docPartPr>
      <w:docPartBody>
        <w:p w:rsidR="00971E19" w:rsidRDefault="001C695A" w:rsidP="001C695A">
          <w:pPr>
            <w:pStyle w:val="17BCE38858694ABC8FAEBE98059DA657"/>
          </w:pPr>
          <w:r>
            <w:rPr>
              <w:rStyle w:val="Textedelespacerserv"/>
              <w:rFonts w:asciiTheme="majorHAnsi" w:hAnsiTheme="majorHAnsi" w:cstheme="majorHAnsi"/>
              <w:sz w:val="20"/>
              <w:szCs w:val="20"/>
            </w:rPr>
            <w:t xml:space="preserve">                            </w:t>
          </w:r>
        </w:p>
      </w:docPartBody>
    </w:docPart>
    <w:docPart>
      <w:docPartPr>
        <w:name w:val="6FCEE55AA9CA49CD9427171520BE55D0"/>
        <w:category>
          <w:name w:val="Général"/>
          <w:gallery w:val="placeholder"/>
        </w:category>
        <w:types>
          <w:type w:val="bbPlcHdr"/>
        </w:types>
        <w:behaviors>
          <w:behavior w:val="content"/>
        </w:behaviors>
        <w:guid w:val="{DE01D353-1423-448B-8ACC-A800D66C8568}"/>
      </w:docPartPr>
      <w:docPartBody>
        <w:p w:rsidR="00971E19" w:rsidRDefault="001C695A" w:rsidP="001C695A">
          <w:pPr>
            <w:pStyle w:val="6FCEE55AA9CA49CD9427171520BE55D0"/>
          </w:pPr>
          <w:r>
            <w:rPr>
              <w:rStyle w:val="Textedelespacerserv"/>
              <w:rFonts w:asciiTheme="majorHAnsi" w:hAnsiTheme="majorHAnsi" w:cstheme="majorHAnsi"/>
              <w:sz w:val="20"/>
              <w:szCs w:val="20"/>
            </w:rPr>
            <w:t xml:space="preserve">                            </w:t>
          </w:r>
        </w:p>
      </w:docPartBody>
    </w:docPart>
    <w:docPart>
      <w:docPartPr>
        <w:name w:val="4F7CF88BCB434D66B03565784E6F6C86"/>
        <w:category>
          <w:name w:val="Général"/>
          <w:gallery w:val="placeholder"/>
        </w:category>
        <w:types>
          <w:type w:val="bbPlcHdr"/>
        </w:types>
        <w:behaviors>
          <w:behavior w:val="content"/>
        </w:behaviors>
        <w:guid w:val="{7F54A5F2-EE3A-43DD-8495-4034CEDA5B25}"/>
      </w:docPartPr>
      <w:docPartBody>
        <w:p w:rsidR="00971E19" w:rsidRDefault="001C695A" w:rsidP="001C695A">
          <w:pPr>
            <w:pStyle w:val="4F7CF88BCB434D66B03565784E6F6C86"/>
          </w:pPr>
          <w:r>
            <w:rPr>
              <w:rStyle w:val="Textedelespacerserv"/>
              <w:rFonts w:asciiTheme="majorHAnsi" w:hAnsiTheme="majorHAnsi" w:cstheme="majorHAnsi"/>
              <w:sz w:val="20"/>
              <w:szCs w:val="20"/>
            </w:rPr>
            <w:t xml:space="preserve">                            </w:t>
          </w:r>
        </w:p>
      </w:docPartBody>
    </w:docPart>
    <w:docPart>
      <w:docPartPr>
        <w:name w:val="80D72217F73046DEB570DC20E14F59CC"/>
        <w:category>
          <w:name w:val="Général"/>
          <w:gallery w:val="placeholder"/>
        </w:category>
        <w:types>
          <w:type w:val="bbPlcHdr"/>
        </w:types>
        <w:behaviors>
          <w:behavior w:val="content"/>
        </w:behaviors>
        <w:guid w:val="{13104443-5D1C-4FF9-AAED-049FA17E76DE}"/>
      </w:docPartPr>
      <w:docPartBody>
        <w:p w:rsidR="00971E19" w:rsidRDefault="001C695A" w:rsidP="001C695A">
          <w:pPr>
            <w:pStyle w:val="80D72217F73046DEB570DC20E14F59CC"/>
          </w:pPr>
          <w:r>
            <w:rPr>
              <w:rStyle w:val="Textedelespacerserv"/>
              <w:rFonts w:asciiTheme="majorHAnsi" w:hAnsiTheme="majorHAnsi" w:cstheme="majorHAnsi"/>
              <w:sz w:val="20"/>
              <w:szCs w:val="20"/>
            </w:rPr>
            <w:t xml:space="preserve">                            </w:t>
          </w:r>
        </w:p>
      </w:docPartBody>
    </w:docPart>
    <w:docPart>
      <w:docPartPr>
        <w:name w:val="D20E40AE6C1946268C7C862249260D9A"/>
        <w:category>
          <w:name w:val="Général"/>
          <w:gallery w:val="placeholder"/>
        </w:category>
        <w:types>
          <w:type w:val="bbPlcHdr"/>
        </w:types>
        <w:behaviors>
          <w:behavior w:val="content"/>
        </w:behaviors>
        <w:guid w:val="{A751FC70-CECF-472F-877E-36974BCCC818}"/>
      </w:docPartPr>
      <w:docPartBody>
        <w:p w:rsidR="00971E19" w:rsidRDefault="001C695A" w:rsidP="001C695A">
          <w:pPr>
            <w:pStyle w:val="D20E40AE6C1946268C7C862249260D9A"/>
          </w:pPr>
          <w:r>
            <w:rPr>
              <w:rStyle w:val="Textedelespacerserv"/>
              <w:rFonts w:asciiTheme="majorHAnsi" w:hAnsiTheme="majorHAnsi" w:cstheme="majorHAnsi"/>
              <w:sz w:val="20"/>
              <w:szCs w:val="20"/>
            </w:rPr>
            <w:t xml:space="preserve">                            </w:t>
          </w:r>
        </w:p>
      </w:docPartBody>
    </w:docPart>
    <w:docPart>
      <w:docPartPr>
        <w:name w:val="6B2B2F59A1194FB7942D4CB6ED56963C"/>
        <w:category>
          <w:name w:val="Général"/>
          <w:gallery w:val="placeholder"/>
        </w:category>
        <w:types>
          <w:type w:val="bbPlcHdr"/>
        </w:types>
        <w:behaviors>
          <w:behavior w:val="content"/>
        </w:behaviors>
        <w:guid w:val="{EB36097A-0B22-4357-8394-EF2C74B228E7}"/>
      </w:docPartPr>
      <w:docPartBody>
        <w:p w:rsidR="00971E19" w:rsidRDefault="001C695A" w:rsidP="001C695A">
          <w:pPr>
            <w:pStyle w:val="6B2B2F59A1194FB7942D4CB6ED56963C"/>
          </w:pPr>
          <w:r>
            <w:rPr>
              <w:rStyle w:val="Textedelespacerserv"/>
              <w:rFonts w:asciiTheme="majorHAnsi" w:hAnsiTheme="majorHAnsi" w:cstheme="majorHAnsi"/>
              <w:sz w:val="20"/>
              <w:szCs w:val="20"/>
            </w:rPr>
            <w:t xml:space="preserve">                            </w:t>
          </w:r>
        </w:p>
      </w:docPartBody>
    </w:docPart>
    <w:docPart>
      <w:docPartPr>
        <w:name w:val="CC1F3C253B4546B79B7E1BCEAECE86CE"/>
        <w:category>
          <w:name w:val="Général"/>
          <w:gallery w:val="placeholder"/>
        </w:category>
        <w:types>
          <w:type w:val="bbPlcHdr"/>
        </w:types>
        <w:behaviors>
          <w:behavior w:val="content"/>
        </w:behaviors>
        <w:guid w:val="{A4632E1F-638E-4332-8C59-43453292DEF1}"/>
      </w:docPartPr>
      <w:docPartBody>
        <w:p w:rsidR="00971E19" w:rsidRDefault="001C695A" w:rsidP="001C695A">
          <w:pPr>
            <w:pStyle w:val="CC1F3C253B4546B79B7E1BCEAECE86CE"/>
          </w:pPr>
          <w:r>
            <w:rPr>
              <w:rStyle w:val="Textedelespacerserv"/>
              <w:rFonts w:asciiTheme="majorHAnsi" w:hAnsiTheme="majorHAnsi" w:cstheme="majorHAnsi"/>
              <w:sz w:val="20"/>
              <w:szCs w:val="20"/>
            </w:rPr>
            <w:t xml:space="preserve">                            </w:t>
          </w:r>
        </w:p>
      </w:docPartBody>
    </w:docPart>
    <w:docPart>
      <w:docPartPr>
        <w:name w:val="E7FA51B2350E4F099BF152C6BE3CEE92"/>
        <w:category>
          <w:name w:val="Général"/>
          <w:gallery w:val="placeholder"/>
        </w:category>
        <w:types>
          <w:type w:val="bbPlcHdr"/>
        </w:types>
        <w:behaviors>
          <w:behavior w:val="content"/>
        </w:behaviors>
        <w:guid w:val="{F9F08283-3575-4D1E-964E-444BECD87027}"/>
      </w:docPartPr>
      <w:docPartBody>
        <w:p w:rsidR="00971E19" w:rsidRDefault="001C695A" w:rsidP="001C695A">
          <w:pPr>
            <w:pStyle w:val="E7FA51B2350E4F099BF152C6BE3CEE92"/>
          </w:pPr>
          <w:r>
            <w:rPr>
              <w:rStyle w:val="Textedelespacerserv"/>
              <w:rFonts w:asciiTheme="majorHAnsi" w:hAnsiTheme="majorHAnsi" w:cstheme="majorHAnsi"/>
              <w:sz w:val="20"/>
              <w:szCs w:val="20"/>
            </w:rPr>
            <w:t xml:space="preserve">                            </w:t>
          </w:r>
        </w:p>
      </w:docPartBody>
    </w:docPart>
    <w:docPart>
      <w:docPartPr>
        <w:name w:val="10D00CCDC4D442C0BDCDD23EC4FEFACC"/>
        <w:category>
          <w:name w:val="Général"/>
          <w:gallery w:val="placeholder"/>
        </w:category>
        <w:types>
          <w:type w:val="bbPlcHdr"/>
        </w:types>
        <w:behaviors>
          <w:behavior w:val="content"/>
        </w:behaviors>
        <w:guid w:val="{BAA3F275-8E54-4985-AFB6-001A8269B30B}"/>
      </w:docPartPr>
      <w:docPartBody>
        <w:p w:rsidR="00971E19" w:rsidRDefault="001C695A" w:rsidP="001C695A">
          <w:pPr>
            <w:pStyle w:val="10D00CCDC4D442C0BDCDD23EC4FEFACC"/>
          </w:pPr>
          <w:r>
            <w:rPr>
              <w:rStyle w:val="Textedelespacerserv"/>
              <w:rFonts w:asciiTheme="majorHAnsi" w:hAnsiTheme="majorHAnsi" w:cstheme="majorHAnsi"/>
              <w:sz w:val="20"/>
              <w:szCs w:val="20"/>
            </w:rPr>
            <w:t xml:space="preserve">                            </w:t>
          </w:r>
        </w:p>
      </w:docPartBody>
    </w:docPart>
    <w:docPart>
      <w:docPartPr>
        <w:name w:val="A9BB5892D91246D7B251F71FB030C443"/>
        <w:category>
          <w:name w:val="Général"/>
          <w:gallery w:val="placeholder"/>
        </w:category>
        <w:types>
          <w:type w:val="bbPlcHdr"/>
        </w:types>
        <w:behaviors>
          <w:behavior w:val="content"/>
        </w:behaviors>
        <w:guid w:val="{D40F9057-4800-4364-B8C2-7E385B96E271}"/>
      </w:docPartPr>
      <w:docPartBody>
        <w:p w:rsidR="00971E19" w:rsidRDefault="001C695A" w:rsidP="001C695A">
          <w:pPr>
            <w:pStyle w:val="A9BB5892D91246D7B251F71FB030C443"/>
          </w:pPr>
          <w:r>
            <w:rPr>
              <w:rStyle w:val="Textedelespacerserv"/>
              <w:rFonts w:asciiTheme="majorHAnsi" w:hAnsiTheme="majorHAnsi" w:cstheme="majorHAnsi"/>
              <w:sz w:val="20"/>
              <w:szCs w:val="20"/>
            </w:rPr>
            <w:t xml:space="preserve">                            </w:t>
          </w:r>
        </w:p>
      </w:docPartBody>
    </w:docPart>
    <w:docPart>
      <w:docPartPr>
        <w:name w:val="E80DC3FAC4EC4B4086DDFA7706D77584"/>
        <w:category>
          <w:name w:val="Général"/>
          <w:gallery w:val="placeholder"/>
        </w:category>
        <w:types>
          <w:type w:val="bbPlcHdr"/>
        </w:types>
        <w:behaviors>
          <w:behavior w:val="content"/>
        </w:behaviors>
        <w:guid w:val="{F25C8662-461A-490A-AC6F-93A50339FEFE}"/>
      </w:docPartPr>
      <w:docPartBody>
        <w:p w:rsidR="00971E19" w:rsidRDefault="001C695A" w:rsidP="001C695A">
          <w:pPr>
            <w:pStyle w:val="E80DC3FAC4EC4B4086DDFA7706D77584"/>
          </w:pPr>
          <w:r>
            <w:rPr>
              <w:rStyle w:val="Textedelespacerserv"/>
              <w:rFonts w:asciiTheme="majorHAnsi" w:hAnsiTheme="majorHAnsi" w:cstheme="majorHAnsi"/>
              <w:sz w:val="20"/>
              <w:szCs w:val="20"/>
            </w:rPr>
            <w:t xml:space="preserve">                            </w:t>
          </w:r>
        </w:p>
      </w:docPartBody>
    </w:docPart>
    <w:docPart>
      <w:docPartPr>
        <w:name w:val="DE95A2275E314F1592536D5FFB8F584F"/>
        <w:category>
          <w:name w:val="Général"/>
          <w:gallery w:val="placeholder"/>
        </w:category>
        <w:types>
          <w:type w:val="bbPlcHdr"/>
        </w:types>
        <w:behaviors>
          <w:behavior w:val="content"/>
        </w:behaviors>
        <w:guid w:val="{9F5BFC07-87EA-4066-9D3A-116680F875BF}"/>
      </w:docPartPr>
      <w:docPartBody>
        <w:p w:rsidR="00971E19" w:rsidRDefault="001C695A" w:rsidP="001C695A">
          <w:pPr>
            <w:pStyle w:val="DE95A2275E314F1592536D5FFB8F584F"/>
          </w:pPr>
          <w:r>
            <w:rPr>
              <w:rStyle w:val="Textedelespacerserv"/>
              <w:rFonts w:asciiTheme="majorHAnsi" w:hAnsiTheme="majorHAnsi" w:cstheme="majorHAnsi"/>
              <w:sz w:val="20"/>
              <w:szCs w:val="20"/>
            </w:rPr>
            <w:t xml:space="preserve">                            </w:t>
          </w:r>
        </w:p>
      </w:docPartBody>
    </w:docPart>
    <w:docPart>
      <w:docPartPr>
        <w:name w:val="5334564595BA4CB1BFE4FF63D2E7E3A6"/>
        <w:category>
          <w:name w:val="Général"/>
          <w:gallery w:val="placeholder"/>
        </w:category>
        <w:types>
          <w:type w:val="bbPlcHdr"/>
        </w:types>
        <w:behaviors>
          <w:behavior w:val="content"/>
        </w:behaviors>
        <w:guid w:val="{E2B172C7-1065-4A0F-A0A0-764D2F899CC0}"/>
      </w:docPartPr>
      <w:docPartBody>
        <w:p w:rsidR="00971E19" w:rsidRDefault="001C695A" w:rsidP="001C695A">
          <w:pPr>
            <w:pStyle w:val="5334564595BA4CB1BFE4FF63D2E7E3A6"/>
          </w:pPr>
          <w:r>
            <w:rPr>
              <w:rStyle w:val="Textedelespacerserv"/>
              <w:rFonts w:asciiTheme="majorHAnsi" w:hAnsiTheme="majorHAnsi" w:cstheme="majorHAnsi"/>
              <w:sz w:val="20"/>
              <w:szCs w:val="20"/>
            </w:rPr>
            <w:t xml:space="preserve">                            </w:t>
          </w:r>
        </w:p>
      </w:docPartBody>
    </w:docPart>
    <w:docPart>
      <w:docPartPr>
        <w:name w:val="9124FBBE385C4F65855BB4C678C66C92"/>
        <w:category>
          <w:name w:val="Général"/>
          <w:gallery w:val="placeholder"/>
        </w:category>
        <w:types>
          <w:type w:val="bbPlcHdr"/>
        </w:types>
        <w:behaviors>
          <w:behavior w:val="content"/>
        </w:behaviors>
        <w:guid w:val="{55D05198-2C22-4CBD-A312-DDB0D1EE1836}"/>
      </w:docPartPr>
      <w:docPartBody>
        <w:p w:rsidR="00971E19" w:rsidRDefault="001C695A" w:rsidP="001C695A">
          <w:pPr>
            <w:pStyle w:val="9124FBBE385C4F65855BB4C678C66C92"/>
          </w:pPr>
          <w:r>
            <w:rPr>
              <w:rStyle w:val="Textedelespacerserv"/>
              <w:rFonts w:asciiTheme="majorHAnsi" w:hAnsiTheme="majorHAnsi" w:cstheme="majorHAnsi"/>
              <w:sz w:val="20"/>
              <w:szCs w:val="20"/>
            </w:rPr>
            <w:t xml:space="preserve">                            </w:t>
          </w:r>
        </w:p>
      </w:docPartBody>
    </w:docPart>
    <w:docPart>
      <w:docPartPr>
        <w:name w:val="738C957D7FA5439A9AE709793725479E"/>
        <w:category>
          <w:name w:val="Général"/>
          <w:gallery w:val="placeholder"/>
        </w:category>
        <w:types>
          <w:type w:val="bbPlcHdr"/>
        </w:types>
        <w:behaviors>
          <w:behavior w:val="content"/>
        </w:behaviors>
        <w:guid w:val="{BDA25126-A7D8-418E-86A8-90970609780F}"/>
      </w:docPartPr>
      <w:docPartBody>
        <w:p w:rsidR="00971E19" w:rsidRDefault="001C695A" w:rsidP="001C695A">
          <w:pPr>
            <w:pStyle w:val="738C957D7FA5439A9AE709793725479E"/>
          </w:pPr>
          <w:r>
            <w:rPr>
              <w:rStyle w:val="Textedelespacerserv"/>
              <w:rFonts w:asciiTheme="majorHAnsi" w:hAnsiTheme="majorHAnsi" w:cstheme="majorHAnsi"/>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DF"/>
    <w:rsid w:val="00032C85"/>
    <w:rsid w:val="00054950"/>
    <w:rsid w:val="00087863"/>
    <w:rsid w:val="00093C91"/>
    <w:rsid w:val="000951CD"/>
    <w:rsid w:val="00106609"/>
    <w:rsid w:val="001A5F79"/>
    <w:rsid w:val="001C695A"/>
    <w:rsid w:val="001D2EAA"/>
    <w:rsid w:val="002152E5"/>
    <w:rsid w:val="0021585A"/>
    <w:rsid w:val="00224DFE"/>
    <w:rsid w:val="0027675E"/>
    <w:rsid w:val="002A4A58"/>
    <w:rsid w:val="002E5914"/>
    <w:rsid w:val="003A096E"/>
    <w:rsid w:val="003B44DF"/>
    <w:rsid w:val="003D36BC"/>
    <w:rsid w:val="0043337E"/>
    <w:rsid w:val="004F5853"/>
    <w:rsid w:val="00574643"/>
    <w:rsid w:val="00581F74"/>
    <w:rsid w:val="005E53DB"/>
    <w:rsid w:val="00642664"/>
    <w:rsid w:val="00674C12"/>
    <w:rsid w:val="00691A6C"/>
    <w:rsid w:val="006D54E8"/>
    <w:rsid w:val="007E0B1F"/>
    <w:rsid w:val="00810C58"/>
    <w:rsid w:val="00823292"/>
    <w:rsid w:val="008901BD"/>
    <w:rsid w:val="008B33FF"/>
    <w:rsid w:val="008C767C"/>
    <w:rsid w:val="008F276D"/>
    <w:rsid w:val="00960CD1"/>
    <w:rsid w:val="0096273B"/>
    <w:rsid w:val="00971E19"/>
    <w:rsid w:val="00A07341"/>
    <w:rsid w:val="00A35F3E"/>
    <w:rsid w:val="00A55ABE"/>
    <w:rsid w:val="00AA36FF"/>
    <w:rsid w:val="00B06AC5"/>
    <w:rsid w:val="00B91C9D"/>
    <w:rsid w:val="00BB7048"/>
    <w:rsid w:val="00BF1CF9"/>
    <w:rsid w:val="00C35931"/>
    <w:rsid w:val="00C628A4"/>
    <w:rsid w:val="00D0421B"/>
    <w:rsid w:val="00DC0EAE"/>
    <w:rsid w:val="00DE28D6"/>
    <w:rsid w:val="00EB20CA"/>
    <w:rsid w:val="00EB7412"/>
    <w:rsid w:val="00F325F8"/>
    <w:rsid w:val="00F85CD5"/>
    <w:rsid w:val="00F921EA"/>
    <w:rsid w:val="00FB24B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71E19"/>
    <w:rPr>
      <w:color w:val="808080"/>
    </w:rPr>
  </w:style>
  <w:style w:type="paragraph" w:customStyle="1" w:styleId="9C3ED15396BA4925A458B5686EE4115B">
    <w:name w:val="9C3ED15396BA4925A458B5686EE4115B"/>
    <w:rsid w:val="00AA36FF"/>
  </w:style>
  <w:style w:type="paragraph" w:customStyle="1" w:styleId="E161DEF746A24131AAE8FC735C77C5611">
    <w:name w:val="E161DEF746A24131AAE8FC735C77C5611"/>
    <w:rsid w:val="001C695A"/>
    <w:pPr>
      <w:tabs>
        <w:tab w:val="center" w:pos="4680"/>
        <w:tab w:val="right" w:pos="9360"/>
      </w:tabs>
      <w:spacing w:after="0" w:line="240" w:lineRule="auto"/>
    </w:pPr>
    <w:rPr>
      <w:rFonts w:ascii="Calibri" w:hAnsi="Calibri"/>
      <w:kern w:val="0"/>
      <w:sz w:val="22"/>
      <w:szCs w:val="22"/>
      <w:lang w:eastAsia="en-US"/>
      <w14:ligatures w14:val="none"/>
    </w:rPr>
  </w:style>
  <w:style w:type="paragraph" w:customStyle="1" w:styleId="53A3691CC2414526B4FFBD27C5E14C4F1">
    <w:name w:val="53A3691CC2414526B4FFBD27C5E14C4F1"/>
    <w:rsid w:val="001C695A"/>
    <w:pPr>
      <w:tabs>
        <w:tab w:val="center" w:pos="4680"/>
        <w:tab w:val="right" w:pos="9360"/>
      </w:tabs>
      <w:spacing w:after="0" w:line="240" w:lineRule="auto"/>
    </w:pPr>
    <w:rPr>
      <w:rFonts w:ascii="Calibri" w:hAnsi="Calibri"/>
      <w:kern w:val="0"/>
      <w:sz w:val="22"/>
      <w:szCs w:val="22"/>
      <w:lang w:eastAsia="en-US"/>
      <w14:ligatures w14:val="none"/>
    </w:rPr>
  </w:style>
  <w:style w:type="paragraph" w:customStyle="1" w:styleId="C01C6CCD079D49B59678601C794DA6711">
    <w:name w:val="C01C6CCD079D49B59678601C794DA6711"/>
    <w:rsid w:val="001C695A"/>
    <w:pPr>
      <w:tabs>
        <w:tab w:val="center" w:pos="4680"/>
        <w:tab w:val="right" w:pos="9360"/>
      </w:tabs>
      <w:spacing w:after="0" w:line="240" w:lineRule="auto"/>
    </w:pPr>
    <w:rPr>
      <w:rFonts w:ascii="Calibri" w:hAnsi="Calibri"/>
      <w:kern w:val="0"/>
      <w:sz w:val="22"/>
      <w:szCs w:val="22"/>
      <w:lang w:eastAsia="en-US"/>
      <w14:ligatures w14:val="none"/>
    </w:rPr>
  </w:style>
  <w:style w:type="paragraph" w:customStyle="1" w:styleId="FDB0FCE3461C4479BB38D0857DD8ECBE1">
    <w:name w:val="FDB0FCE3461C4479BB38D0857DD8ECBE1"/>
    <w:rsid w:val="001C695A"/>
    <w:pPr>
      <w:spacing w:after="200" w:line="276" w:lineRule="auto"/>
    </w:pPr>
    <w:rPr>
      <w:rFonts w:ascii="Calibri" w:hAnsi="Calibri"/>
      <w:kern w:val="0"/>
      <w:sz w:val="22"/>
      <w:szCs w:val="22"/>
      <w:lang w:eastAsia="en-US"/>
      <w14:ligatures w14:val="none"/>
    </w:rPr>
  </w:style>
  <w:style w:type="paragraph" w:customStyle="1" w:styleId="6C72358799CE46D381FFD410E240BE4E">
    <w:name w:val="6C72358799CE46D381FFD410E240BE4E"/>
    <w:rsid w:val="001C695A"/>
  </w:style>
  <w:style w:type="paragraph" w:customStyle="1" w:styleId="73F64D5F76B9481CB19EF35E714E15C4">
    <w:name w:val="73F64D5F76B9481CB19EF35E714E15C4"/>
    <w:rsid w:val="001C695A"/>
  </w:style>
  <w:style w:type="paragraph" w:customStyle="1" w:styleId="5A76890C03E7456ABDE877F34C8995DE">
    <w:name w:val="5A76890C03E7456ABDE877F34C8995DE"/>
    <w:rsid w:val="001C695A"/>
  </w:style>
  <w:style w:type="paragraph" w:customStyle="1" w:styleId="8F2215AA91C54653B0841EDA39FC9523">
    <w:name w:val="8F2215AA91C54653B0841EDA39FC9523"/>
    <w:rsid w:val="001C695A"/>
  </w:style>
  <w:style w:type="paragraph" w:customStyle="1" w:styleId="B68EC695664D4646A122993B328E36C3">
    <w:name w:val="B68EC695664D4646A122993B328E36C3"/>
    <w:rsid w:val="001C695A"/>
  </w:style>
  <w:style w:type="paragraph" w:customStyle="1" w:styleId="17BCE38858694ABC8FAEBE98059DA657">
    <w:name w:val="17BCE38858694ABC8FAEBE98059DA657"/>
    <w:rsid w:val="001C695A"/>
  </w:style>
  <w:style w:type="paragraph" w:customStyle="1" w:styleId="6FCEE55AA9CA49CD9427171520BE55D0">
    <w:name w:val="6FCEE55AA9CA49CD9427171520BE55D0"/>
    <w:rsid w:val="001C695A"/>
  </w:style>
  <w:style w:type="paragraph" w:customStyle="1" w:styleId="4F7CF88BCB434D66B03565784E6F6C86">
    <w:name w:val="4F7CF88BCB434D66B03565784E6F6C86"/>
    <w:rsid w:val="001C695A"/>
  </w:style>
  <w:style w:type="paragraph" w:customStyle="1" w:styleId="80D72217F73046DEB570DC20E14F59CC">
    <w:name w:val="80D72217F73046DEB570DC20E14F59CC"/>
    <w:rsid w:val="001C695A"/>
  </w:style>
  <w:style w:type="paragraph" w:customStyle="1" w:styleId="D20E40AE6C1946268C7C862249260D9A">
    <w:name w:val="D20E40AE6C1946268C7C862249260D9A"/>
    <w:rsid w:val="001C695A"/>
  </w:style>
  <w:style w:type="paragraph" w:customStyle="1" w:styleId="6B2B2F59A1194FB7942D4CB6ED56963C">
    <w:name w:val="6B2B2F59A1194FB7942D4CB6ED56963C"/>
    <w:rsid w:val="001C695A"/>
  </w:style>
  <w:style w:type="paragraph" w:customStyle="1" w:styleId="CC1F3C253B4546B79B7E1BCEAECE86CE">
    <w:name w:val="CC1F3C253B4546B79B7E1BCEAECE86CE"/>
    <w:rsid w:val="001C695A"/>
  </w:style>
  <w:style w:type="paragraph" w:customStyle="1" w:styleId="E7FA51B2350E4F099BF152C6BE3CEE92">
    <w:name w:val="E7FA51B2350E4F099BF152C6BE3CEE92"/>
    <w:rsid w:val="001C695A"/>
  </w:style>
  <w:style w:type="paragraph" w:customStyle="1" w:styleId="10D00CCDC4D442C0BDCDD23EC4FEFACC">
    <w:name w:val="10D00CCDC4D442C0BDCDD23EC4FEFACC"/>
    <w:rsid w:val="001C695A"/>
  </w:style>
  <w:style w:type="paragraph" w:customStyle="1" w:styleId="A9BB5892D91246D7B251F71FB030C443">
    <w:name w:val="A9BB5892D91246D7B251F71FB030C443"/>
    <w:rsid w:val="001C695A"/>
  </w:style>
  <w:style w:type="paragraph" w:customStyle="1" w:styleId="E80DC3FAC4EC4B4086DDFA7706D77584">
    <w:name w:val="E80DC3FAC4EC4B4086DDFA7706D77584"/>
    <w:rsid w:val="001C695A"/>
  </w:style>
  <w:style w:type="paragraph" w:customStyle="1" w:styleId="DE95A2275E314F1592536D5FFB8F584F">
    <w:name w:val="DE95A2275E314F1592536D5FFB8F584F"/>
    <w:rsid w:val="001C695A"/>
  </w:style>
  <w:style w:type="paragraph" w:customStyle="1" w:styleId="5334564595BA4CB1BFE4FF63D2E7E3A6">
    <w:name w:val="5334564595BA4CB1BFE4FF63D2E7E3A6"/>
    <w:rsid w:val="001C695A"/>
  </w:style>
  <w:style w:type="paragraph" w:customStyle="1" w:styleId="9124FBBE385C4F65855BB4C678C66C92">
    <w:name w:val="9124FBBE385C4F65855BB4C678C66C92"/>
    <w:rsid w:val="001C695A"/>
  </w:style>
  <w:style w:type="paragraph" w:customStyle="1" w:styleId="738C957D7FA5439A9AE709793725479E">
    <w:name w:val="738C957D7FA5439A9AE709793725479E"/>
    <w:rsid w:val="001C69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9F0ED2A50FD242B8C8CC892FDE3F01" ma:contentTypeVersion="16" ma:contentTypeDescription="Crée un document." ma:contentTypeScope="" ma:versionID="926cba0a3a437ee06dc6515a8811d325">
  <xsd:schema xmlns:xsd="http://www.w3.org/2001/XMLSchema" xmlns:xs="http://www.w3.org/2001/XMLSchema" xmlns:p="http://schemas.microsoft.com/office/2006/metadata/properties" xmlns:ns2="79a307b6-4d20-4a48-b1d4-4b8e5adf76fd" xmlns:ns3="29b65d6d-b91e-4f10-a057-21f478764ec1" targetNamespace="http://schemas.microsoft.com/office/2006/metadata/properties" ma:root="true" ma:fieldsID="15881a31a9cc38ce2785abd06376d5e0" ns2:_="" ns3:_="">
    <xsd:import namespace="79a307b6-4d20-4a48-b1d4-4b8e5adf76fd"/>
    <xsd:import namespace="29b65d6d-b91e-4f10-a057-21f478764e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307b6-4d20-4a48-b1d4-4b8e5adf7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b31b7885-6bbf-42b8-8c2f-bf877df4cc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5d6d-b91e-4f10-a057-21f478764ec1"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85d8ea2-d562-4729-ae94-4d084fbfdbcb}" ma:internalName="TaxCatchAll" ma:showField="CatchAllData" ma:web="29b65d6d-b91e-4f10-a057-21f478764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a307b6-4d20-4a48-b1d4-4b8e5adf76fd">
      <Terms xmlns="http://schemas.microsoft.com/office/infopath/2007/PartnerControls"/>
    </lcf76f155ced4ddcb4097134ff3c332f>
    <TaxCatchAll xmlns="29b65d6d-b91e-4f10-a057-21f478764ec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43B7F65-673C-4A68-BFFF-EAB906E0C42A}"/>
</file>

<file path=customXml/itemProps3.xml><?xml version="1.0" encoding="utf-8"?>
<ds:datastoreItem xmlns:ds="http://schemas.openxmlformats.org/officeDocument/2006/customXml" ds:itemID="{424EB520-B6DD-4A84-97C6-4F5B2B19DF48}">
  <ds:schemaRefs>
    <ds:schemaRef ds:uri="http://schemas.microsoft.com/sharepoint/v3/contenttype/forms"/>
  </ds:schemaRefs>
</ds:datastoreItem>
</file>

<file path=customXml/itemProps4.xml><?xml version="1.0" encoding="utf-8"?>
<ds:datastoreItem xmlns:ds="http://schemas.openxmlformats.org/officeDocument/2006/customXml" ds:itemID="{91A4A623-41E9-43BA-9687-B54F17F24788}">
  <ds:schemaRefs>
    <ds:schemaRef ds:uri="http://schemas.microsoft.com/office/2006/metadata/properties"/>
    <ds:schemaRef ds:uri="http://schemas.microsoft.com/office/infopath/2007/PartnerControls"/>
    <ds:schemaRef ds:uri="b6d2f489-f4db-4c6c-a1a1-e2f6dbfc922a"/>
    <ds:schemaRef ds:uri="44a0233d-91ca-4faf-bbd9-590cb50df60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3575</Characters>
  <Application>Microsoft Office Word</Application>
  <DocSecurity>8</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AgirEnsemble</cp:lastModifiedBy>
  <cp:revision>2</cp:revision>
  <dcterms:created xsi:type="dcterms:W3CDTF">2026-10-07T18:55:00Z</dcterms:created>
  <dcterms:modified xsi:type="dcterms:W3CDTF">2026-10-07T18:55:00Z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0x010100BD9F0ED2A50FD242B8C8CC892FDE3F01</vt:lpwstr>
  </property>
  <property fmtid="{D5CDD505-2E9C-101B-9397-08002B2CF9AE}" pid="3" name="MediaServiceImageTags">
    <vt:lpwstr/>
  </property>
</Properties>
</file>