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3E585" w14:textId="2BFC6872" w:rsidR="00FD45BC" w:rsidRPr="00E02236" w:rsidRDefault="00645061" w:rsidP="00A121CB">
      <w:pPr>
        <w:spacing w:after="120"/>
        <w:jc w:val="center"/>
        <w:rPr>
          <w:rFonts w:asciiTheme="majorHAnsi" w:hAnsiTheme="majorHAnsi" w:cstheme="majorHAnsi"/>
          <w:b/>
          <w:bCs/>
          <w:sz w:val="28"/>
          <w:szCs w:val="28"/>
          <w:lang w:val="fr-CA"/>
        </w:rPr>
      </w:pPr>
      <w:r w:rsidRPr="00E02236">
        <w:rPr>
          <w:rFonts w:asciiTheme="majorHAnsi" w:hAnsiTheme="majorHAnsi" w:cstheme="majorHAnsi"/>
          <w:b/>
          <w:bCs/>
          <w:sz w:val="28"/>
          <w:szCs w:val="28"/>
          <w:lang w:val="fr-CA"/>
        </w:rPr>
        <w:t xml:space="preserve">Fiche de </w:t>
      </w:r>
      <w:r w:rsidR="009A2D68">
        <w:rPr>
          <w:rFonts w:asciiTheme="majorHAnsi" w:hAnsiTheme="majorHAnsi" w:cstheme="majorHAnsi"/>
          <w:b/>
          <w:bCs/>
          <w:sz w:val="28"/>
          <w:szCs w:val="28"/>
          <w:lang w:val="fr-CA"/>
        </w:rPr>
        <w:t>référence</w:t>
      </w:r>
      <w:r w:rsidRPr="00E02236">
        <w:rPr>
          <w:rFonts w:asciiTheme="majorHAnsi" w:hAnsiTheme="majorHAnsi" w:cstheme="majorHAnsi"/>
          <w:b/>
          <w:bCs/>
          <w:sz w:val="28"/>
          <w:szCs w:val="28"/>
          <w:lang w:val="fr-CA"/>
        </w:rPr>
        <w:t xml:space="preserve"> 0-5 ans</w:t>
      </w:r>
    </w:p>
    <w:p w14:paraId="27A7A529" w14:textId="77777777" w:rsidR="00FD45BC" w:rsidRDefault="00FD45BC" w:rsidP="00E02236">
      <w:pPr>
        <w:spacing w:after="0"/>
        <w:rPr>
          <w:rFonts w:asciiTheme="majorHAnsi" w:hAnsiTheme="majorHAnsi" w:cstheme="majorHAnsi"/>
          <w:sz w:val="20"/>
          <w:szCs w:val="20"/>
        </w:rPr>
      </w:pPr>
    </w:p>
    <w:tbl>
      <w:tblPr>
        <w:tblStyle w:val="Grilledutableau"/>
        <w:tblW w:w="10991" w:type="dxa"/>
        <w:tblInd w:w="-72" w:type="dxa"/>
        <w:tblLook w:val="04A0" w:firstRow="1" w:lastRow="0" w:firstColumn="1" w:lastColumn="0" w:noHBand="0" w:noVBand="1"/>
      </w:tblPr>
      <w:tblGrid>
        <w:gridCol w:w="2407"/>
        <w:gridCol w:w="3600"/>
        <w:gridCol w:w="928"/>
        <w:gridCol w:w="512"/>
        <w:gridCol w:w="630"/>
        <w:gridCol w:w="1260"/>
        <w:gridCol w:w="810"/>
        <w:gridCol w:w="844"/>
      </w:tblGrid>
      <w:tr w:rsidR="00D33DCF" w:rsidRPr="00D33DCF" w14:paraId="62FFC890" w14:textId="77777777" w:rsidTr="00114A72">
        <w:trPr>
          <w:trHeight w:val="422"/>
        </w:trPr>
        <w:tc>
          <w:tcPr>
            <w:tcW w:w="10991" w:type="dxa"/>
            <w:gridSpan w:val="8"/>
            <w:shd w:val="clear" w:color="auto" w:fill="000000" w:themeFill="text1"/>
            <w:vAlign w:val="center"/>
          </w:tcPr>
          <w:p w14:paraId="2D5CFA6C" w14:textId="77777777" w:rsidR="00D33DCF" w:rsidRPr="00D33DCF" w:rsidRDefault="00D33DCF" w:rsidP="00D33DCF">
            <w:pPr>
              <w:spacing w:line="276" w:lineRule="auto"/>
              <w:rPr>
                <w:rFonts w:asciiTheme="majorHAnsi" w:hAnsiTheme="majorHAnsi" w:cstheme="majorHAnsi"/>
                <w:b/>
                <w:bCs/>
                <w:sz w:val="20"/>
                <w:szCs w:val="20"/>
                <w:lang w:val="fr-CA"/>
              </w:rPr>
            </w:pPr>
            <w:r w:rsidRPr="00D33DCF">
              <w:rPr>
                <w:rFonts w:asciiTheme="majorHAnsi" w:hAnsiTheme="majorHAnsi" w:cstheme="majorHAnsi"/>
                <w:b/>
                <w:bCs/>
                <w:sz w:val="20"/>
                <w:szCs w:val="20"/>
                <w:lang w:val="fr-CA"/>
              </w:rPr>
              <w:t>Identification du jeune</w:t>
            </w:r>
          </w:p>
        </w:tc>
      </w:tr>
      <w:tr w:rsidR="00114A72" w:rsidRPr="00D33DCF" w14:paraId="15E82AF6" w14:textId="77777777" w:rsidTr="00114A72">
        <w:trPr>
          <w:trHeight w:val="360"/>
        </w:trPr>
        <w:tc>
          <w:tcPr>
            <w:tcW w:w="2407" w:type="dxa"/>
            <w:tcBorders>
              <w:bottom w:val="nil"/>
              <w:right w:val="nil"/>
            </w:tcBorders>
            <w:vAlign w:val="center"/>
          </w:tcPr>
          <w:p w14:paraId="09BE3985" w14:textId="77777777" w:rsidR="00D33DCF" w:rsidRPr="00D33DCF" w:rsidRDefault="00D33DCF" w:rsidP="00D33DCF">
            <w:pPr>
              <w:spacing w:line="276" w:lineRule="auto"/>
              <w:rPr>
                <w:rFonts w:asciiTheme="majorHAnsi" w:hAnsiTheme="majorHAnsi" w:cstheme="majorHAnsi"/>
                <w:sz w:val="20"/>
                <w:szCs w:val="20"/>
                <w:lang w:val="fr-CA"/>
              </w:rPr>
            </w:pPr>
            <w:r w:rsidRPr="00D33DCF">
              <w:rPr>
                <w:rFonts w:asciiTheme="majorHAnsi" w:hAnsiTheme="majorHAnsi" w:cstheme="majorHAnsi"/>
                <w:sz w:val="20"/>
                <w:szCs w:val="20"/>
                <w:lang w:val="fr-CA"/>
              </w:rPr>
              <w:t>Nom, prénom du jeune :</w:t>
            </w:r>
          </w:p>
        </w:tc>
        <w:tc>
          <w:tcPr>
            <w:tcW w:w="3600" w:type="dxa"/>
            <w:tcBorders>
              <w:left w:val="nil"/>
              <w:bottom w:val="nil"/>
              <w:right w:val="nil"/>
            </w:tcBorders>
            <w:vAlign w:val="center"/>
          </w:tcPr>
          <w:p w14:paraId="61B16ACC" w14:textId="58F5C094" w:rsidR="00D33DCF" w:rsidRPr="00D33DCF" w:rsidRDefault="00000000" w:rsidP="00D33DCF">
            <w:pPr>
              <w:spacing w:line="276" w:lineRule="auto"/>
              <w:rPr>
                <w:rFonts w:asciiTheme="majorHAnsi" w:hAnsiTheme="majorHAnsi" w:cstheme="majorHAnsi"/>
                <w:sz w:val="20"/>
                <w:szCs w:val="20"/>
                <w:lang w:val="fr-CA"/>
              </w:rPr>
            </w:pPr>
            <w:sdt>
              <w:sdtPr>
                <w:rPr>
                  <w:rFonts w:asciiTheme="majorHAnsi" w:hAnsiTheme="majorHAnsi" w:cstheme="majorHAnsi"/>
                  <w:sz w:val="20"/>
                  <w:szCs w:val="20"/>
                </w:rPr>
                <w:id w:val="-114599032"/>
                <w:placeholder>
                  <w:docPart w:val="24BA28E656F64981941CC63BE9F1045F"/>
                </w:placeholder>
                <w:showingPlcHdr/>
              </w:sdtPr>
              <w:sdtContent>
                <w:permStart w:id="200629978" w:edGrp="everyone"/>
                <w:r w:rsidR="009179B1">
                  <w:rPr>
                    <w:rStyle w:val="Textedelespacerserv"/>
                    <w:rFonts w:asciiTheme="majorHAnsi" w:hAnsiTheme="majorHAnsi" w:cstheme="majorHAnsi"/>
                    <w:sz w:val="20"/>
                    <w:szCs w:val="20"/>
                  </w:rPr>
                  <w:t xml:space="preserve">                            </w:t>
                </w:r>
                <w:permEnd w:id="200629978"/>
              </w:sdtContent>
            </w:sdt>
          </w:p>
        </w:tc>
        <w:tc>
          <w:tcPr>
            <w:tcW w:w="1440" w:type="dxa"/>
            <w:gridSpan w:val="2"/>
            <w:tcBorders>
              <w:left w:val="nil"/>
              <w:bottom w:val="nil"/>
              <w:right w:val="nil"/>
            </w:tcBorders>
            <w:vAlign w:val="center"/>
          </w:tcPr>
          <w:p w14:paraId="6E5AF8E3" w14:textId="77777777" w:rsidR="00D33DCF" w:rsidRPr="00D33DCF" w:rsidRDefault="00D33DCF" w:rsidP="00D33DCF">
            <w:pPr>
              <w:spacing w:line="276" w:lineRule="auto"/>
              <w:rPr>
                <w:rFonts w:asciiTheme="majorHAnsi" w:hAnsiTheme="majorHAnsi" w:cstheme="majorHAnsi"/>
                <w:sz w:val="20"/>
                <w:szCs w:val="20"/>
                <w:lang w:val="fr-CA"/>
              </w:rPr>
            </w:pPr>
            <w:r w:rsidRPr="00D33DCF">
              <w:rPr>
                <w:rFonts w:asciiTheme="majorHAnsi" w:hAnsiTheme="majorHAnsi" w:cstheme="majorHAnsi"/>
                <w:sz w:val="20"/>
                <w:szCs w:val="20"/>
                <w:lang w:val="fr-CA"/>
              </w:rPr>
              <w:t>Âge :</w:t>
            </w:r>
          </w:p>
        </w:tc>
        <w:tc>
          <w:tcPr>
            <w:tcW w:w="1890" w:type="dxa"/>
            <w:gridSpan w:val="2"/>
            <w:tcBorders>
              <w:left w:val="nil"/>
              <w:bottom w:val="nil"/>
              <w:right w:val="nil"/>
            </w:tcBorders>
            <w:vAlign w:val="center"/>
          </w:tcPr>
          <w:p w14:paraId="330B0212" w14:textId="39A68469" w:rsidR="00D33DCF" w:rsidRPr="00D33DCF" w:rsidRDefault="00000000" w:rsidP="00D33DCF">
            <w:pPr>
              <w:spacing w:line="276" w:lineRule="auto"/>
              <w:rPr>
                <w:rFonts w:asciiTheme="majorHAnsi" w:hAnsiTheme="majorHAnsi" w:cstheme="majorHAnsi"/>
                <w:sz w:val="20"/>
                <w:szCs w:val="20"/>
                <w:lang w:val="fr-CA"/>
              </w:rPr>
            </w:pPr>
            <w:sdt>
              <w:sdtPr>
                <w:rPr>
                  <w:rFonts w:asciiTheme="majorHAnsi" w:hAnsiTheme="majorHAnsi" w:cstheme="majorHAnsi"/>
                  <w:sz w:val="20"/>
                  <w:szCs w:val="20"/>
                </w:rPr>
                <w:id w:val="651097037"/>
                <w:placeholder>
                  <w:docPart w:val="A111D796D98C4144A3CF069120DF0A19"/>
                </w:placeholder>
                <w:showingPlcHdr/>
              </w:sdtPr>
              <w:sdtContent>
                <w:permStart w:id="263926290" w:edGrp="everyone"/>
                <w:r w:rsidR="00A86FA6">
                  <w:rPr>
                    <w:rStyle w:val="Textedelespacerserv"/>
                    <w:rFonts w:asciiTheme="majorHAnsi" w:hAnsiTheme="majorHAnsi" w:cstheme="majorHAnsi"/>
                    <w:sz w:val="20"/>
                    <w:szCs w:val="20"/>
                  </w:rPr>
                  <w:t xml:space="preserve">                            </w:t>
                </w:r>
                <w:permEnd w:id="263926290"/>
              </w:sdtContent>
            </w:sdt>
          </w:p>
        </w:tc>
        <w:permStart w:id="1603092439" w:edGrp="everyone"/>
        <w:tc>
          <w:tcPr>
            <w:tcW w:w="810" w:type="dxa"/>
            <w:tcBorders>
              <w:left w:val="nil"/>
              <w:bottom w:val="nil"/>
              <w:right w:val="nil"/>
            </w:tcBorders>
            <w:vAlign w:val="center"/>
          </w:tcPr>
          <w:p w14:paraId="485B2BB4" w14:textId="77777777" w:rsidR="00D33DCF" w:rsidRPr="00D33DCF" w:rsidRDefault="00000000" w:rsidP="00D33DCF">
            <w:pPr>
              <w:spacing w:line="276" w:lineRule="auto"/>
              <w:rPr>
                <w:rFonts w:asciiTheme="majorHAnsi" w:hAnsiTheme="majorHAnsi" w:cstheme="majorHAnsi"/>
                <w:sz w:val="20"/>
                <w:szCs w:val="20"/>
                <w:lang w:val="fr-CA"/>
              </w:rPr>
            </w:pPr>
            <w:sdt>
              <w:sdtPr>
                <w:rPr>
                  <w:rFonts w:asciiTheme="majorHAnsi" w:hAnsiTheme="majorHAnsi" w:cstheme="majorHAnsi"/>
                  <w:sz w:val="20"/>
                  <w:szCs w:val="20"/>
                  <w:lang w:val="fr-CA"/>
                </w:rPr>
                <w:id w:val="620347445"/>
                <w14:checkbox>
                  <w14:checked w14:val="0"/>
                  <w14:checkedState w14:val="2612" w14:font="MS Gothic"/>
                  <w14:uncheckedState w14:val="2610" w14:font="MS Gothic"/>
                </w14:checkbox>
              </w:sdtPr>
              <w:sdtContent>
                <w:r w:rsidR="00D33DCF" w:rsidRPr="00D33DCF">
                  <w:rPr>
                    <w:rFonts w:asciiTheme="majorHAnsi" w:hAnsiTheme="majorHAnsi" w:cstheme="majorHAnsi" w:hint="eastAsia"/>
                    <w:sz w:val="20"/>
                    <w:szCs w:val="20"/>
                    <w:lang w:val="fr-CA"/>
                  </w:rPr>
                  <w:t>☐</w:t>
                </w:r>
              </w:sdtContent>
            </w:sdt>
            <w:permEnd w:id="1603092439"/>
            <w:r w:rsidR="00D33DCF" w:rsidRPr="00D33DCF">
              <w:rPr>
                <w:rFonts w:asciiTheme="majorHAnsi" w:hAnsiTheme="majorHAnsi" w:cstheme="majorHAnsi"/>
                <w:sz w:val="20"/>
                <w:szCs w:val="20"/>
                <w:lang w:val="fr-CA"/>
              </w:rPr>
              <w:t xml:space="preserve">  M</w:t>
            </w:r>
          </w:p>
        </w:tc>
        <w:permStart w:id="1904175904" w:edGrp="everyone"/>
        <w:tc>
          <w:tcPr>
            <w:tcW w:w="844" w:type="dxa"/>
            <w:tcBorders>
              <w:left w:val="nil"/>
              <w:bottom w:val="nil"/>
            </w:tcBorders>
            <w:vAlign w:val="center"/>
          </w:tcPr>
          <w:p w14:paraId="6CA876F3" w14:textId="77777777" w:rsidR="00D33DCF" w:rsidRPr="00D33DCF" w:rsidRDefault="00000000" w:rsidP="00D33DCF">
            <w:pPr>
              <w:spacing w:line="276" w:lineRule="auto"/>
              <w:rPr>
                <w:rFonts w:asciiTheme="majorHAnsi" w:hAnsiTheme="majorHAnsi" w:cstheme="majorHAnsi"/>
                <w:sz w:val="20"/>
                <w:szCs w:val="20"/>
                <w:lang w:val="fr-CA"/>
              </w:rPr>
            </w:pPr>
            <w:sdt>
              <w:sdtPr>
                <w:rPr>
                  <w:rFonts w:asciiTheme="majorHAnsi" w:hAnsiTheme="majorHAnsi" w:cstheme="majorHAnsi"/>
                  <w:sz w:val="20"/>
                  <w:szCs w:val="20"/>
                  <w:lang w:val="fr-CA"/>
                </w:rPr>
                <w:id w:val="-276560494"/>
                <w14:checkbox>
                  <w14:checked w14:val="0"/>
                  <w14:checkedState w14:val="2612" w14:font="MS Gothic"/>
                  <w14:uncheckedState w14:val="2610" w14:font="MS Gothic"/>
                </w14:checkbox>
              </w:sdtPr>
              <w:sdtContent>
                <w:r w:rsidR="00D33DCF" w:rsidRPr="00D33DCF">
                  <w:rPr>
                    <w:rFonts w:ascii="Segoe UI Symbol" w:hAnsi="Segoe UI Symbol" w:cs="Segoe UI Symbol"/>
                    <w:sz w:val="20"/>
                    <w:szCs w:val="20"/>
                    <w:lang w:val="fr-CA"/>
                  </w:rPr>
                  <w:t>☐</w:t>
                </w:r>
              </w:sdtContent>
            </w:sdt>
            <w:permEnd w:id="1904175904"/>
            <w:r w:rsidR="00D33DCF" w:rsidRPr="00D33DCF">
              <w:rPr>
                <w:rFonts w:asciiTheme="majorHAnsi" w:hAnsiTheme="majorHAnsi" w:cstheme="majorHAnsi"/>
                <w:sz w:val="20"/>
                <w:szCs w:val="20"/>
                <w:lang w:val="fr-CA"/>
              </w:rPr>
              <w:t xml:space="preserve">  F  </w:t>
            </w:r>
          </w:p>
        </w:tc>
      </w:tr>
      <w:tr w:rsidR="00D33DCF" w:rsidRPr="00D33DCF" w14:paraId="5279411B" w14:textId="77777777" w:rsidTr="00114A72">
        <w:trPr>
          <w:trHeight w:val="360"/>
        </w:trPr>
        <w:tc>
          <w:tcPr>
            <w:tcW w:w="2407" w:type="dxa"/>
            <w:tcBorders>
              <w:top w:val="nil"/>
              <w:bottom w:val="single" w:sz="4" w:space="0" w:color="auto"/>
              <w:right w:val="nil"/>
            </w:tcBorders>
            <w:vAlign w:val="center"/>
          </w:tcPr>
          <w:p w14:paraId="06C4DB63" w14:textId="77777777" w:rsidR="00D33DCF" w:rsidRPr="00D33DCF" w:rsidRDefault="00D33DCF" w:rsidP="00D33DCF">
            <w:pPr>
              <w:spacing w:line="276" w:lineRule="auto"/>
              <w:rPr>
                <w:rFonts w:asciiTheme="majorHAnsi" w:hAnsiTheme="majorHAnsi" w:cstheme="majorHAnsi"/>
                <w:sz w:val="20"/>
                <w:szCs w:val="20"/>
                <w:lang w:val="fr-CA"/>
              </w:rPr>
            </w:pPr>
            <w:r w:rsidRPr="00D33DCF">
              <w:rPr>
                <w:rFonts w:asciiTheme="majorHAnsi" w:hAnsiTheme="majorHAnsi" w:cstheme="majorHAnsi"/>
                <w:sz w:val="20"/>
                <w:szCs w:val="20"/>
                <w:lang w:val="fr-CA"/>
              </w:rPr>
              <w:t>Date de naissance :</w:t>
            </w:r>
          </w:p>
        </w:tc>
        <w:tc>
          <w:tcPr>
            <w:tcW w:w="3600" w:type="dxa"/>
            <w:tcBorders>
              <w:top w:val="nil"/>
              <w:left w:val="nil"/>
              <w:bottom w:val="single" w:sz="4" w:space="0" w:color="auto"/>
              <w:right w:val="nil"/>
            </w:tcBorders>
            <w:vAlign w:val="center"/>
          </w:tcPr>
          <w:sdt>
            <w:sdtPr>
              <w:rPr>
                <w:rFonts w:asciiTheme="majorHAnsi" w:hAnsiTheme="majorHAnsi" w:cstheme="majorHAnsi"/>
                <w:sz w:val="20"/>
                <w:szCs w:val="20"/>
              </w:rPr>
              <w:id w:val="-1567103434"/>
              <w:placeholder>
                <w:docPart w:val="3B33B6B66740487D93B2B066A2DEF007"/>
              </w:placeholder>
              <w:showingPlcHdr/>
              <w:date>
                <w:dateFormat w:val="yyyy-MM-dd"/>
                <w:lid w:val="fr-CA"/>
                <w:storeMappedDataAs w:val="dateTime"/>
                <w:calendar w:val="gregorian"/>
              </w:date>
            </w:sdtPr>
            <w:sdtContent>
              <w:permStart w:id="458295236" w:edGrp="everyone" w:displacedByCustomXml="prev"/>
              <w:p w14:paraId="49212B66" w14:textId="579FE62B" w:rsidR="00D33DCF" w:rsidRPr="009179B1" w:rsidRDefault="009179B1" w:rsidP="009179B1">
                <w:pPr>
                  <w:spacing w:before="120"/>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458295236" w:displacedByCustomXml="next"/>
            </w:sdtContent>
          </w:sdt>
        </w:tc>
        <w:tc>
          <w:tcPr>
            <w:tcW w:w="1440" w:type="dxa"/>
            <w:gridSpan w:val="2"/>
            <w:tcBorders>
              <w:top w:val="nil"/>
              <w:left w:val="nil"/>
              <w:bottom w:val="single" w:sz="4" w:space="0" w:color="auto"/>
              <w:right w:val="nil"/>
            </w:tcBorders>
            <w:vAlign w:val="center"/>
          </w:tcPr>
          <w:p w14:paraId="188AB802" w14:textId="77777777" w:rsidR="00D33DCF" w:rsidRPr="00D33DCF" w:rsidRDefault="00D33DCF" w:rsidP="00D33DCF">
            <w:pPr>
              <w:spacing w:line="276" w:lineRule="auto"/>
              <w:rPr>
                <w:rFonts w:asciiTheme="majorHAnsi" w:hAnsiTheme="majorHAnsi" w:cstheme="majorHAnsi"/>
                <w:sz w:val="20"/>
                <w:szCs w:val="20"/>
                <w:lang w:val="fr-CA"/>
              </w:rPr>
            </w:pPr>
            <w:r w:rsidRPr="00D33DCF">
              <w:rPr>
                <w:rFonts w:asciiTheme="majorHAnsi" w:hAnsiTheme="majorHAnsi" w:cstheme="majorHAnsi"/>
                <w:sz w:val="20"/>
                <w:szCs w:val="20"/>
                <w:lang w:val="fr-CA"/>
              </w:rPr>
              <w:t>Milieu de vie :</w:t>
            </w:r>
          </w:p>
        </w:tc>
        <w:tc>
          <w:tcPr>
            <w:tcW w:w="3544" w:type="dxa"/>
            <w:gridSpan w:val="4"/>
            <w:tcBorders>
              <w:top w:val="nil"/>
              <w:left w:val="nil"/>
              <w:bottom w:val="single" w:sz="4" w:space="0" w:color="auto"/>
            </w:tcBorders>
            <w:vAlign w:val="center"/>
          </w:tcPr>
          <w:p w14:paraId="1CC1D0F0" w14:textId="0B7C8F8A" w:rsidR="00D33DCF" w:rsidRPr="00D33DCF" w:rsidRDefault="00000000" w:rsidP="00D33DCF">
            <w:pPr>
              <w:spacing w:line="276" w:lineRule="auto"/>
              <w:rPr>
                <w:rFonts w:asciiTheme="majorHAnsi" w:hAnsiTheme="majorHAnsi" w:cstheme="majorHAnsi"/>
                <w:sz w:val="20"/>
                <w:szCs w:val="20"/>
                <w:lang w:val="fr-CA"/>
              </w:rPr>
            </w:pPr>
            <w:sdt>
              <w:sdtPr>
                <w:rPr>
                  <w:rFonts w:asciiTheme="majorHAnsi" w:hAnsiTheme="majorHAnsi" w:cstheme="majorHAnsi"/>
                  <w:sz w:val="20"/>
                  <w:szCs w:val="20"/>
                </w:rPr>
                <w:id w:val="174156760"/>
                <w:placeholder>
                  <w:docPart w:val="797585ACFCEE46AB89EA435179581AC4"/>
                </w:placeholder>
                <w:showingPlcHdr/>
              </w:sdtPr>
              <w:sdtContent>
                <w:permStart w:id="639062619" w:edGrp="everyone"/>
                <w:r w:rsidR="009179B1">
                  <w:rPr>
                    <w:rStyle w:val="Textedelespacerserv"/>
                    <w:rFonts w:asciiTheme="majorHAnsi" w:hAnsiTheme="majorHAnsi" w:cstheme="majorHAnsi"/>
                    <w:sz w:val="20"/>
                    <w:szCs w:val="20"/>
                  </w:rPr>
                  <w:t xml:space="preserve">                            </w:t>
                </w:r>
                <w:permEnd w:id="639062619"/>
              </w:sdtContent>
            </w:sdt>
          </w:p>
        </w:tc>
      </w:tr>
      <w:tr w:rsidR="003B0C3C" w:rsidRPr="00D33DCF" w14:paraId="049E7022" w14:textId="77777777" w:rsidTr="00114A72">
        <w:trPr>
          <w:trHeight w:val="360"/>
        </w:trPr>
        <w:tc>
          <w:tcPr>
            <w:tcW w:w="2407" w:type="dxa"/>
            <w:tcBorders>
              <w:bottom w:val="nil"/>
              <w:right w:val="nil"/>
            </w:tcBorders>
            <w:vAlign w:val="center"/>
          </w:tcPr>
          <w:p w14:paraId="065812F7" w14:textId="050DDBDC" w:rsidR="003B0C3C" w:rsidRPr="00D33DCF" w:rsidRDefault="003B0C3C" w:rsidP="00D33DCF">
            <w:pPr>
              <w:rPr>
                <w:rFonts w:asciiTheme="majorHAnsi" w:hAnsiTheme="majorHAnsi" w:cstheme="majorHAnsi"/>
                <w:sz w:val="20"/>
                <w:szCs w:val="20"/>
                <w:lang w:val="fr-CA"/>
              </w:rPr>
            </w:pPr>
            <w:r w:rsidRPr="00D33DCF">
              <w:rPr>
                <w:rFonts w:asciiTheme="majorHAnsi" w:hAnsiTheme="majorHAnsi" w:cstheme="majorHAnsi"/>
                <w:sz w:val="20"/>
                <w:szCs w:val="20"/>
                <w:lang w:val="fr-CA"/>
              </w:rPr>
              <w:t>Nom, prénom de la mère</w:t>
            </w:r>
            <w:r>
              <w:rPr>
                <w:rFonts w:asciiTheme="majorHAnsi" w:hAnsiTheme="majorHAnsi" w:cstheme="majorHAnsi"/>
                <w:sz w:val="20"/>
                <w:szCs w:val="20"/>
                <w:lang w:val="fr-CA"/>
              </w:rPr>
              <w:t> :</w:t>
            </w:r>
          </w:p>
        </w:tc>
        <w:tc>
          <w:tcPr>
            <w:tcW w:w="5040" w:type="dxa"/>
            <w:gridSpan w:val="3"/>
            <w:tcBorders>
              <w:left w:val="nil"/>
              <w:bottom w:val="nil"/>
              <w:right w:val="nil"/>
            </w:tcBorders>
            <w:vAlign w:val="center"/>
          </w:tcPr>
          <w:p w14:paraId="10C39250" w14:textId="0364DD7B" w:rsidR="003B0C3C" w:rsidRPr="00D33DCF" w:rsidRDefault="00000000" w:rsidP="00D33DCF">
            <w:pPr>
              <w:spacing w:line="276" w:lineRule="auto"/>
              <w:rPr>
                <w:rFonts w:asciiTheme="majorHAnsi" w:hAnsiTheme="majorHAnsi" w:cstheme="majorHAnsi"/>
                <w:sz w:val="20"/>
                <w:szCs w:val="20"/>
                <w:lang w:val="fr-CA"/>
              </w:rPr>
            </w:pPr>
            <w:sdt>
              <w:sdtPr>
                <w:rPr>
                  <w:rFonts w:asciiTheme="majorHAnsi" w:hAnsiTheme="majorHAnsi" w:cstheme="majorHAnsi"/>
                  <w:sz w:val="20"/>
                  <w:szCs w:val="20"/>
                </w:rPr>
                <w:id w:val="-604123078"/>
                <w:placeholder>
                  <w:docPart w:val="463E8505B88E44A086C61167547889C2"/>
                </w:placeholder>
                <w:showingPlcHdr/>
              </w:sdtPr>
              <w:sdtContent>
                <w:permStart w:id="1982291039" w:edGrp="everyone"/>
                <w:r w:rsidR="009179B1">
                  <w:rPr>
                    <w:rStyle w:val="Textedelespacerserv"/>
                    <w:rFonts w:asciiTheme="majorHAnsi" w:hAnsiTheme="majorHAnsi" w:cstheme="majorHAnsi"/>
                    <w:sz w:val="20"/>
                    <w:szCs w:val="20"/>
                  </w:rPr>
                  <w:t xml:space="preserve">                            </w:t>
                </w:r>
                <w:permEnd w:id="1982291039"/>
              </w:sdtContent>
            </w:sdt>
          </w:p>
        </w:tc>
        <w:tc>
          <w:tcPr>
            <w:tcW w:w="1890" w:type="dxa"/>
            <w:gridSpan w:val="2"/>
            <w:tcBorders>
              <w:left w:val="nil"/>
              <w:bottom w:val="nil"/>
              <w:right w:val="nil"/>
            </w:tcBorders>
            <w:vAlign w:val="center"/>
          </w:tcPr>
          <w:p w14:paraId="1621225C" w14:textId="518BCEA1" w:rsidR="003B0C3C" w:rsidRPr="00D33DCF" w:rsidRDefault="003B0C3C" w:rsidP="00D33DCF">
            <w:pPr>
              <w:spacing w:line="276" w:lineRule="auto"/>
              <w:rPr>
                <w:rFonts w:asciiTheme="majorHAnsi" w:hAnsiTheme="majorHAnsi" w:cstheme="majorHAnsi"/>
                <w:sz w:val="20"/>
                <w:szCs w:val="20"/>
                <w:lang w:val="fr-CA"/>
              </w:rPr>
            </w:pPr>
            <w:r w:rsidRPr="00D33DCF">
              <w:rPr>
                <w:rFonts w:asciiTheme="majorHAnsi" w:hAnsiTheme="majorHAnsi" w:cstheme="majorHAnsi"/>
                <w:sz w:val="20"/>
                <w:szCs w:val="20"/>
                <w:lang w:val="fr-CA"/>
              </w:rPr>
              <w:t xml:space="preserve">Date de naissance : </w:t>
            </w:r>
          </w:p>
        </w:tc>
        <w:tc>
          <w:tcPr>
            <w:tcW w:w="1654" w:type="dxa"/>
            <w:gridSpan w:val="2"/>
            <w:tcBorders>
              <w:left w:val="nil"/>
              <w:bottom w:val="nil"/>
            </w:tcBorders>
            <w:vAlign w:val="center"/>
          </w:tcPr>
          <w:sdt>
            <w:sdtPr>
              <w:rPr>
                <w:rFonts w:asciiTheme="majorHAnsi" w:hAnsiTheme="majorHAnsi" w:cstheme="majorHAnsi"/>
                <w:sz w:val="20"/>
                <w:szCs w:val="20"/>
                <w:lang w:val="fr-CA"/>
              </w:rPr>
              <w:id w:val="-1923321902"/>
              <w:placeholder>
                <w:docPart w:val="1F9C850B29D949BE8474B4D7F9A313E0"/>
              </w:placeholder>
            </w:sdtPr>
            <w:sdtContent>
              <w:sdt>
                <w:sdtPr>
                  <w:rPr>
                    <w:rFonts w:asciiTheme="majorHAnsi" w:hAnsiTheme="majorHAnsi" w:cstheme="majorHAnsi"/>
                    <w:sz w:val="20"/>
                    <w:szCs w:val="20"/>
                  </w:rPr>
                  <w:id w:val="-998195463"/>
                  <w:placeholder>
                    <w:docPart w:val="7384D2A6173C469FB383B2E1AD397697"/>
                  </w:placeholder>
                  <w:showingPlcHdr/>
                  <w:date>
                    <w:dateFormat w:val="yyyy-MM-dd"/>
                    <w:lid w:val="fr-CA"/>
                    <w:storeMappedDataAs w:val="dateTime"/>
                    <w:calendar w:val="gregorian"/>
                  </w:date>
                </w:sdtPr>
                <w:sdtContent>
                  <w:permStart w:id="1414747730" w:edGrp="everyone" w:displacedByCustomXml="prev"/>
                  <w:p w14:paraId="1A929658" w14:textId="0F671E1C" w:rsidR="003B0C3C" w:rsidRPr="009179B1" w:rsidRDefault="009179B1" w:rsidP="009179B1">
                    <w:pPr>
                      <w:spacing w:before="120"/>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1414747730" w:displacedByCustomXml="next"/>
                </w:sdtContent>
              </w:sdt>
            </w:sdtContent>
          </w:sdt>
        </w:tc>
      </w:tr>
      <w:tr w:rsidR="003B0C3C" w:rsidRPr="00D33DCF" w14:paraId="035C8E48" w14:textId="77777777" w:rsidTr="00114A72">
        <w:trPr>
          <w:trHeight w:val="360"/>
        </w:trPr>
        <w:tc>
          <w:tcPr>
            <w:tcW w:w="2407" w:type="dxa"/>
            <w:tcBorders>
              <w:top w:val="nil"/>
              <w:bottom w:val="single" w:sz="4" w:space="0" w:color="auto"/>
              <w:right w:val="nil"/>
            </w:tcBorders>
            <w:vAlign w:val="center"/>
          </w:tcPr>
          <w:p w14:paraId="468D4DC0" w14:textId="36DD1E38" w:rsidR="003B0C3C" w:rsidRPr="00D33DCF" w:rsidRDefault="003B0C3C" w:rsidP="00D33DCF">
            <w:pPr>
              <w:rPr>
                <w:rFonts w:asciiTheme="majorHAnsi" w:hAnsiTheme="majorHAnsi" w:cstheme="majorHAnsi"/>
                <w:sz w:val="20"/>
                <w:szCs w:val="20"/>
                <w:lang w:val="fr-CA"/>
              </w:rPr>
            </w:pPr>
            <w:r>
              <w:rPr>
                <w:rFonts w:asciiTheme="majorHAnsi" w:hAnsiTheme="majorHAnsi" w:cstheme="majorHAnsi"/>
                <w:sz w:val="20"/>
                <w:szCs w:val="20"/>
                <w:lang w:val="fr-CA"/>
              </w:rPr>
              <w:t>Adresse de résidence :</w:t>
            </w:r>
          </w:p>
        </w:tc>
        <w:tc>
          <w:tcPr>
            <w:tcW w:w="5670" w:type="dxa"/>
            <w:gridSpan w:val="4"/>
            <w:tcBorders>
              <w:top w:val="nil"/>
              <w:left w:val="nil"/>
              <w:bottom w:val="single" w:sz="4" w:space="0" w:color="auto"/>
              <w:right w:val="nil"/>
            </w:tcBorders>
            <w:vAlign w:val="center"/>
          </w:tcPr>
          <w:p w14:paraId="144BD8E9" w14:textId="3F1FFDD2" w:rsidR="003B0C3C" w:rsidRPr="00D33DCF" w:rsidRDefault="00000000" w:rsidP="00D33DCF">
            <w:pPr>
              <w:rPr>
                <w:rFonts w:asciiTheme="majorHAnsi" w:hAnsiTheme="majorHAnsi" w:cstheme="majorHAnsi"/>
                <w:sz w:val="20"/>
                <w:szCs w:val="20"/>
                <w:lang w:val="fr-CA"/>
              </w:rPr>
            </w:pPr>
            <w:sdt>
              <w:sdtPr>
                <w:rPr>
                  <w:rFonts w:asciiTheme="majorHAnsi" w:hAnsiTheme="majorHAnsi" w:cstheme="majorHAnsi"/>
                  <w:sz w:val="20"/>
                  <w:szCs w:val="20"/>
                </w:rPr>
                <w:id w:val="-1634940449"/>
                <w:placeholder>
                  <w:docPart w:val="0940DD2828984E6A9DF191726A967F58"/>
                </w:placeholder>
                <w:showingPlcHdr/>
              </w:sdtPr>
              <w:sdtContent>
                <w:permStart w:id="663646312" w:edGrp="everyone"/>
                <w:r w:rsidR="009179B1">
                  <w:rPr>
                    <w:rStyle w:val="Textedelespacerserv"/>
                    <w:rFonts w:asciiTheme="majorHAnsi" w:hAnsiTheme="majorHAnsi" w:cstheme="majorHAnsi"/>
                    <w:sz w:val="20"/>
                    <w:szCs w:val="20"/>
                  </w:rPr>
                  <w:t xml:space="preserve">                            </w:t>
                </w:r>
                <w:permEnd w:id="663646312"/>
              </w:sdtContent>
            </w:sdt>
          </w:p>
        </w:tc>
        <w:tc>
          <w:tcPr>
            <w:tcW w:w="1260" w:type="dxa"/>
            <w:tcBorders>
              <w:top w:val="nil"/>
              <w:left w:val="nil"/>
              <w:bottom w:val="single" w:sz="4" w:space="0" w:color="auto"/>
              <w:right w:val="nil"/>
            </w:tcBorders>
            <w:vAlign w:val="center"/>
          </w:tcPr>
          <w:p w14:paraId="208FCE58" w14:textId="06DB644E" w:rsidR="003B0C3C" w:rsidRPr="00D33DCF" w:rsidRDefault="003B0C3C" w:rsidP="00D33DCF">
            <w:pPr>
              <w:rPr>
                <w:rFonts w:asciiTheme="majorHAnsi" w:hAnsiTheme="majorHAnsi" w:cstheme="majorHAnsi"/>
                <w:sz w:val="20"/>
                <w:szCs w:val="20"/>
                <w:lang w:val="fr-CA"/>
              </w:rPr>
            </w:pPr>
            <w:r w:rsidRPr="00D33DCF">
              <w:rPr>
                <w:rFonts w:asciiTheme="majorHAnsi" w:hAnsiTheme="majorHAnsi" w:cstheme="majorHAnsi"/>
                <w:sz w:val="20"/>
                <w:szCs w:val="20"/>
                <w:lang w:val="fr-CA"/>
              </w:rPr>
              <w:t xml:space="preserve">Téléphone : </w:t>
            </w:r>
          </w:p>
        </w:tc>
        <w:tc>
          <w:tcPr>
            <w:tcW w:w="1654" w:type="dxa"/>
            <w:gridSpan w:val="2"/>
            <w:tcBorders>
              <w:top w:val="nil"/>
              <w:left w:val="nil"/>
              <w:bottom w:val="single" w:sz="4" w:space="0" w:color="auto"/>
            </w:tcBorders>
            <w:vAlign w:val="center"/>
          </w:tcPr>
          <w:p w14:paraId="5113E59D" w14:textId="1DB865E9" w:rsidR="003B0C3C" w:rsidRPr="00D33DCF" w:rsidRDefault="00000000" w:rsidP="00D33DCF">
            <w:pPr>
              <w:rPr>
                <w:rFonts w:asciiTheme="majorHAnsi" w:hAnsiTheme="majorHAnsi" w:cstheme="majorHAnsi"/>
                <w:sz w:val="20"/>
                <w:szCs w:val="20"/>
                <w:lang w:val="fr-CA"/>
              </w:rPr>
            </w:pPr>
            <w:sdt>
              <w:sdtPr>
                <w:rPr>
                  <w:rFonts w:asciiTheme="majorHAnsi" w:hAnsiTheme="majorHAnsi" w:cstheme="majorHAnsi"/>
                  <w:sz w:val="20"/>
                  <w:szCs w:val="20"/>
                </w:rPr>
                <w:id w:val="1980877738"/>
                <w:placeholder>
                  <w:docPart w:val="86C6B78614124B34B1149D6D21420939"/>
                </w:placeholder>
                <w:showingPlcHdr/>
              </w:sdtPr>
              <w:sdtContent>
                <w:permStart w:id="148002608" w:edGrp="everyone"/>
                <w:r w:rsidR="00F1002B">
                  <w:rPr>
                    <w:rStyle w:val="Textedelespacerserv"/>
                    <w:rFonts w:asciiTheme="majorHAnsi" w:hAnsiTheme="majorHAnsi" w:cstheme="majorHAnsi"/>
                    <w:sz w:val="20"/>
                    <w:szCs w:val="20"/>
                  </w:rPr>
                  <w:t xml:space="preserve">                            </w:t>
                </w:r>
                <w:permEnd w:id="148002608"/>
              </w:sdtContent>
            </w:sdt>
          </w:p>
        </w:tc>
      </w:tr>
      <w:tr w:rsidR="003B0C3C" w:rsidRPr="00D33DCF" w14:paraId="02944AA8" w14:textId="77777777" w:rsidTr="00114A72">
        <w:trPr>
          <w:trHeight w:val="360"/>
        </w:trPr>
        <w:tc>
          <w:tcPr>
            <w:tcW w:w="2407" w:type="dxa"/>
            <w:tcBorders>
              <w:bottom w:val="nil"/>
              <w:right w:val="nil"/>
            </w:tcBorders>
            <w:vAlign w:val="center"/>
          </w:tcPr>
          <w:p w14:paraId="396266D8" w14:textId="2CDE2453" w:rsidR="003B0C3C" w:rsidRPr="00D33DCF" w:rsidRDefault="003B0C3C" w:rsidP="00D33DCF">
            <w:pPr>
              <w:rPr>
                <w:rFonts w:asciiTheme="majorHAnsi" w:hAnsiTheme="majorHAnsi" w:cstheme="majorHAnsi"/>
                <w:sz w:val="20"/>
                <w:szCs w:val="20"/>
                <w:lang w:val="fr-CA"/>
              </w:rPr>
            </w:pPr>
            <w:r w:rsidRPr="00D33DCF">
              <w:rPr>
                <w:rFonts w:asciiTheme="majorHAnsi" w:hAnsiTheme="majorHAnsi" w:cstheme="majorHAnsi"/>
                <w:sz w:val="20"/>
                <w:szCs w:val="20"/>
                <w:lang w:val="fr-CA"/>
              </w:rPr>
              <w:t xml:space="preserve">Nom, prénom du père :  </w:t>
            </w:r>
          </w:p>
        </w:tc>
        <w:tc>
          <w:tcPr>
            <w:tcW w:w="5040" w:type="dxa"/>
            <w:gridSpan w:val="3"/>
            <w:tcBorders>
              <w:left w:val="nil"/>
              <w:bottom w:val="nil"/>
              <w:right w:val="nil"/>
            </w:tcBorders>
            <w:vAlign w:val="center"/>
          </w:tcPr>
          <w:p w14:paraId="4D408ABD" w14:textId="07CA61DC" w:rsidR="003B0C3C" w:rsidRPr="00D33DCF" w:rsidRDefault="00000000" w:rsidP="00D33DCF">
            <w:pPr>
              <w:spacing w:line="276" w:lineRule="auto"/>
              <w:rPr>
                <w:rFonts w:asciiTheme="majorHAnsi" w:hAnsiTheme="majorHAnsi" w:cstheme="majorHAnsi"/>
                <w:sz w:val="20"/>
                <w:szCs w:val="20"/>
                <w:lang w:val="fr-CA"/>
              </w:rPr>
            </w:pPr>
            <w:sdt>
              <w:sdtPr>
                <w:rPr>
                  <w:rFonts w:asciiTheme="majorHAnsi" w:hAnsiTheme="majorHAnsi" w:cstheme="majorHAnsi"/>
                  <w:sz w:val="20"/>
                  <w:szCs w:val="20"/>
                </w:rPr>
                <w:id w:val="-260916489"/>
                <w:placeholder>
                  <w:docPart w:val="34A31A5D069E413D8865547264D1A54C"/>
                </w:placeholder>
                <w:showingPlcHdr/>
              </w:sdtPr>
              <w:sdtContent>
                <w:permStart w:id="2079130516" w:edGrp="everyone"/>
                <w:r w:rsidR="009179B1">
                  <w:rPr>
                    <w:rStyle w:val="Textedelespacerserv"/>
                    <w:rFonts w:asciiTheme="majorHAnsi" w:hAnsiTheme="majorHAnsi" w:cstheme="majorHAnsi"/>
                    <w:sz w:val="20"/>
                    <w:szCs w:val="20"/>
                  </w:rPr>
                  <w:t xml:space="preserve">                            </w:t>
                </w:r>
                <w:permEnd w:id="2079130516"/>
              </w:sdtContent>
            </w:sdt>
          </w:p>
        </w:tc>
        <w:tc>
          <w:tcPr>
            <w:tcW w:w="1890" w:type="dxa"/>
            <w:gridSpan w:val="2"/>
            <w:tcBorders>
              <w:left w:val="nil"/>
              <w:bottom w:val="nil"/>
              <w:right w:val="nil"/>
            </w:tcBorders>
            <w:vAlign w:val="center"/>
          </w:tcPr>
          <w:p w14:paraId="58C99A91" w14:textId="6A9590F0" w:rsidR="003B0C3C" w:rsidRPr="00D33DCF" w:rsidRDefault="003B0C3C" w:rsidP="00D33DCF">
            <w:pPr>
              <w:spacing w:line="276" w:lineRule="auto"/>
              <w:rPr>
                <w:rFonts w:asciiTheme="majorHAnsi" w:hAnsiTheme="majorHAnsi" w:cstheme="majorHAnsi"/>
                <w:sz w:val="20"/>
                <w:szCs w:val="20"/>
                <w:lang w:val="fr-CA"/>
              </w:rPr>
            </w:pPr>
            <w:r w:rsidRPr="00D33DCF">
              <w:rPr>
                <w:rFonts w:asciiTheme="majorHAnsi" w:hAnsiTheme="majorHAnsi" w:cstheme="majorHAnsi"/>
                <w:sz w:val="20"/>
                <w:szCs w:val="20"/>
                <w:lang w:val="fr-CA"/>
              </w:rPr>
              <w:t>Date de naissance :</w:t>
            </w:r>
            <w:r w:rsidR="00114A72">
              <w:rPr>
                <w:rFonts w:asciiTheme="majorHAnsi" w:hAnsiTheme="majorHAnsi" w:cstheme="majorHAnsi"/>
                <w:sz w:val="20"/>
                <w:szCs w:val="20"/>
                <w:lang w:val="fr-CA"/>
              </w:rPr>
              <w:t xml:space="preserve"> </w:t>
            </w:r>
          </w:p>
        </w:tc>
        <w:tc>
          <w:tcPr>
            <w:tcW w:w="1654" w:type="dxa"/>
            <w:gridSpan w:val="2"/>
            <w:tcBorders>
              <w:left w:val="nil"/>
              <w:bottom w:val="nil"/>
            </w:tcBorders>
            <w:vAlign w:val="center"/>
          </w:tcPr>
          <w:sdt>
            <w:sdtPr>
              <w:rPr>
                <w:rFonts w:asciiTheme="majorHAnsi" w:hAnsiTheme="majorHAnsi" w:cstheme="majorHAnsi"/>
                <w:sz w:val="20"/>
                <w:szCs w:val="20"/>
                <w:lang w:val="fr-CA"/>
              </w:rPr>
              <w:id w:val="1081564380"/>
              <w:placeholder>
                <w:docPart w:val="43BDC419AC8E4CDE9D1E5C1721E7E40D"/>
              </w:placeholder>
            </w:sdtPr>
            <w:sdtContent>
              <w:sdt>
                <w:sdtPr>
                  <w:rPr>
                    <w:rFonts w:asciiTheme="majorHAnsi" w:hAnsiTheme="majorHAnsi" w:cstheme="majorHAnsi"/>
                    <w:sz w:val="20"/>
                    <w:szCs w:val="20"/>
                  </w:rPr>
                  <w:id w:val="-1582751439"/>
                  <w:placeholder>
                    <w:docPart w:val="994E385A62314BD88EFEA5853963C7BB"/>
                  </w:placeholder>
                  <w:showingPlcHdr/>
                  <w:date>
                    <w:dateFormat w:val="yyyy-MM-dd"/>
                    <w:lid w:val="fr-CA"/>
                    <w:storeMappedDataAs w:val="dateTime"/>
                    <w:calendar w:val="gregorian"/>
                  </w:date>
                </w:sdtPr>
                <w:sdtContent>
                  <w:permStart w:id="1397707072" w:edGrp="everyone" w:displacedByCustomXml="prev"/>
                  <w:p w14:paraId="0F531D36" w14:textId="6E9C8D63" w:rsidR="003B0C3C" w:rsidRPr="009179B1" w:rsidRDefault="009179B1" w:rsidP="009179B1">
                    <w:pPr>
                      <w:spacing w:before="120"/>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1397707072" w:displacedByCustomXml="next"/>
                </w:sdtContent>
              </w:sdt>
            </w:sdtContent>
          </w:sdt>
        </w:tc>
      </w:tr>
      <w:tr w:rsidR="003B0C3C" w:rsidRPr="00D33DCF" w14:paraId="6E9BD878" w14:textId="77777777" w:rsidTr="00114A72">
        <w:trPr>
          <w:trHeight w:val="360"/>
        </w:trPr>
        <w:tc>
          <w:tcPr>
            <w:tcW w:w="2407" w:type="dxa"/>
            <w:tcBorders>
              <w:top w:val="nil"/>
              <w:bottom w:val="single" w:sz="4" w:space="0" w:color="auto"/>
              <w:right w:val="nil"/>
            </w:tcBorders>
            <w:vAlign w:val="center"/>
          </w:tcPr>
          <w:p w14:paraId="0B7024DD" w14:textId="1E999378" w:rsidR="003B0C3C" w:rsidRPr="00D33DCF" w:rsidRDefault="003B0C3C" w:rsidP="00D33DCF">
            <w:pPr>
              <w:rPr>
                <w:rFonts w:asciiTheme="majorHAnsi" w:hAnsiTheme="majorHAnsi" w:cstheme="majorHAnsi"/>
                <w:sz w:val="20"/>
                <w:szCs w:val="20"/>
                <w:lang w:val="fr-CA"/>
              </w:rPr>
            </w:pPr>
            <w:r>
              <w:rPr>
                <w:rFonts w:asciiTheme="majorHAnsi" w:hAnsiTheme="majorHAnsi" w:cstheme="majorHAnsi"/>
                <w:sz w:val="20"/>
                <w:szCs w:val="20"/>
                <w:lang w:val="fr-CA"/>
              </w:rPr>
              <w:t>Adresse de résidence :</w:t>
            </w:r>
          </w:p>
        </w:tc>
        <w:tc>
          <w:tcPr>
            <w:tcW w:w="5670" w:type="dxa"/>
            <w:gridSpan w:val="4"/>
            <w:tcBorders>
              <w:top w:val="nil"/>
              <w:left w:val="nil"/>
              <w:right w:val="nil"/>
            </w:tcBorders>
            <w:vAlign w:val="center"/>
          </w:tcPr>
          <w:p w14:paraId="1BF3A421" w14:textId="7193141D" w:rsidR="003B0C3C" w:rsidRPr="00D33DCF" w:rsidRDefault="00000000" w:rsidP="00D33DCF">
            <w:pPr>
              <w:rPr>
                <w:rFonts w:asciiTheme="majorHAnsi" w:hAnsiTheme="majorHAnsi" w:cstheme="majorHAnsi"/>
                <w:sz w:val="20"/>
                <w:szCs w:val="20"/>
                <w:lang w:val="fr-CA"/>
              </w:rPr>
            </w:pPr>
            <w:sdt>
              <w:sdtPr>
                <w:rPr>
                  <w:rFonts w:asciiTheme="majorHAnsi" w:hAnsiTheme="majorHAnsi" w:cstheme="majorHAnsi"/>
                  <w:sz w:val="20"/>
                  <w:szCs w:val="20"/>
                </w:rPr>
                <w:id w:val="425844482"/>
                <w:placeholder>
                  <w:docPart w:val="DCC108C54ACF468DBCE3B4485337D4FE"/>
                </w:placeholder>
                <w:showingPlcHdr/>
              </w:sdtPr>
              <w:sdtContent>
                <w:permStart w:id="915428912" w:edGrp="everyone"/>
                <w:r w:rsidR="009179B1">
                  <w:rPr>
                    <w:rStyle w:val="Textedelespacerserv"/>
                    <w:rFonts w:asciiTheme="majorHAnsi" w:hAnsiTheme="majorHAnsi" w:cstheme="majorHAnsi"/>
                    <w:sz w:val="20"/>
                    <w:szCs w:val="20"/>
                  </w:rPr>
                  <w:t xml:space="preserve">                            </w:t>
                </w:r>
                <w:permEnd w:id="915428912"/>
              </w:sdtContent>
            </w:sdt>
          </w:p>
        </w:tc>
        <w:tc>
          <w:tcPr>
            <w:tcW w:w="1260" w:type="dxa"/>
            <w:tcBorders>
              <w:top w:val="nil"/>
              <w:left w:val="nil"/>
              <w:right w:val="nil"/>
            </w:tcBorders>
            <w:vAlign w:val="center"/>
          </w:tcPr>
          <w:p w14:paraId="1839C095" w14:textId="58CB2D97" w:rsidR="003B0C3C" w:rsidRPr="00D33DCF" w:rsidRDefault="003B0C3C" w:rsidP="00D33DCF">
            <w:pPr>
              <w:rPr>
                <w:rFonts w:asciiTheme="majorHAnsi" w:hAnsiTheme="majorHAnsi" w:cstheme="majorHAnsi"/>
                <w:sz w:val="20"/>
                <w:szCs w:val="20"/>
                <w:lang w:val="fr-CA"/>
              </w:rPr>
            </w:pPr>
            <w:r w:rsidRPr="00D33DCF">
              <w:rPr>
                <w:rFonts w:asciiTheme="majorHAnsi" w:hAnsiTheme="majorHAnsi" w:cstheme="majorHAnsi"/>
                <w:sz w:val="20"/>
                <w:szCs w:val="20"/>
                <w:lang w:val="fr-CA"/>
              </w:rPr>
              <w:t>Téléphone :</w:t>
            </w:r>
          </w:p>
        </w:tc>
        <w:tc>
          <w:tcPr>
            <w:tcW w:w="1654" w:type="dxa"/>
            <w:gridSpan w:val="2"/>
            <w:tcBorders>
              <w:top w:val="nil"/>
              <w:left w:val="nil"/>
            </w:tcBorders>
            <w:vAlign w:val="center"/>
          </w:tcPr>
          <w:p w14:paraId="6BDF3FB4" w14:textId="7F629FBD" w:rsidR="003B0C3C" w:rsidRPr="00D33DCF" w:rsidRDefault="00000000" w:rsidP="00D33DCF">
            <w:pPr>
              <w:rPr>
                <w:rFonts w:asciiTheme="majorHAnsi" w:hAnsiTheme="majorHAnsi" w:cstheme="majorHAnsi"/>
                <w:sz w:val="20"/>
                <w:szCs w:val="20"/>
                <w:lang w:val="fr-CA"/>
              </w:rPr>
            </w:pPr>
            <w:sdt>
              <w:sdtPr>
                <w:rPr>
                  <w:rFonts w:asciiTheme="majorHAnsi" w:hAnsiTheme="majorHAnsi" w:cstheme="majorHAnsi"/>
                  <w:sz w:val="20"/>
                  <w:szCs w:val="20"/>
                </w:rPr>
                <w:id w:val="665824910"/>
                <w:placeholder>
                  <w:docPart w:val="EE5AB4222E7B4C78AFFD2398EF0A4754"/>
                </w:placeholder>
                <w:showingPlcHdr/>
              </w:sdtPr>
              <w:sdtContent>
                <w:permStart w:id="850753771" w:edGrp="everyone"/>
                <w:r w:rsidR="009179B1">
                  <w:rPr>
                    <w:rStyle w:val="Textedelespacerserv"/>
                    <w:rFonts w:asciiTheme="majorHAnsi" w:hAnsiTheme="majorHAnsi" w:cstheme="majorHAnsi"/>
                    <w:sz w:val="20"/>
                    <w:szCs w:val="20"/>
                  </w:rPr>
                  <w:t xml:space="preserve">                            </w:t>
                </w:r>
                <w:permEnd w:id="850753771"/>
              </w:sdtContent>
            </w:sdt>
          </w:p>
        </w:tc>
      </w:tr>
      <w:tr w:rsidR="00D33DCF" w:rsidRPr="00D33DCF" w14:paraId="0ADB7D73" w14:textId="77777777" w:rsidTr="00114A72">
        <w:trPr>
          <w:trHeight w:val="360"/>
        </w:trPr>
        <w:tc>
          <w:tcPr>
            <w:tcW w:w="2407" w:type="dxa"/>
            <w:tcBorders>
              <w:bottom w:val="single" w:sz="4" w:space="0" w:color="auto"/>
              <w:right w:val="nil"/>
            </w:tcBorders>
            <w:vAlign w:val="center"/>
          </w:tcPr>
          <w:p w14:paraId="0E00BEB0" w14:textId="77777777" w:rsidR="00D33DCF" w:rsidRPr="00D33DCF" w:rsidRDefault="00D33DCF" w:rsidP="00D33DCF">
            <w:pPr>
              <w:spacing w:line="276" w:lineRule="auto"/>
              <w:rPr>
                <w:rFonts w:asciiTheme="majorHAnsi" w:hAnsiTheme="majorHAnsi" w:cstheme="majorHAnsi"/>
                <w:sz w:val="20"/>
                <w:szCs w:val="20"/>
                <w:lang w:val="fr-CA"/>
              </w:rPr>
            </w:pPr>
            <w:r w:rsidRPr="00D33DCF">
              <w:rPr>
                <w:rFonts w:asciiTheme="majorHAnsi" w:hAnsiTheme="majorHAnsi" w:cstheme="majorHAnsi"/>
                <w:sz w:val="20"/>
                <w:szCs w:val="20"/>
                <w:lang w:val="fr-CA"/>
              </w:rPr>
              <w:t>Attributs parentaux :</w:t>
            </w:r>
          </w:p>
        </w:tc>
        <w:permStart w:id="1319334768" w:edGrp="everyone"/>
        <w:tc>
          <w:tcPr>
            <w:tcW w:w="3600" w:type="dxa"/>
            <w:tcBorders>
              <w:left w:val="nil"/>
              <w:bottom w:val="single" w:sz="4" w:space="0" w:color="auto"/>
              <w:right w:val="nil"/>
            </w:tcBorders>
            <w:vAlign w:val="center"/>
          </w:tcPr>
          <w:p w14:paraId="4DA02D7F" w14:textId="77777777" w:rsidR="00D33DCF" w:rsidRPr="00D33DCF" w:rsidRDefault="00000000" w:rsidP="00D33DCF">
            <w:pPr>
              <w:spacing w:line="276" w:lineRule="auto"/>
              <w:rPr>
                <w:rFonts w:asciiTheme="majorHAnsi" w:hAnsiTheme="majorHAnsi" w:cstheme="majorHAnsi"/>
                <w:sz w:val="20"/>
                <w:szCs w:val="20"/>
                <w:lang w:val="fr-CA"/>
              </w:rPr>
            </w:pPr>
            <w:sdt>
              <w:sdtPr>
                <w:rPr>
                  <w:rFonts w:asciiTheme="majorHAnsi" w:hAnsiTheme="majorHAnsi" w:cstheme="majorHAnsi"/>
                  <w:sz w:val="20"/>
                  <w:szCs w:val="20"/>
                  <w:lang w:val="fr-CA"/>
                </w:rPr>
                <w:id w:val="1811514599"/>
                <w14:checkbox>
                  <w14:checked w14:val="0"/>
                  <w14:checkedState w14:val="2612" w14:font="MS Gothic"/>
                  <w14:uncheckedState w14:val="2610" w14:font="MS Gothic"/>
                </w14:checkbox>
              </w:sdtPr>
              <w:sdtContent>
                <w:r w:rsidR="00D33DCF" w:rsidRPr="00D33DCF">
                  <w:rPr>
                    <w:rFonts w:ascii="Segoe UI Symbol" w:hAnsi="Segoe UI Symbol" w:cs="Segoe UI Symbol"/>
                    <w:sz w:val="20"/>
                    <w:szCs w:val="20"/>
                    <w:lang w:val="fr-CA"/>
                  </w:rPr>
                  <w:t>☐</w:t>
                </w:r>
              </w:sdtContent>
            </w:sdt>
            <w:permEnd w:id="1319334768"/>
            <w:r w:rsidR="00D33DCF" w:rsidRPr="00D33DCF">
              <w:rPr>
                <w:rFonts w:asciiTheme="majorHAnsi" w:hAnsiTheme="majorHAnsi" w:cstheme="majorHAnsi"/>
                <w:sz w:val="20"/>
                <w:szCs w:val="20"/>
                <w:lang w:val="fr-CA"/>
              </w:rPr>
              <w:t xml:space="preserve"> Père</w:t>
            </w:r>
            <w:r w:rsidR="00D33DCF" w:rsidRPr="00D33DCF">
              <w:rPr>
                <w:rFonts w:asciiTheme="majorHAnsi" w:hAnsiTheme="majorHAnsi" w:cstheme="majorHAnsi"/>
                <w:sz w:val="20"/>
                <w:szCs w:val="20"/>
                <w:lang w:val="fr-CA"/>
              </w:rPr>
              <w:tab/>
            </w:r>
            <w:r w:rsidR="00D33DCF" w:rsidRPr="00D33DCF">
              <w:rPr>
                <w:rFonts w:asciiTheme="majorHAnsi" w:hAnsiTheme="majorHAnsi" w:cstheme="majorHAnsi"/>
                <w:sz w:val="20"/>
                <w:szCs w:val="20"/>
                <w:lang w:val="fr-CA"/>
              </w:rPr>
              <w:tab/>
            </w:r>
            <w:permStart w:id="1292926699" w:edGrp="everyone"/>
            <w:sdt>
              <w:sdtPr>
                <w:rPr>
                  <w:rFonts w:asciiTheme="majorHAnsi" w:hAnsiTheme="majorHAnsi" w:cstheme="majorHAnsi"/>
                  <w:sz w:val="20"/>
                  <w:szCs w:val="20"/>
                  <w:lang w:val="fr-CA"/>
                </w:rPr>
                <w:id w:val="-1147434205"/>
                <w14:checkbox>
                  <w14:checked w14:val="0"/>
                  <w14:checkedState w14:val="2612" w14:font="MS Gothic"/>
                  <w14:uncheckedState w14:val="2610" w14:font="MS Gothic"/>
                </w14:checkbox>
              </w:sdtPr>
              <w:sdtContent>
                <w:r w:rsidR="00D33DCF" w:rsidRPr="00D33DCF">
                  <w:rPr>
                    <w:rFonts w:ascii="Segoe UI Symbol" w:hAnsi="Segoe UI Symbol" w:cs="Segoe UI Symbol"/>
                    <w:sz w:val="20"/>
                    <w:szCs w:val="20"/>
                    <w:lang w:val="fr-CA"/>
                  </w:rPr>
                  <w:t>☐</w:t>
                </w:r>
              </w:sdtContent>
            </w:sdt>
            <w:permEnd w:id="1292926699"/>
            <w:r w:rsidR="00D33DCF" w:rsidRPr="00D33DCF">
              <w:rPr>
                <w:rFonts w:asciiTheme="majorHAnsi" w:hAnsiTheme="majorHAnsi" w:cstheme="majorHAnsi"/>
                <w:sz w:val="20"/>
                <w:szCs w:val="20"/>
                <w:lang w:val="fr-CA"/>
              </w:rPr>
              <w:t xml:space="preserve"> Mère</w:t>
            </w:r>
          </w:p>
        </w:tc>
        <w:permStart w:id="887362248" w:edGrp="everyone"/>
        <w:tc>
          <w:tcPr>
            <w:tcW w:w="1440" w:type="dxa"/>
            <w:gridSpan w:val="2"/>
            <w:tcBorders>
              <w:left w:val="nil"/>
              <w:bottom w:val="single" w:sz="4" w:space="0" w:color="auto"/>
              <w:right w:val="nil"/>
            </w:tcBorders>
            <w:vAlign w:val="center"/>
          </w:tcPr>
          <w:p w14:paraId="14FE3D87" w14:textId="77777777" w:rsidR="00D33DCF" w:rsidRPr="00D33DCF" w:rsidRDefault="00000000" w:rsidP="00D33DCF">
            <w:pPr>
              <w:spacing w:line="276" w:lineRule="auto"/>
              <w:rPr>
                <w:rFonts w:asciiTheme="majorHAnsi" w:hAnsiTheme="majorHAnsi" w:cstheme="majorHAnsi"/>
                <w:sz w:val="20"/>
                <w:szCs w:val="20"/>
                <w:lang w:val="fr-CA"/>
              </w:rPr>
            </w:pPr>
            <w:sdt>
              <w:sdtPr>
                <w:rPr>
                  <w:rFonts w:asciiTheme="majorHAnsi" w:hAnsiTheme="majorHAnsi" w:cstheme="majorHAnsi"/>
                  <w:sz w:val="20"/>
                  <w:szCs w:val="20"/>
                  <w:lang w:val="fr-CA"/>
                </w:rPr>
                <w:id w:val="-1377460458"/>
                <w14:checkbox>
                  <w14:checked w14:val="0"/>
                  <w14:checkedState w14:val="2612" w14:font="MS Gothic"/>
                  <w14:uncheckedState w14:val="2610" w14:font="MS Gothic"/>
                </w14:checkbox>
              </w:sdtPr>
              <w:sdtContent>
                <w:r w:rsidR="00D33DCF" w:rsidRPr="00D33DCF">
                  <w:rPr>
                    <w:rFonts w:ascii="Segoe UI Symbol" w:hAnsi="Segoe UI Symbol" w:cs="Segoe UI Symbol"/>
                    <w:sz w:val="20"/>
                    <w:szCs w:val="20"/>
                    <w:lang w:val="fr-CA"/>
                  </w:rPr>
                  <w:t>☐</w:t>
                </w:r>
              </w:sdtContent>
            </w:sdt>
            <w:permEnd w:id="887362248"/>
            <w:r w:rsidR="00D33DCF" w:rsidRPr="00D33DCF">
              <w:rPr>
                <w:rFonts w:asciiTheme="majorHAnsi" w:hAnsiTheme="majorHAnsi" w:cstheme="majorHAnsi"/>
                <w:sz w:val="20"/>
                <w:szCs w:val="20"/>
                <w:lang w:val="fr-CA"/>
              </w:rPr>
              <w:t xml:space="preserve"> Autres</w:t>
            </w:r>
          </w:p>
        </w:tc>
        <w:tc>
          <w:tcPr>
            <w:tcW w:w="3544" w:type="dxa"/>
            <w:gridSpan w:val="4"/>
            <w:tcBorders>
              <w:left w:val="nil"/>
              <w:bottom w:val="single" w:sz="4" w:space="0" w:color="auto"/>
            </w:tcBorders>
            <w:vAlign w:val="center"/>
          </w:tcPr>
          <w:p w14:paraId="788B1618" w14:textId="1FC02800" w:rsidR="00D33DCF" w:rsidRPr="00D33DCF" w:rsidRDefault="00D33DCF" w:rsidP="00D33DCF">
            <w:pPr>
              <w:spacing w:line="276" w:lineRule="auto"/>
              <w:rPr>
                <w:rFonts w:asciiTheme="majorHAnsi" w:hAnsiTheme="majorHAnsi" w:cstheme="majorHAnsi"/>
                <w:sz w:val="20"/>
                <w:szCs w:val="20"/>
                <w:lang w:val="fr-CA"/>
              </w:rPr>
            </w:pPr>
            <w:r w:rsidRPr="00D33DCF">
              <w:rPr>
                <w:rFonts w:asciiTheme="majorHAnsi" w:hAnsiTheme="majorHAnsi" w:cstheme="majorHAnsi"/>
                <w:sz w:val="20"/>
                <w:szCs w:val="20"/>
                <w:lang w:val="fr-CA"/>
              </w:rPr>
              <w:t xml:space="preserve"> </w:t>
            </w:r>
            <w:sdt>
              <w:sdtPr>
                <w:rPr>
                  <w:rFonts w:asciiTheme="majorHAnsi" w:hAnsiTheme="majorHAnsi" w:cstheme="majorHAnsi"/>
                  <w:sz w:val="20"/>
                  <w:szCs w:val="20"/>
                </w:rPr>
                <w:id w:val="404503909"/>
                <w:placeholder>
                  <w:docPart w:val="8451ED29280B4E46BB503F3164E7C09F"/>
                </w:placeholder>
                <w:showingPlcHdr/>
              </w:sdtPr>
              <w:sdtContent>
                <w:permStart w:id="1302091356" w:edGrp="everyone"/>
                <w:r w:rsidR="009179B1">
                  <w:rPr>
                    <w:rStyle w:val="Textedelespacerserv"/>
                    <w:rFonts w:asciiTheme="majorHAnsi" w:hAnsiTheme="majorHAnsi" w:cstheme="majorHAnsi"/>
                    <w:sz w:val="20"/>
                    <w:szCs w:val="20"/>
                  </w:rPr>
                  <w:t xml:space="preserve">                            </w:t>
                </w:r>
                <w:permEnd w:id="1302091356"/>
              </w:sdtContent>
            </w:sdt>
          </w:p>
        </w:tc>
      </w:tr>
      <w:tr w:rsidR="00D33DCF" w:rsidRPr="00D33DCF" w14:paraId="0CB3F8AC" w14:textId="77777777" w:rsidTr="00114A72">
        <w:trPr>
          <w:trHeight w:val="360"/>
        </w:trPr>
        <w:tc>
          <w:tcPr>
            <w:tcW w:w="2407" w:type="dxa"/>
            <w:vMerge w:val="restart"/>
            <w:tcBorders>
              <w:right w:val="nil"/>
            </w:tcBorders>
          </w:tcPr>
          <w:p w14:paraId="21685974" w14:textId="77777777" w:rsidR="00D33DCF" w:rsidRPr="00D33DCF" w:rsidRDefault="00D33DCF" w:rsidP="00D33DCF">
            <w:pPr>
              <w:spacing w:line="276" w:lineRule="auto"/>
              <w:rPr>
                <w:rFonts w:asciiTheme="majorHAnsi" w:hAnsiTheme="majorHAnsi" w:cstheme="majorHAnsi"/>
                <w:sz w:val="20"/>
                <w:szCs w:val="20"/>
                <w:lang w:val="fr-CA"/>
              </w:rPr>
            </w:pPr>
            <w:r w:rsidRPr="00D33DCF">
              <w:rPr>
                <w:rFonts w:asciiTheme="majorHAnsi" w:hAnsiTheme="majorHAnsi" w:cstheme="majorHAnsi"/>
                <w:sz w:val="20"/>
                <w:szCs w:val="20"/>
                <w:lang w:val="fr-CA"/>
              </w:rPr>
              <w:t>Fratrie :</w:t>
            </w:r>
          </w:p>
          <w:p w14:paraId="0C47287A" w14:textId="184C3612" w:rsidR="00D33DCF" w:rsidRDefault="00D33DCF" w:rsidP="00D33DCF">
            <w:pPr>
              <w:spacing w:line="276" w:lineRule="auto"/>
              <w:rPr>
                <w:rFonts w:asciiTheme="majorHAnsi" w:hAnsiTheme="majorHAnsi" w:cstheme="majorHAnsi"/>
                <w:i/>
                <w:iCs/>
                <w:sz w:val="20"/>
                <w:szCs w:val="20"/>
                <w:lang w:val="fr-CA"/>
              </w:rPr>
            </w:pPr>
            <w:r w:rsidRPr="00D33DCF">
              <w:rPr>
                <w:rFonts w:asciiTheme="majorHAnsi" w:hAnsiTheme="majorHAnsi" w:cstheme="majorHAnsi"/>
                <w:i/>
                <w:iCs/>
                <w:sz w:val="20"/>
                <w:szCs w:val="20"/>
                <w:lang w:val="fr-CA"/>
              </w:rPr>
              <w:t xml:space="preserve">Nom </w:t>
            </w:r>
            <w:r w:rsidR="0026570F">
              <w:rPr>
                <w:rFonts w:asciiTheme="majorHAnsi" w:hAnsiTheme="majorHAnsi" w:cstheme="majorHAnsi"/>
                <w:i/>
                <w:iCs/>
                <w:sz w:val="20"/>
                <w:szCs w:val="20"/>
                <w:lang w:val="fr-CA"/>
              </w:rPr>
              <w:t>et</w:t>
            </w:r>
            <w:r w:rsidRPr="00D33DCF">
              <w:rPr>
                <w:rFonts w:asciiTheme="majorHAnsi" w:hAnsiTheme="majorHAnsi" w:cstheme="majorHAnsi"/>
                <w:i/>
                <w:iCs/>
                <w:sz w:val="20"/>
                <w:szCs w:val="20"/>
                <w:lang w:val="fr-CA"/>
              </w:rPr>
              <w:t xml:space="preserve"> date de naissance.</w:t>
            </w:r>
          </w:p>
          <w:p w14:paraId="3B3C8537" w14:textId="062B0AD0" w:rsidR="007F6BA6" w:rsidRPr="00D33DCF" w:rsidRDefault="007F6BA6" w:rsidP="00D33DCF">
            <w:pPr>
              <w:spacing w:line="276" w:lineRule="auto"/>
              <w:rPr>
                <w:rFonts w:asciiTheme="majorHAnsi" w:hAnsiTheme="majorHAnsi" w:cstheme="majorHAnsi"/>
                <w:sz w:val="20"/>
                <w:szCs w:val="20"/>
                <w:lang w:val="fr-CA"/>
              </w:rPr>
            </w:pPr>
            <w:r w:rsidRPr="007F6BA6">
              <w:rPr>
                <w:rFonts w:asciiTheme="majorHAnsi" w:hAnsiTheme="majorHAnsi" w:cstheme="majorHAnsi"/>
                <w:i/>
                <w:iCs/>
                <w:sz w:val="16"/>
                <w:szCs w:val="16"/>
                <w:lang w:val="fr-CA"/>
              </w:rPr>
              <w:t xml:space="preserve">Vous pouvez entrer plusieurs noms </w:t>
            </w:r>
            <w:r>
              <w:rPr>
                <w:rFonts w:asciiTheme="majorHAnsi" w:hAnsiTheme="majorHAnsi" w:cstheme="majorHAnsi"/>
                <w:i/>
                <w:iCs/>
                <w:sz w:val="16"/>
                <w:szCs w:val="16"/>
                <w:lang w:val="fr-CA"/>
              </w:rPr>
              <w:t xml:space="preserve">dans la ligne </w:t>
            </w:r>
            <w:r w:rsidRPr="007F6BA6">
              <w:rPr>
                <w:rFonts w:asciiTheme="majorHAnsi" w:hAnsiTheme="majorHAnsi" w:cstheme="majorHAnsi"/>
                <w:i/>
                <w:iCs/>
                <w:sz w:val="16"/>
                <w:szCs w:val="16"/>
                <w:lang w:val="fr-CA"/>
              </w:rPr>
              <w:t>au besoin.</w:t>
            </w:r>
          </w:p>
        </w:tc>
        <w:tc>
          <w:tcPr>
            <w:tcW w:w="4528" w:type="dxa"/>
            <w:gridSpan w:val="2"/>
            <w:tcBorders>
              <w:left w:val="nil"/>
              <w:bottom w:val="nil"/>
              <w:right w:val="nil"/>
            </w:tcBorders>
            <w:vAlign w:val="center"/>
          </w:tcPr>
          <w:p w14:paraId="1BCF732A" w14:textId="55059FB4" w:rsidR="00D33DCF" w:rsidRPr="00D33DCF" w:rsidRDefault="00000000" w:rsidP="00D33DCF">
            <w:pPr>
              <w:spacing w:line="276" w:lineRule="auto"/>
              <w:rPr>
                <w:rFonts w:asciiTheme="majorHAnsi" w:hAnsiTheme="majorHAnsi" w:cstheme="majorHAnsi"/>
                <w:sz w:val="20"/>
                <w:szCs w:val="20"/>
                <w:lang w:val="fr-CA"/>
              </w:rPr>
            </w:pPr>
            <w:sdt>
              <w:sdtPr>
                <w:rPr>
                  <w:rFonts w:asciiTheme="majorHAnsi" w:hAnsiTheme="majorHAnsi" w:cstheme="majorHAnsi"/>
                  <w:sz w:val="20"/>
                  <w:szCs w:val="20"/>
                </w:rPr>
                <w:id w:val="-1426802545"/>
                <w:placeholder>
                  <w:docPart w:val="BA953C44A0CE473EA2EA1F5BDCE84FBC"/>
                </w:placeholder>
                <w:showingPlcHdr/>
              </w:sdtPr>
              <w:sdtContent>
                <w:permStart w:id="2006670228" w:edGrp="everyone"/>
                <w:r w:rsidR="009179B1">
                  <w:rPr>
                    <w:rStyle w:val="Textedelespacerserv"/>
                    <w:rFonts w:asciiTheme="majorHAnsi" w:hAnsiTheme="majorHAnsi" w:cstheme="majorHAnsi"/>
                    <w:sz w:val="20"/>
                    <w:szCs w:val="20"/>
                  </w:rPr>
                  <w:t xml:space="preserve">                            </w:t>
                </w:r>
                <w:permEnd w:id="2006670228"/>
              </w:sdtContent>
            </w:sdt>
          </w:p>
        </w:tc>
        <w:tc>
          <w:tcPr>
            <w:tcW w:w="4056" w:type="dxa"/>
            <w:gridSpan w:val="5"/>
            <w:tcBorders>
              <w:left w:val="nil"/>
              <w:bottom w:val="nil"/>
            </w:tcBorders>
            <w:vAlign w:val="center"/>
          </w:tcPr>
          <w:sdt>
            <w:sdtPr>
              <w:rPr>
                <w:rFonts w:asciiTheme="majorHAnsi" w:hAnsiTheme="majorHAnsi" w:cstheme="majorHAnsi"/>
                <w:sz w:val="20"/>
                <w:szCs w:val="20"/>
              </w:rPr>
              <w:id w:val="-1596386828"/>
              <w:placeholder>
                <w:docPart w:val="BA6DFB7C62444CDF88EA6039BC928869"/>
              </w:placeholder>
              <w:showingPlcHdr/>
              <w:date>
                <w:dateFormat w:val="yyyy-MM-dd"/>
                <w:lid w:val="fr-CA"/>
                <w:storeMappedDataAs w:val="dateTime"/>
                <w:calendar w:val="gregorian"/>
              </w:date>
            </w:sdtPr>
            <w:sdtContent>
              <w:permStart w:id="86442317" w:edGrp="everyone" w:displacedByCustomXml="prev"/>
              <w:p w14:paraId="0081C01E" w14:textId="5C776D4C" w:rsidR="00D33DCF" w:rsidRPr="00A86FA6" w:rsidRDefault="00A86FA6" w:rsidP="00A86FA6">
                <w:pPr>
                  <w:spacing w:before="120" w:line="276" w:lineRule="auto"/>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86442317" w:displacedByCustomXml="next"/>
            </w:sdtContent>
          </w:sdt>
        </w:tc>
      </w:tr>
      <w:tr w:rsidR="00D33DCF" w:rsidRPr="00D33DCF" w14:paraId="2DC54818" w14:textId="77777777" w:rsidTr="00114A72">
        <w:trPr>
          <w:trHeight w:val="360"/>
        </w:trPr>
        <w:tc>
          <w:tcPr>
            <w:tcW w:w="2407" w:type="dxa"/>
            <w:vMerge/>
            <w:tcBorders>
              <w:right w:val="nil"/>
            </w:tcBorders>
            <w:vAlign w:val="center"/>
          </w:tcPr>
          <w:p w14:paraId="6F5793AF" w14:textId="77777777" w:rsidR="00D33DCF" w:rsidRPr="00D33DCF" w:rsidRDefault="00D33DCF" w:rsidP="00D33DCF">
            <w:pPr>
              <w:spacing w:line="276" w:lineRule="auto"/>
              <w:rPr>
                <w:rFonts w:asciiTheme="majorHAnsi" w:hAnsiTheme="majorHAnsi" w:cstheme="majorHAnsi"/>
                <w:sz w:val="20"/>
                <w:szCs w:val="20"/>
                <w:lang w:val="fr-CA"/>
              </w:rPr>
            </w:pPr>
          </w:p>
        </w:tc>
        <w:tc>
          <w:tcPr>
            <w:tcW w:w="4528" w:type="dxa"/>
            <w:gridSpan w:val="2"/>
            <w:tcBorders>
              <w:top w:val="nil"/>
              <w:left w:val="nil"/>
              <w:bottom w:val="nil"/>
              <w:right w:val="nil"/>
            </w:tcBorders>
            <w:vAlign w:val="center"/>
          </w:tcPr>
          <w:p w14:paraId="0DC98492" w14:textId="21C3E26F" w:rsidR="00D33DCF" w:rsidRPr="00D33DCF" w:rsidRDefault="00000000" w:rsidP="00D33DCF">
            <w:pPr>
              <w:spacing w:line="276" w:lineRule="auto"/>
              <w:rPr>
                <w:rFonts w:asciiTheme="majorHAnsi" w:hAnsiTheme="majorHAnsi" w:cstheme="majorHAnsi"/>
                <w:sz w:val="20"/>
                <w:szCs w:val="20"/>
                <w:lang w:val="fr-CA"/>
              </w:rPr>
            </w:pPr>
            <w:sdt>
              <w:sdtPr>
                <w:rPr>
                  <w:rFonts w:asciiTheme="majorHAnsi" w:hAnsiTheme="majorHAnsi" w:cstheme="majorHAnsi"/>
                  <w:sz w:val="20"/>
                  <w:szCs w:val="20"/>
                </w:rPr>
                <w:id w:val="-1105496896"/>
                <w:placeholder>
                  <w:docPart w:val="61389FE34B8B415E82F040B117F6A2C3"/>
                </w:placeholder>
                <w:showingPlcHdr/>
              </w:sdtPr>
              <w:sdtContent>
                <w:permStart w:id="1183325757" w:edGrp="everyone"/>
                <w:r w:rsidR="009179B1">
                  <w:rPr>
                    <w:rStyle w:val="Textedelespacerserv"/>
                    <w:rFonts w:asciiTheme="majorHAnsi" w:hAnsiTheme="majorHAnsi" w:cstheme="majorHAnsi"/>
                    <w:sz w:val="20"/>
                    <w:szCs w:val="20"/>
                  </w:rPr>
                  <w:t xml:space="preserve">                            </w:t>
                </w:r>
                <w:permEnd w:id="1183325757"/>
              </w:sdtContent>
            </w:sdt>
          </w:p>
        </w:tc>
        <w:tc>
          <w:tcPr>
            <w:tcW w:w="4056" w:type="dxa"/>
            <w:gridSpan w:val="5"/>
            <w:tcBorders>
              <w:top w:val="nil"/>
              <w:left w:val="nil"/>
              <w:bottom w:val="nil"/>
            </w:tcBorders>
            <w:vAlign w:val="center"/>
          </w:tcPr>
          <w:sdt>
            <w:sdtPr>
              <w:rPr>
                <w:rFonts w:asciiTheme="majorHAnsi" w:hAnsiTheme="majorHAnsi" w:cstheme="majorHAnsi"/>
                <w:sz w:val="20"/>
                <w:szCs w:val="20"/>
              </w:rPr>
              <w:id w:val="1050797680"/>
              <w:placeholder>
                <w:docPart w:val="F690753D6E1C43E6A8C9175A2A263E43"/>
              </w:placeholder>
              <w:showingPlcHdr/>
              <w:date>
                <w:dateFormat w:val="yyyy-MM-dd"/>
                <w:lid w:val="fr-CA"/>
                <w:storeMappedDataAs w:val="dateTime"/>
                <w:calendar w:val="gregorian"/>
              </w:date>
            </w:sdtPr>
            <w:sdtContent>
              <w:permStart w:id="1407277584" w:edGrp="everyone" w:displacedByCustomXml="prev"/>
              <w:p w14:paraId="06EF84C6" w14:textId="5378EFBE" w:rsidR="00D33DCF" w:rsidRPr="009179B1" w:rsidRDefault="009179B1" w:rsidP="009179B1">
                <w:pPr>
                  <w:spacing w:before="120"/>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1407277584" w:displacedByCustomXml="next"/>
            </w:sdtContent>
          </w:sdt>
        </w:tc>
      </w:tr>
      <w:tr w:rsidR="00D33DCF" w:rsidRPr="00D33DCF" w14:paraId="5B1D35E2" w14:textId="77777777" w:rsidTr="00114A72">
        <w:trPr>
          <w:trHeight w:val="360"/>
        </w:trPr>
        <w:tc>
          <w:tcPr>
            <w:tcW w:w="2407" w:type="dxa"/>
            <w:vMerge/>
            <w:tcBorders>
              <w:right w:val="nil"/>
            </w:tcBorders>
            <w:vAlign w:val="center"/>
          </w:tcPr>
          <w:p w14:paraId="046B81FC" w14:textId="77777777" w:rsidR="00D33DCF" w:rsidRPr="00D33DCF" w:rsidRDefault="00D33DCF" w:rsidP="00D33DCF">
            <w:pPr>
              <w:spacing w:line="276" w:lineRule="auto"/>
              <w:rPr>
                <w:rFonts w:asciiTheme="majorHAnsi" w:hAnsiTheme="majorHAnsi" w:cstheme="majorHAnsi"/>
                <w:sz w:val="20"/>
                <w:szCs w:val="20"/>
                <w:lang w:val="fr-CA"/>
              </w:rPr>
            </w:pPr>
          </w:p>
        </w:tc>
        <w:tc>
          <w:tcPr>
            <w:tcW w:w="4528" w:type="dxa"/>
            <w:gridSpan w:val="2"/>
            <w:tcBorders>
              <w:top w:val="nil"/>
              <w:left w:val="nil"/>
              <w:right w:val="nil"/>
            </w:tcBorders>
            <w:vAlign w:val="center"/>
          </w:tcPr>
          <w:p w14:paraId="2B665C0B" w14:textId="57F9E283" w:rsidR="00D33DCF" w:rsidRPr="00D33DCF" w:rsidRDefault="00000000" w:rsidP="00D33DCF">
            <w:pPr>
              <w:spacing w:line="276" w:lineRule="auto"/>
              <w:rPr>
                <w:rFonts w:asciiTheme="majorHAnsi" w:hAnsiTheme="majorHAnsi" w:cstheme="majorHAnsi"/>
                <w:sz w:val="20"/>
                <w:szCs w:val="20"/>
                <w:lang w:val="fr-CA"/>
              </w:rPr>
            </w:pPr>
            <w:sdt>
              <w:sdtPr>
                <w:rPr>
                  <w:rFonts w:asciiTheme="majorHAnsi" w:hAnsiTheme="majorHAnsi" w:cstheme="majorHAnsi"/>
                  <w:sz w:val="20"/>
                  <w:szCs w:val="20"/>
                </w:rPr>
                <w:id w:val="-770306493"/>
                <w:placeholder>
                  <w:docPart w:val="51AFD6D29BED494DA2ED85A6EDBCB785"/>
                </w:placeholder>
                <w:showingPlcHdr/>
              </w:sdtPr>
              <w:sdtContent>
                <w:permStart w:id="219429895" w:edGrp="everyone"/>
                <w:r w:rsidR="009179B1">
                  <w:rPr>
                    <w:rStyle w:val="Textedelespacerserv"/>
                    <w:rFonts w:asciiTheme="majorHAnsi" w:hAnsiTheme="majorHAnsi" w:cstheme="majorHAnsi"/>
                    <w:sz w:val="20"/>
                    <w:szCs w:val="20"/>
                  </w:rPr>
                  <w:t xml:space="preserve">                            </w:t>
                </w:r>
                <w:permEnd w:id="219429895"/>
              </w:sdtContent>
            </w:sdt>
          </w:p>
        </w:tc>
        <w:tc>
          <w:tcPr>
            <w:tcW w:w="4056" w:type="dxa"/>
            <w:gridSpan w:val="5"/>
            <w:tcBorders>
              <w:top w:val="nil"/>
              <w:left w:val="nil"/>
            </w:tcBorders>
            <w:vAlign w:val="center"/>
          </w:tcPr>
          <w:sdt>
            <w:sdtPr>
              <w:rPr>
                <w:rFonts w:asciiTheme="majorHAnsi" w:hAnsiTheme="majorHAnsi" w:cstheme="majorHAnsi"/>
                <w:sz w:val="20"/>
                <w:szCs w:val="20"/>
              </w:rPr>
              <w:id w:val="-1021084800"/>
              <w:placeholder>
                <w:docPart w:val="C0EA6BEA38FB4E3FB55246F4B4AE95F2"/>
              </w:placeholder>
              <w:showingPlcHdr/>
              <w:date>
                <w:dateFormat w:val="yyyy-MM-dd"/>
                <w:lid w:val="fr-CA"/>
                <w:storeMappedDataAs w:val="dateTime"/>
                <w:calendar w:val="gregorian"/>
              </w:date>
            </w:sdtPr>
            <w:sdtContent>
              <w:permStart w:id="1408115625" w:edGrp="everyone" w:displacedByCustomXml="prev"/>
              <w:p w14:paraId="10E5CE04" w14:textId="11F29848" w:rsidR="00D33DCF" w:rsidRPr="009179B1" w:rsidRDefault="009179B1" w:rsidP="009179B1">
                <w:pPr>
                  <w:spacing w:before="120"/>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1408115625" w:displacedByCustomXml="next"/>
            </w:sdtContent>
          </w:sdt>
        </w:tc>
      </w:tr>
    </w:tbl>
    <w:p w14:paraId="4290871F" w14:textId="77777777" w:rsidR="00D33DCF" w:rsidRPr="00330279" w:rsidRDefault="00D33DCF" w:rsidP="00E02236">
      <w:pPr>
        <w:spacing w:after="0"/>
        <w:rPr>
          <w:rFonts w:asciiTheme="majorHAnsi" w:hAnsiTheme="majorHAnsi" w:cstheme="majorHAnsi"/>
          <w:sz w:val="20"/>
          <w:szCs w:val="20"/>
        </w:rPr>
      </w:pPr>
    </w:p>
    <w:tbl>
      <w:tblPr>
        <w:tblStyle w:val="Grilledutableau"/>
        <w:tblW w:w="10885" w:type="dxa"/>
        <w:tblBorders>
          <w:insideH w:val="none" w:sz="0" w:space="0" w:color="auto"/>
          <w:insideV w:val="none" w:sz="0" w:space="0" w:color="auto"/>
        </w:tblBorders>
        <w:tblLook w:val="04A0" w:firstRow="1" w:lastRow="0" w:firstColumn="1" w:lastColumn="0" w:noHBand="0" w:noVBand="1"/>
      </w:tblPr>
      <w:tblGrid>
        <w:gridCol w:w="1889"/>
        <w:gridCol w:w="630"/>
        <w:gridCol w:w="877"/>
        <w:gridCol w:w="1912"/>
        <w:gridCol w:w="90"/>
        <w:gridCol w:w="1439"/>
        <w:gridCol w:w="178"/>
        <w:gridCol w:w="902"/>
        <w:gridCol w:w="270"/>
        <w:gridCol w:w="2698"/>
      </w:tblGrid>
      <w:tr w:rsidR="00D33DCF" w:rsidRPr="00D33DCF" w14:paraId="6C39C498" w14:textId="77777777" w:rsidTr="00114A72">
        <w:trPr>
          <w:trHeight w:val="377"/>
        </w:trPr>
        <w:tc>
          <w:tcPr>
            <w:tcW w:w="10885" w:type="dxa"/>
            <w:gridSpan w:val="10"/>
            <w:shd w:val="clear" w:color="auto" w:fill="000000" w:themeFill="text1"/>
            <w:vAlign w:val="center"/>
          </w:tcPr>
          <w:p w14:paraId="2E5ACB66" w14:textId="77777777" w:rsidR="00D33DCF" w:rsidRPr="00D33DCF" w:rsidRDefault="00D33DCF" w:rsidP="00A946E5">
            <w:pPr>
              <w:jc w:val="center"/>
              <w:rPr>
                <w:rFonts w:asciiTheme="majorHAnsi" w:hAnsiTheme="majorHAnsi" w:cstheme="majorHAnsi"/>
                <w:b/>
                <w:bCs/>
                <w:sz w:val="20"/>
                <w:szCs w:val="20"/>
                <w:lang w:val="fr-CA"/>
              </w:rPr>
            </w:pPr>
            <w:r w:rsidRPr="00D33DCF">
              <w:rPr>
                <w:rFonts w:asciiTheme="majorHAnsi" w:hAnsiTheme="majorHAnsi" w:cstheme="majorHAnsi"/>
                <w:b/>
                <w:bCs/>
                <w:sz w:val="20"/>
                <w:szCs w:val="20"/>
                <w:lang w:val="fr-CA"/>
              </w:rPr>
              <w:t>Informations générales</w:t>
            </w:r>
          </w:p>
        </w:tc>
      </w:tr>
      <w:tr w:rsidR="00D33DCF" w:rsidRPr="00D33DCF" w14:paraId="1CDECBB0" w14:textId="77777777" w:rsidTr="00114A72">
        <w:trPr>
          <w:trHeight w:val="360"/>
        </w:trPr>
        <w:tc>
          <w:tcPr>
            <w:tcW w:w="1889" w:type="dxa"/>
            <w:vAlign w:val="center"/>
          </w:tcPr>
          <w:p w14:paraId="7F37F26D" w14:textId="77777777"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Nom du référent :</w:t>
            </w:r>
          </w:p>
        </w:tc>
        <w:tc>
          <w:tcPr>
            <w:tcW w:w="3509" w:type="dxa"/>
            <w:gridSpan w:val="4"/>
            <w:vAlign w:val="center"/>
          </w:tcPr>
          <w:p w14:paraId="205C3F81" w14:textId="056C6AEA"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338775772"/>
                <w:placeholder>
                  <w:docPart w:val="37FD5E4B5AB14AB8B310B7C25C28A353"/>
                </w:placeholder>
                <w:showingPlcHdr/>
              </w:sdtPr>
              <w:sdtContent>
                <w:permStart w:id="1392118626" w:edGrp="everyone"/>
                <w:r w:rsidR="009179B1">
                  <w:rPr>
                    <w:rStyle w:val="Textedelespacerserv"/>
                    <w:rFonts w:asciiTheme="majorHAnsi" w:hAnsiTheme="majorHAnsi" w:cstheme="majorHAnsi"/>
                    <w:sz w:val="20"/>
                    <w:szCs w:val="20"/>
                  </w:rPr>
                  <w:t xml:space="preserve">                            </w:t>
                </w:r>
                <w:permEnd w:id="1392118626"/>
              </w:sdtContent>
            </w:sdt>
          </w:p>
        </w:tc>
        <w:tc>
          <w:tcPr>
            <w:tcW w:w="2519" w:type="dxa"/>
            <w:gridSpan w:val="3"/>
            <w:vAlign w:val="center"/>
          </w:tcPr>
          <w:p w14:paraId="0DFCEDBD" w14:textId="77777777"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Organisation référente :</w:t>
            </w:r>
          </w:p>
        </w:tc>
        <w:tc>
          <w:tcPr>
            <w:tcW w:w="2968" w:type="dxa"/>
            <w:gridSpan w:val="2"/>
            <w:vAlign w:val="center"/>
          </w:tcPr>
          <w:p w14:paraId="3B393624" w14:textId="54A148B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934858976"/>
                <w:placeholder>
                  <w:docPart w:val="50A3D053B88245EE811FE1FFA6F2F1CE"/>
                </w:placeholder>
                <w:showingPlcHdr/>
              </w:sdtPr>
              <w:sdtContent>
                <w:permStart w:id="895044106" w:edGrp="everyone"/>
                <w:r w:rsidR="009179B1">
                  <w:rPr>
                    <w:rStyle w:val="Textedelespacerserv"/>
                    <w:rFonts w:asciiTheme="majorHAnsi" w:hAnsiTheme="majorHAnsi" w:cstheme="majorHAnsi"/>
                    <w:sz w:val="20"/>
                    <w:szCs w:val="20"/>
                  </w:rPr>
                  <w:t xml:space="preserve">                            </w:t>
                </w:r>
                <w:permEnd w:id="895044106"/>
              </w:sdtContent>
            </w:sdt>
          </w:p>
        </w:tc>
      </w:tr>
      <w:tr w:rsidR="00D33DCF" w:rsidRPr="00D33DCF" w14:paraId="2640158E" w14:textId="77777777" w:rsidTr="00114A72">
        <w:trPr>
          <w:trHeight w:val="360"/>
        </w:trPr>
        <w:tc>
          <w:tcPr>
            <w:tcW w:w="1889" w:type="dxa"/>
            <w:vAlign w:val="center"/>
          </w:tcPr>
          <w:p w14:paraId="2A38D2CA" w14:textId="77777777"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Courriel :</w:t>
            </w:r>
          </w:p>
        </w:tc>
        <w:tc>
          <w:tcPr>
            <w:tcW w:w="8996" w:type="dxa"/>
            <w:gridSpan w:val="9"/>
            <w:vAlign w:val="center"/>
          </w:tcPr>
          <w:p w14:paraId="60FB5D88" w14:textId="40F284B4"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560677589"/>
                <w:placeholder>
                  <w:docPart w:val="C90F1A259B8946ADAB0B654F708E71D5"/>
                </w:placeholder>
                <w:showingPlcHdr/>
              </w:sdtPr>
              <w:sdtContent>
                <w:permStart w:id="2027164585" w:edGrp="everyone"/>
                <w:r w:rsidR="009179B1">
                  <w:rPr>
                    <w:rStyle w:val="Textedelespacerserv"/>
                    <w:rFonts w:asciiTheme="majorHAnsi" w:hAnsiTheme="majorHAnsi" w:cstheme="majorHAnsi"/>
                    <w:sz w:val="20"/>
                    <w:szCs w:val="20"/>
                  </w:rPr>
                  <w:t xml:space="preserve">                            </w:t>
                </w:r>
                <w:permEnd w:id="2027164585"/>
              </w:sdtContent>
            </w:sdt>
          </w:p>
        </w:tc>
      </w:tr>
      <w:tr w:rsidR="00D33DCF" w:rsidRPr="00A86FA6" w14:paraId="0687E7AC" w14:textId="77777777" w:rsidTr="00114A72">
        <w:trPr>
          <w:trHeight w:val="360"/>
        </w:trPr>
        <w:tc>
          <w:tcPr>
            <w:tcW w:w="1889" w:type="dxa"/>
            <w:vAlign w:val="center"/>
          </w:tcPr>
          <w:p w14:paraId="0387B8B0" w14:textId="77777777"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Parent informé :</w:t>
            </w:r>
          </w:p>
        </w:tc>
        <w:tc>
          <w:tcPr>
            <w:tcW w:w="8996" w:type="dxa"/>
            <w:gridSpan w:val="9"/>
            <w:vAlign w:val="center"/>
          </w:tcPr>
          <w:p w14:paraId="08C4F216" w14:textId="7763B973"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ab/>
            </w:r>
            <w:permStart w:id="1333331626" w:edGrp="everyone"/>
            <w:sdt>
              <w:sdtPr>
                <w:rPr>
                  <w:rFonts w:asciiTheme="majorHAnsi" w:hAnsiTheme="majorHAnsi" w:cstheme="majorHAnsi"/>
                  <w:sz w:val="20"/>
                  <w:szCs w:val="20"/>
                  <w:lang w:val="fr-CA"/>
                </w:rPr>
                <w:id w:val="-2106325263"/>
                <w14:checkbox>
                  <w14:checked w14:val="0"/>
                  <w14:checkedState w14:val="2612" w14:font="MS Gothic"/>
                  <w14:uncheckedState w14:val="2610" w14:font="MS Gothic"/>
                </w14:checkbox>
              </w:sdtPr>
              <w:sdtContent>
                <w:r w:rsidRPr="00D33DCF">
                  <w:rPr>
                    <w:rFonts w:ascii="Segoe UI Symbol" w:eastAsia="MS Gothic" w:hAnsi="Segoe UI Symbol" w:cs="Segoe UI Symbol"/>
                    <w:sz w:val="20"/>
                    <w:szCs w:val="20"/>
                    <w:lang w:val="fr-CA"/>
                  </w:rPr>
                  <w:t>☐</w:t>
                </w:r>
              </w:sdtContent>
            </w:sdt>
            <w:permEnd w:id="1333331626"/>
            <w:r w:rsidRPr="00D33DCF">
              <w:rPr>
                <w:rFonts w:asciiTheme="majorHAnsi" w:hAnsiTheme="majorHAnsi" w:cstheme="majorHAnsi"/>
                <w:sz w:val="20"/>
                <w:szCs w:val="20"/>
                <w:lang w:val="fr-CA"/>
              </w:rPr>
              <w:t xml:space="preserve"> Père</w:t>
            </w:r>
            <w:r w:rsidRPr="00D33DCF">
              <w:rPr>
                <w:rFonts w:asciiTheme="majorHAnsi" w:hAnsiTheme="majorHAnsi" w:cstheme="majorHAnsi"/>
                <w:sz w:val="20"/>
                <w:szCs w:val="20"/>
                <w:lang w:val="fr-CA"/>
              </w:rPr>
              <w:tab/>
            </w:r>
            <w:r w:rsidRPr="00D33DCF">
              <w:rPr>
                <w:rFonts w:asciiTheme="majorHAnsi" w:hAnsiTheme="majorHAnsi" w:cstheme="majorHAnsi"/>
                <w:sz w:val="20"/>
                <w:szCs w:val="20"/>
                <w:lang w:val="fr-CA"/>
              </w:rPr>
              <w:tab/>
            </w:r>
            <w:permStart w:id="1173498010" w:edGrp="everyone"/>
            <w:sdt>
              <w:sdtPr>
                <w:rPr>
                  <w:rFonts w:asciiTheme="majorHAnsi" w:hAnsiTheme="majorHAnsi" w:cstheme="majorHAnsi"/>
                  <w:sz w:val="20"/>
                  <w:szCs w:val="20"/>
                  <w:lang w:val="fr-CA"/>
                </w:rPr>
                <w:id w:val="1680920269"/>
                <w14:checkbox>
                  <w14:checked w14:val="0"/>
                  <w14:checkedState w14:val="2612" w14:font="MS Gothic"/>
                  <w14:uncheckedState w14:val="2610" w14:font="MS Gothic"/>
                </w14:checkbox>
              </w:sdtPr>
              <w:sdtContent>
                <w:r w:rsidRPr="00D33DCF">
                  <w:rPr>
                    <w:rFonts w:ascii="Segoe UI Symbol" w:eastAsia="MS Gothic" w:hAnsi="Segoe UI Symbol" w:cs="Segoe UI Symbol"/>
                    <w:sz w:val="20"/>
                    <w:szCs w:val="20"/>
                    <w:lang w:val="fr-CA"/>
                  </w:rPr>
                  <w:t>☐</w:t>
                </w:r>
              </w:sdtContent>
            </w:sdt>
            <w:permEnd w:id="1173498010"/>
            <w:r w:rsidRPr="00D33DCF">
              <w:rPr>
                <w:rFonts w:asciiTheme="majorHAnsi" w:hAnsiTheme="majorHAnsi" w:cstheme="majorHAnsi"/>
                <w:sz w:val="20"/>
                <w:szCs w:val="20"/>
                <w:lang w:val="fr-CA"/>
              </w:rPr>
              <w:t xml:space="preserve"> Mère</w:t>
            </w:r>
            <w:r w:rsidRPr="00D33DCF">
              <w:rPr>
                <w:rFonts w:asciiTheme="majorHAnsi" w:hAnsiTheme="majorHAnsi" w:cstheme="majorHAnsi"/>
                <w:sz w:val="20"/>
                <w:szCs w:val="20"/>
                <w:lang w:val="fr-CA"/>
              </w:rPr>
              <w:tab/>
              <w:t xml:space="preserve"> </w:t>
            </w:r>
            <w:r w:rsidRPr="00D33DCF">
              <w:rPr>
                <w:rFonts w:asciiTheme="majorHAnsi" w:hAnsiTheme="majorHAnsi" w:cstheme="majorHAnsi"/>
                <w:sz w:val="20"/>
                <w:szCs w:val="20"/>
                <w:lang w:val="fr-CA"/>
              </w:rPr>
              <w:tab/>
            </w:r>
            <w:permStart w:id="1496851343" w:edGrp="everyone"/>
            <w:sdt>
              <w:sdtPr>
                <w:rPr>
                  <w:rFonts w:asciiTheme="majorHAnsi" w:hAnsiTheme="majorHAnsi" w:cstheme="majorHAnsi"/>
                  <w:sz w:val="20"/>
                  <w:szCs w:val="20"/>
                  <w:lang w:val="fr-CA"/>
                </w:rPr>
                <w:id w:val="1933088888"/>
                <w14:checkbox>
                  <w14:checked w14:val="0"/>
                  <w14:checkedState w14:val="2612" w14:font="MS Gothic"/>
                  <w14:uncheckedState w14:val="2610" w14:font="MS Gothic"/>
                </w14:checkbox>
              </w:sdtPr>
              <w:sdtContent>
                <w:r w:rsidRPr="00D33DCF">
                  <w:rPr>
                    <w:rFonts w:ascii="Segoe UI Symbol" w:eastAsia="MS Gothic" w:hAnsi="Segoe UI Symbol" w:cs="Segoe UI Symbol"/>
                    <w:sz w:val="20"/>
                    <w:szCs w:val="20"/>
                    <w:lang w:val="fr-CA"/>
                  </w:rPr>
                  <w:t>☐</w:t>
                </w:r>
              </w:sdtContent>
            </w:sdt>
            <w:permEnd w:id="1496851343"/>
            <w:r w:rsidRPr="00D33DCF">
              <w:rPr>
                <w:rFonts w:asciiTheme="majorHAnsi" w:hAnsiTheme="majorHAnsi" w:cstheme="majorHAnsi"/>
                <w:sz w:val="20"/>
                <w:szCs w:val="20"/>
                <w:lang w:val="fr-CA"/>
              </w:rPr>
              <w:t xml:space="preserve"> Tuteur</w:t>
            </w:r>
            <w:r w:rsidRPr="00D33DCF">
              <w:rPr>
                <w:rFonts w:asciiTheme="majorHAnsi" w:hAnsiTheme="majorHAnsi" w:cstheme="majorHAnsi"/>
                <w:sz w:val="20"/>
                <w:szCs w:val="20"/>
                <w:lang w:val="fr-CA"/>
              </w:rPr>
              <w:tab/>
            </w:r>
            <w:permStart w:id="461403951" w:edGrp="everyone"/>
            <w:sdt>
              <w:sdtPr>
                <w:rPr>
                  <w:rFonts w:asciiTheme="majorHAnsi" w:hAnsiTheme="majorHAnsi" w:cstheme="majorHAnsi"/>
                  <w:sz w:val="20"/>
                  <w:szCs w:val="20"/>
                  <w:lang w:val="fr-CA"/>
                </w:rPr>
                <w:id w:val="1307891473"/>
                <w14:checkbox>
                  <w14:checked w14:val="0"/>
                  <w14:checkedState w14:val="2612" w14:font="MS Gothic"/>
                  <w14:uncheckedState w14:val="2610" w14:font="MS Gothic"/>
                </w14:checkbox>
              </w:sdtPr>
              <w:sdtContent>
                <w:r w:rsidRPr="00D33DCF">
                  <w:rPr>
                    <w:rFonts w:ascii="Segoe UI Symbol" w:eastAsia="MS Gothic" w:hAnsi="Segoe UI Symbol" w:cs="Segoe UI Symbol"/>
                    <w:sz w:val="20"/>
                    <w:szCs w:val="20"/>
                    <w:lang w:val="fr-CA"/>
                  </w:rPr>
                  <w:t>☐</w:t>
                </w:r>
              </w:sdtContent>
            </w:sdt>
            <w:permEnd w:id="461403951"/>
            <w:r w:rsidRPr="00D33DCF">
              <w:rPr>
                <w:rFonts w:asciiTheme="majorHAnsi" w:hAnsiTheme="majorHAnsi" w:cstheme="majorHAnsi"/>
                <w:sz w:val="20"/>
                <w:szCs w:val="20"/>
                <w:lang w:val="fr-CA"/>
              </w:rPr>
              <w:t xml:space="preserve"> Autre : </w:t>
            </w:r>
            <w:sdt>
              <w:sdtPr>
                <w:rPr>
                  <w:rFonts w:asciiTheme="majorHAnsi" w:hAnsiTheme="majorHAnsi" w:cstheme="majorHAnsi"/>
                  <w:sz w:val="20"/>
                  <w:szCs w:val="20"/>
                </w:rPr>
                <w:id w:val="-834990591"/>
                <w:placeholder>
                  <w:docPart w:val="93C30EC1BB694996808885D9F3A3027E"/>
                </w:placeholder>
                <w:showingPlcHdr/>
              </w:sdtPr>
              <w:sdtContent>
                <w:permStart w:id="1755726951" w:edGrp="everyone"/>
                <w:r w:rsidR="00F1002B">
                  <w:rPr>
                    <w:rStyle w:val="Textedelespacerserv"/>
                    <w:rFonts w:asciiTheme="majorHAnsi" w:hAnsiTheme="majorHAnsi" w:cstheme="majorHAnsi"/>
                    <w:sz w:val="20"/>
                    <w:szCs w:val="20"/>
                  </w:rPr>
                  <w:t xml:space="preserve">                            </w:t>
                </w:r>
                <w:permEnd w:id="1755726951"/>
              </w:sdtContent>
            </w:sdt>
          </w:p>
        </w:tc>
      </w:tr>
      <w:tr w:rsidR="00D33DCF" w:rsidRPr="00D33DCF" w14:paraId="169CF359" w14:textId="77777777" w:rsidTr="00114A72">
        <w:trPr>
          <w:trHeight w:val="360"/>
        </w:trPr>
        <w:tc>
          <w:tcPr>
            <w:tcW w:w="2519" w:type="dxa"/>
            <w:gridSpan w:val="2"/>
            <w:vAlign w:val="center"/>
          </w:tcPr>
          <w:p w14:paraId="26CF755F" w14:textId="77777777"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Statut d’immigration :</w:t>
            </w:r>
          </w:p>
        </w:tc>
        <w:tc>
          <w:tcPr>
            <w:tcW w:w="2789" w:type="dxa"/>
            <w:gridSpan w:val="2"/>
            <w:vAlign w:val="center"/>
          </w:tcPr>
          <w:p w14:paraId="7FD686B7" w14:textId="607B18AF"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2113168028"/>
                <w:placeholder>
                  <w:docPart w:val="0CDBF03D6A94490B8DBEDB927B54DB47"/>
                </w:placeholder>
                <w:showingPlcHdr/>
              </w:sdtPr>
              <w:sdtContent>
                <w:permStart w:id="92154385" w:edGrp="everyone"/>
                <w:r w:rsidR="009179B1">
                  <w:rPr>
                    <w:rStyle w:val="Textedelespacerserv"/>
                    <w:rFonts w:asciiTheme="majorHAnsi" w:hAnsiTheme="majorHAnsi" w:cstheme="majorHAnsi"/>
                    <w:sz w:val="20"/>
                    <w:szCs w:val="20"/>
                  </w:rPr>
                  <w:t xml:space="preserve">                            </w:t>
                </w:r>
                <w:permEnd w:id="92154385"/>
              </w:sdtContent>
            </w:sdt>
          </w:p>
        </w:tc>
        <w:tc>
          <w:tcPr>
            <w:tcW w:w="1707" w:type="dxa"/>
            <w:gridSpan w:val="3"/>
            <w:vAlign w:val="center"/>
          </w:tcPr>
          <w:p w14:paraId="63FB0613" w14:textId="0B98325B"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Date d’arrivée :</w:t>
            </w:r>
          </w:p>
        </w:tc>
        <w:tc>
          <w:tcPr>
            <w:tcW w:w="3870" w:type="dxa"/>
            <w:gridSpan w:val="3"/>
            <w:vAlign w:val="center"/>
          </w:tcPr>
          <w:sdt>
            <w:sdtPr>
              <w:rPr>
                <w:rFonts w:asciiTheme="majorHAnsi" w:hAnsiTheme="majorHAnsi" w:cstheme="majorHAnsi"/>
                <w:sz w:val="20"/>
                <w:szCs w:val="20"/>
              </w:rPr>
              <w:id w:val="-2105493127"/>
              <w:placeholder>
                <w:docPart w:val="00CD93288B044A60A3896A636A4E5C3B"/>
              </w:placeholder>
              <w:showingPlcHdr/>
              <w:date>
                <w:dateFormat w:val="yyyy-MM-dd"/>
                <w:lid w:val="fr-CA"/>
                <w:storeMappedDataAs w:val="dateTime"/>
                <w:calendar w:val="gregorian"/>
              </w:date>
            </w:sdtPr>
            <w:sdtContent>
              <w:permStart w:id="1141203021" w:edGrp="everyone" w:displacedByCustomXml="prev"/>
              <w:p w14:paraId="302500D0" w14:textId="389BCA68" w:rsidR="00D33DCF" w:rsidRPr="009179B1" w:rsidRDefault="009179B1" w:rsidP="009179B1">
                <w:pPr>
                  <w:spacing w:before="120"/>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1141203021" w:displacedByCustomXml="next"/>
            </w:sdtContent>
          </w:sdt>
        </w:tc>
      </w:tr>
      <w:tr w:rsidR="00D33DCF" w:rsidRPr="00D33DCF" w14:paraId="323A9D63" w14:textId="77777777" w:rsidTr="00114A72">
        <w:trPr>
          <w:trHeight w:val="360"/>
        </w:trPr>
        <w:tc>
          <w:tcPr>
            <w:tcW w:w="2519" w:type="dxa"/>
            <w:gridSpan w:val="2"/>
            <w:vAlign w:val="center"/>
          </w:tcPr>
          <w:p w14:paraId="1E305142" w14:textId="77777777"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Besoin d’un interprète :</w:t>
            </w:r>
            <w:r w:rsidRPr="00D33DCF">
              <w:rPr>
                <w:rFonts w:asciiTheme="majorHAnsi" w:hAnsiTheme="majorHAnsi" w:cstheme="majorHAnsi"/>
                <w:sz w:val="20"/>
                <w:szCs w:val="20"/>
                <w:lang w:val="fr-CA"/>
              </w:rPr>
              <w:tab/>
            </w:r>
          </w:p>
        </w:tc>
        <w:permStart w:id="849480949" w:edGrp="everyone"/>
        <w:tc>
          <w:tcPr>
            <w:tcW w:w="877" w:type="dxa"/>
            <w:vAlign w:val="center"/>
          </w:tcPr>
          <w:p w14:paraId="3EAA2618"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56374513"/>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r w:rsidR="00D33DCF" w:rsidRPr="00D33DCF">
              <w:rPr>
                <w:rFonts w:asciiTheme="majorHAnsi" w:hAnsiTheme="majorHAnsi" w:cstheme="majorHAnsi"/>
                <w:sz w:val="20"/>
                <w:szCs w:val="20"/>
                <w:lang w:val="fr-CA"/>
              </w:rPr>
              <w:t xml:space="preserve"> </w:t>
            </w:r>
            <w:permEnd w:id="849480949"/>
            <w:r w:rsidR="00D33DCF" w:rsidRPr="00D33DCF">
              <w:rPr>
                <w:rFonts w:asciiTheme="majorHAnsi" w:hAnsiTheme="majorHAnsi" w:cstheme="majorHAnsi"/>
                <w:sz w:val="20"/>
                <w:szCs w:val="20"/>
                <w:lang w:val="fr-CA"/>
              </w:rPr>
              <w:t xml:space="preserve"> Oui </w:t>
            </w:r>
          </w:p>
        </w:tc>
        <w:tc>
          <w:tcPr>
            <w:tcW w:w="1912" w:type="dxa"/>
            <w:vAlign w:val="center"/>
          </w:tcPr>
          <w:p w14:paraId="20844DBF" w14:textId="77777777" w:rsidR="00D33DCF" w:rsidRPr="00D33DCF" w:rsidRDefault="00D33DCF" w:rsidP="00A946E5">
            <w:pPr>
              <w:jc w:val="right"/>
              <w:rPr>
                <w:rFonts w:asciiTheme="majorHAnsi" w:hAnsiTheme="majorHAnsi" w:cstheme="majorHAnsi"/>
                <w:sz w:val="20"/>
                <w:szCs w:val="20"/>
                <w:lang w:val="fr-CA"/>
              </w:rPr>
            </w:pPr>
            <w:r w:rsidRPr="00D33DCF">
              <w:rPr>
                <w:rFonts w:asciiTheme="majorHAnsi" w:hAnsiTheme="majorHAnsi" w:cstheme="majorHAnsi"/>
                <w:sz w:val="20"/>
                <w:szCs w:val="20"/>
                <w:lang w:val="fr-CA"/>
              </w:rPr>
              <w:t xml:space="preserve">Langue :  </w:t>
            </w:r>
          </w:p>
        </w:tc>
        <w:permStart w:id="141175196" w:edGrp="everyone"/>
        <w:tc>
          <w:tcPr>
            <w:tcW w:w="1529" w:type="dxa"/>
            <w:gridSpan w:val="2"/>
            <w:vAlign w:val="center"/>
          </w:tcPr>
          <w:p w14:paraId="0EA768DD"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378127233"/>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141175196"/>
            <w:r w:rsidR="00D33DCF" w:rsidRPr="00D33DCF">
              <w:rPr>
                <w:rFonts w:asciiTheme="majorHAnsi" w:hAnsiTheme="majorHAnsi" w:cstheme="majorHAnsi"/>
                <w:sz w:val="20"/>
                <w:szCs w:val="20"/>
                <w:lang w:val="fr-CA"/>
              </w:rPr>
              <w:t xml:space="preserve"> Français</w:t>
            </w:r>
          </w:p>
        </w:tc>
        <w:permStart w:id="1979151420" w:edGrp="everyone"/>
        <w:tc>
          <w:tcPr>
            <w:tcW w:w="1350" w:type="dxa"/>
            <w:gridSpan w:val="3"/>
            <w:vAlign w:val="center"/>
          </w:tcPr>
          <w:p w14:paraId="476E9CE8"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5293643"/>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1979151420"/>
            <w:r w:rsidR="00D33DCF" w:rsidRPr="00D33DCF">
              <w:rPr>
                <w:rFonts w:asciiTheme="majorHAnsi" w:hAnsiTheme="majorHAnsi" w:cstheme="majorHAnsi"/>
                <w:sz w:val="20"/>
                <w:szCs w:val="20"/>
                <w:lang w:val="fr-CA"/>
              </w:rPr>
              <w:t xml:space="preserve"> Anglais</w:t>
            </w:r>
          </w:p>
        </w:tc>
        <w:permStart w:id="180897106" w:edGrp="everyone"/>
        <w:tc>
          <w:tcPr>
            <w:tcW w:w="2698" w:type="dxa"/>
            <w:vAlign w:val="center"/>
          </w:tcPr>
          <w:p w14:paraId="79865A14" w14:textId="6AA2B45D"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2072386601"/>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180897106"/>
            <w:r w:rsidR="00D33DCF" w:rsidRPr="00D33DCF">
              <w:rPr>
                <w:rFonts w:asciiTheme="majorHAnsi" w:hAnsiTheme="majorHAnsi" w:cstheme="majorHAnsi"/>
                <w:sz w:val="20"/>
                <w:szCs w:val="20"/>
                <w:lang w:val="fr-CA"/>
              </w:rPr>
              <w:t xml:space="preserve"> Autre : </w:t>
            </w:r>
            <w:sdt>
              <w:sdtPr>
                <w:rPr>
                  <w:rFonts w:asciiTheme="majorHAnsi" w:hAnsiTheme="majorHAnsi" w:cstheme="majorHAnsi"/>
                  <w:sz w:val="20"/>
                  <w:szCs w:val="20"/>
                </w:rPr>
                <w:id w:val="2080325820"/>
                <w:placeholder>
                  <w:docPart w:val="FCF995D2184948CF84CF0B91B1A068E0"/>
                </w:placeholder>
                <w:showingPlcHdr/>
              </w:sdtPr>
              <w:sdtContent>
                <w:permStart w:id="277178361" w:edGrp="everyone"/>
                <w:r w:rsidR="009179B1">
                  <w:rPr>
                    <w:rStyle w:val="Textedelespacerserv"/>
                    <w:rFonts w:asciiTheme="majorHAnsi" w:hAnsiTheme="majorHAnsi" w:cstheme="majorHAnsi"/>
                    <w:sz w:val="20"/>
                    <w:szCs w:val="20"/>
                  </w:rPr>
                  <w:t xml:space="preserve">                            </w:t>
                </w:r>
                <w:permEnd w:id="277178361"/>
              </w:sdtContent>
            </w:sdt>
          </w:p>
        </w:tc>
      </w:tr>
      <w:tr w:rsidR="00D33DCF" w:rsidRPr="00D33DCF" w14:paraId="0C42E67F" w14:textId="77777777" w:rsidTr="00114A72">
        <w:trPr>
          <w:trHeight w:val="360"/>
        </w:trPr>
        <w:tc>
          <w:tcPr>
            <w:tcW w:w="2519" w:type="dxa"/>
            <w:gridSpan w:val="2"/>
            <w:vAlign w:val="center"/>
          </w:tcPr>
          <w:p w14:paraId="0DB4BD01" w14:textId="3A0B1826"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Hypothèse</w:t>
            </w:r>
            <w:r w:rsidR="0026570F">
              <w:rPr>
                <w:rFonts w:asciiTheme="majorHAnsi" w:hAnsiTheme="majorHAnsi" w:cstheme="majorHAnsi"/>
                <w:sz w:val="20"/>
                <w:szCs w:val="20"/>
                <w:lang w:val="fr-CA"/>
              </w:rPr>
              <w:t xml:space="preserve"> / </w:t>
            </w:r>
            <w:r w:rsidRPr="00D33DCF">
              <w:rPr>
                <w:rFonts w:asciiTheme="majorHAnsi" w:hAnsiTheme="majorHAnsi" w:cstheme="majorHAnsi"/>
                <w:sz w:val="20"/>
                <w:szCs w:val="20"/>
                <w:lang w:val="fr-CA"/>
              </w:rPr>
              <w:t>diagnostic :</w:t>
            </w:r>
          </w:p>
        </w:tc>
        <w:tc>
          <w:tcPr>
            <w:tcW w:w="8366" w:type="dxa"/>
            <w:gridSpan w:val="8"/>
            <w:vAlign w:val="center"/>
          </w:tcPr>
          <w:p w14:paraId="69C38143" w14:textId="62C2AA2B"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1162147385"/>
                <w:placeholder>
                  <w:docPart w:val="0E35A547570C4505A155E573DCB6482F"/>
                </w:placeholder>
                <w:showingPlcHdr/>
              </w:sdtPr>
              <w:sdtContent>
                <w:permStart w:id="388444330" w:edGrp="everyone"/>
                <w:r w:rsidR="009179B1">
                  <w:rPr>
                    <w:rStyle w:val="Textedelespacerserv"/>
                    <w:rFonts w:asciiTheme="majorHAnsi" w:hAnsiTheme="majorHAnsi" w:cstheme="majorHAnsi"/>
                    <w:sz w:val="20"/>
                    <w:szCs w:val="20"/>
                  </w:rPr>
                  <w:t xml:space="preserve">                            </w:t>
                </w:r>
                <w:permEnd w:id="388444330"/>
              </w:sdtContent>
            </w:sdt>
          </w:p>
        </w:tc>
      </w:tr>
      <w:tr w:rsidR="00D33DCF" w:rsidRPr="00D33DCF" w14:paraId="05C4F68E" w14:textId="77777777" w:rsidTr="00114A72">
        <w:trPr>
          <w:trHeight w:val="360"/>
        </w:trPr>
        <w:tc>
          <w:tcPr>
            <w:tcW w:w="2519" w:type="dxa"/>
            <w:gridSpan w:val="2"/>
            <w:tcBorders>
              <w:bottom w:val="nil"/>
            </w:tcBorders>
            <w:vAlign w:val="center"/>
          </w:tcPr>
          <w:p w14:paraId="7D9152FA" w14:textId="77777777"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Médication :</w:t>
            </w:r>
          </w:p>
        </w:tc>
        <w:tc>
          <w:tcPr>
            <w:tcW w:w="8366" w:type="dxa"/>
            <w:gridSpan w:val="8"/>
            <w:tcBorders>
              <w:bottom w:val="nil"/>
            </w:tcBorders>
            <w:vAlign w:val="center"/>
          </w:tcPr>
          <w:p w14:paraId="4B292D8A" w14:textId="73E89923"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1944342752"/>
                <w:placeholder>
                  <w:docPart w:val="3ABC8F920D4A4C72A5D7354C92930F91"/>
                </w:placeholder>
                <w:showingPlcHdr/>
              </w:sdtPr>
              <w:sdtContent>
                <w:permStart w:id="1357149957" w:edGrp="everyone"/>
                <w:r w:rsidR="009179B1">
                  <w:rPr>
                    <w:rStyle w:val="Textedelespacerserv"/>
                    <w:rFonts w:asciiTheme="majorHAnsi" w:hAnsiTheme="majorHAnsi" w:cstheme="majorHAnsi"/>
                    <w:sz w:val="20"/>
                    <w:szCs w:val="20"/>
                  </w:rPr>
                  <w:t xml:space="preserve">                            </w:t>
                </w:r>
                <w:permEnd w:id="1357149957"/>
              </w:sdtContent>
            </w:sdt>
          </w:p>
        </w:tc>
      </w:tr>
      <w:tr w:rsidR="00114A72" w:rsidRPr="00D33DCF" w14:paraId="7D7F25E3" w14:textId="77777777" w:rsidTr="00114A72">
        <w:trPr>
          <w:trHeight w:val="360"/>
        </w:trPr>
        <w:tc>
          <w:tcPr>
            <w:tcW w:w="2519" w:type="dxa"/>
            <w:gridSpan w:val="2"/>
            <w:tcBorders>
              <w:top w:val="nil"/>
              <w:bottom w:val="single" w:sz="4" w:space="0" w:color="auto"/>
            </w:tcBorders>
            <w:vAlign w:val="center"/>
          </w:tcPr>
          <w:p w14:paraId="70FBE083" w14:textId="4F1034B8" w:rsidR="00114A72" w:rsidRPr="00D33DCF" w:rsidRDefault="00114A72" w:rsidP="00A946E5">
            <w:pPr>
              <w:rPr>
                <w:rFonts w:asciiTheme="majorHAnsi" w:hAnsiTheme="majorHAnsi" w:cstheme="majorHAnsi"/>
                <w:sz w:val="20"/>
                <w:szCs w:val="20"/>
                <w:lang w:val="fr-CA"/>
              </w:rPr>
            </w:pPr>
            <w:r>
              <w:rPr>
                <w:rFonts w:asciiTheme="majorHAnsi" w:hAnsiTheme="majorHAnsi" w:cstheme="majorHAnsi"/>
                <w:sz w:val="20"/>
                <w:szCs w:val="20"/>
                <w:lang w:val="fr-CA"/>
              </w:rPr>
              <w:t>Médecin Traitant :</w:t>
            </w:r>
          </w:p>
        </w:tc>
        <w:tc>
          <w:tcPr>
            <w:tcW w:w="8366" w:type="dxa"/>
            <w:gridSpan w:val="8"/>
            <w:tcBorders>
              <w:top w:val="nil"/>
              <w:bottom w:val="single" w:sz="4" w:space="0" w:color="auto"/>
            </w:tcBorders>
            <w:vAlign w:val="center"/>
          </w:tcPr>
          <w:p w14:paraId="70335CE1" w14:textId="3C83FF1D" w:rsidR="00114A72"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1902436604"/>
                <w:placeholder>
                  <w:docPart w:val="B60E1BEC7AEB4F859056677EA19E2AD6"/>
                </w:placeholder>
                <w:showingPlcHdr/>
              </w:sdtPr>
              <w:sdtContent>
                <w:permStart w:id="507121845" w:edGrp="everyone"/>
                <w:r w:rsidR="009179B1">
                  <w:rPr>
                    <w:rStyle w:val="Textedelespacerserv"/>
                    <w:rFonts w:asciiTheme="majorHAnsi" w:hAnsiTheme="majorHAnsi" w:cstheme="majorHAnsi"/>
                    <w:sz w:val="20"/>
                    <w:szCs w:val="20"/>
                  </w:rPr>
                  <w:t xml:space="preserve">                            </w:t>
                </w:r>
                <w:permEnd w:id="507121845"/>
              </w:sdtContent>
            </w:sdt>
          </w:p>
        </w:tc>
      </w:tr>
    </w:tbl>
    <w:p w14:paraId="3B8E574C" w14:textId="61597DA6" w:rsidR="00E02236" w:rsidRDefault="00E02236" w:rsidP="00E02236">
      <w:pPr>
        <w:spacing w:after="0"/>
        <w:rPr>
          <w:rFonts w:asciiTheme="majorHAnsi" w:hAnsiTheme="majorHAnsi" w:cstheme="majorHAnsi"/>
          <w:sz w:val="20"/>
          <w:szCs w:val="20"/>
          <w:lang w:val="fr-CA"/>
        </w:rPr>
      </w:pPr>
    </w:p>
    <w:tbl>
      <w:tblPr>
        <w:tblStyle w:val="Grilledutableau"/>
        <w:tblW w:w="10980" w:type="dxa"/>
        <w:tblInd w:w="-72" w:type="dxa"/>
        <w:tblLook w:val="04A0" w:firstRow="1" w:lastRow="0" w:firstColumn="1" w:lastColumn="0" w:noHBand="0" w:noVBand="1"/>
      </w:tblPr>
      <w:tblGrid>
        <w:gridCol w:w="10980"/>
      </w:tblGrid>
      <w:tr w:rsidR="00D33DCF" w:rsidRPr="00A96640" w14:paraId="7A66F302" w14:textId="77777777" w:rsidTr="00A946E5">
        <w:trPr>
          <w:trHeight w:val="377"/>
        </w:trPr>
        <w:tc>
          <w:tcPr>
            <w:tcW w:w="10980" w:type="dxa"/>
            <w:shd w:val="clear" w:color="auto" w:fill="000000" w:themeFill="text1"/>
            <w:vAlign w:val="center"/>
          </w:tcPr>
          <w:p w14:paraId="39EAA920" w14:textId="77777777" w:rsidR="00D33DCF" w:rsidRPr="00D33DCF" w:rsidRDefault="00D33DCF" w:rsidP="00A946E5">
            <w:pPr>
              <w:jc w:val="center"/>
              <w:rPr>
                <w:rFonts w:asciiTheme="majorHAnsi" w:hAnsiTheme="majorHAnsi" w:cstheme="majorHAnsi"/>
                <w:b/>
                <w:bCs/>
                <w:sz w:val="20"/>
                <w:szCs w:val="20"/>
                <w:lang w:val="fr-CA"/>
              </w:rPr>
            </w:pPr>
            <w:r w:rsidRPr="00D33DCF">
              <w:rPr>
                <w:rFonts w:asciiTheme="majorHAnsi" w:hAnsiTheme="majorHAnsi" w:cstheme="majorHAnsi"/>
                <w:b/>
                <w:bCs/>
                <w:sz w:val="20"/>
                <w:szCs w:val="20"/>
                <w:lang w:val="fr-CA"/>
              </w:rPr>
              <w:t>Description de la situation et des enjeux (Quel sera l’apport d’Agir Ensemble dans la situation ?)</w:t>
            </w:r>
          </w:p>
        </w:tc>
      </w:tr>
      <w:tr w:rsidR="00D33DCF" w:rsidRPr="00912009" w14:paraId="5127279B" w14:textId="77777777" w:rsidTr="00A946E5">
        <w:trPr>
          <w:trHeight w:val="2420"/>
        </w:trPr>
        <w:tc>
          <w:tcPr>
            <w:tcW w:w="10980" w:type="dxa"/>
          </w:tcPr>
          <w:p w14:paraId="5A859161" w14:textId="69208DA9" w:rsidR="00D33DCF" w:rsidRPr="00912009" w:rsidRDefault="00000000" w:rsidP="00A946E5">
            <w:pPr>
              <w:spacing w:before="120"/>
              <w:rPr>
                <w:rFonts w:asciiTheme="majorHAnsi" w:hAnsiTheme="majorHAnsi" w:cstheme="majorHAnsi"/>
                <w:sz w:val="20"/>
                <w:szCs w:val="20"/>
              </w:rPr>
            </w:pPr>
            <w:sdt>
              <w:sdtPr>
                <w:rPr>
                  <w:rFonts w:asciiTheme="majorHAnsi" w:hAnsiTheme="majorHAnsi" w:cstheme="majorHAnsi"/>
                  <w:sz w:val="20"/>
                  <w:szCs w:val="20"/>
                </w:rPr>
                <w:id w:val="573935794"/>
                <w:placeholder>
                  <w:docPart w:val="97D4BEC8DC804C22801E17583B5B47B9"/>
                </w:placeholder>
                <w:showingPlcHdr/>
              </w:sdtPr>
              <w:sdtContent>
                <w:permStart w:id="1974544953" w:edGrp="everyone"/>
                <w:r w:rsidR="009179B1">
                  <w:rPr>
                    <w:rStyle w:val="Textedelespacerserv"/>
                    <w:rFonts w:asciiTheme="majorHAnsi" w:hAnsiTheme="majorHAnsi" w:cstheme="majorHAnsi"/>
                    <w:sz w:val="20"/>
                    <w:szCs w:val="20"/>
                  </w:rPr>
                  <w:t xml:space="preserve">                            </w:t>
                </w:r>
                <w:permEnd w:id="1974544953"/>
              </w:sdtContent>
            </w:sdt>
          </w:p>
        </w:tc>
      </w:tr>
    </w:tbl>
    <w:p w14:paraId="50EEDA77" w14:textId="77777777" w:rsidR="00D33DCF" w:rsidRDefault="00D33DCF" w:rsidP="00E02236">
      <w:pPr>
        <w:spacing w:after="0"/>
        <w:rPr>
          <w:rFonts w:asciiTheme="majorHAnsi" w:hAnsiTheme="majorHAnsi" w:cstheme="majorHAnsi"/>
          <w:sz w:val="20"/>
          <w:szCs w:val="20"/>
          <w:lang w:val="fr-CA"/>
        </w:rPr>
      </w:pPr>
    </w:p>
    <w:tbl>
      <w:tblPr>
        <w:tblStyle w:val="Grilledutableau"/>
        <w:tblW w:w="10980" w:type="dxa"/>
        <w:tblInd w:w="-72" w:type="dxa"/>
        <w:tblLook w:val="04A0" w:firstRow="1" w:lastRow="0" w:firstColumn="1" w:lastColumn="0" w:noHBand="0" w:noVBand="1"/>
      </w:tblPr>
      <w:tblGrid>
        <w:gridCol w:w="10980"/>
      </w:tblGrid>
      <w:tr w:rsidR="00D33DCF" w:rsidRPr="00A96640" w14:paraId="57D8C9BE" w14:textId="77777777" w:rsidTr="00A946E5">
        <w:trPr>
          <w:trHeight w:val="377"/>
        </w:trPr>
        <w:tc>
          <w:tcPr>
            <w:tcW w:w="10980" w:type="dxa"/>
            <w:shd w:val="clear" w:color="auto" w:fill="000000" w:themeFill="text1"/>
            <w:vAlign w:val="center"/>
          </w:tcPr>
          <w:p w14:paraId="31A3113B" w14:textId="77777777" w:rsidR="00D33DCF" w:rsidRPr="00D33DCF" w:rsidRDefault="00D33DCF" w:rsidP="00A946E5">
            <w:pPr>
              <w:jc w:val="center"/>
              <w:rPr>
                <w:rFonts w:asciiTheme="majorHAnsi" w:hAnsiTheme="majorHAnsi" w:cstheme="majorHAnsi"/>
                <w:b/>
                <w:bCs/>
                <w:sz w:val="20"/>
                <w:szCs w:val="20"/>
                <w:lang w:val="fr-CA"/>
              </w:rPr>
            </w:pPr>
            <w:r w:rsidRPr="00D33DCF">
              <w:rPr>
                <w:rFonts w:asciiTheme="majorHAnsi" w:hAnsiTheme="majorHAnsi" w:cstheme="majorHAnsi"/>
                <w:b/>
                <w:bCs/>
                <w:sz w:val="20"/>
                <w:szCs w:val="20"/>
                <w:lang w:val="fr-CA"/>
              </w:rPr>
              <w:t>Section réservée à la protection de la jeunesse</w:t>
            </w:r>
          </w:p>
        </w:tc>
      </w:tr>
      <w:tr w:rsidR="00D33DCF" w:rsidRPr="00A86FA6" w14:paraId="181169CC" w14:textId="77777777" w:rsidTr="00A946E5">
        <w:trPr>
          <w:trHeight w:val="360"/>
        </w:trPr>
        <w:tc>
          <w:tcPr>
            <w:tcW w:w="10980" w:type="dxa"/>
          </w:tcPr>
          <w:p w14:paraId="32C0588A" w14:textId="3557C921" w:rsidR="00D33DCF" w:rsidRPr="00D33DCF" w:rsidRDefault="00D33DCF" w:rsidP="00A946E5">
            <w:pPr>
              <w:rPr>
                <w:rFonts w:asciiTheme="majorHAnsi" w:hAnsiTheme="majorHAnsi" w:cstheme="majorHAnsi"/>
                <w:sz w:val="20"/>
                <w:szCs w:val="20"/>
                <w:lang w:val="fr-CA"/>
              </w:rPr>
            </w:pPr>
            <w:r w:rsidRPr="00D33DCF">
              <w:rPr>
                <w:rFonts w:asciiTheme="majorHAnsi" w:eastAsia="Franklin Gothic Book" w:hAnsiTheme="majorHAnsi" w:cstheme="majorHAnsi"/>
                <w:b/>
                <w:bCs/>
                <w:color w:val="000000" w:themeColor="text1"/>
                <w:sz w:val="20"/>
                <w:szCs w:val="20"/>
                <w:lang w:val="fr-CA"/>
              </w:rPr>
              <w:t xml:space="preserve">Alinéas retenus : </w:t>
            </w:r>
            <w:sdt>
              <w:sdtPr>
                <w:rPr>
                  <w:rFonts w:asciiTheme="majorHAnsi" w:hAnsiTheme="majorHAnsi" w:cstheme="majorHAnsi"/>
                  <w:sz w:val="20"/>
                  <w:szCs w:val="20"/>
                </w:rPr>
                <w:id w:val="245002750"/>
                <w:placeholder>
                  <w:docPart w:val="0F2BB024403A47A897A2816FD1C0CCC5"/>
                </w:placeholder>
                <w:showingPlcHdr/>
              </w:sdtPr>
              <w:sdtContent>
                <w:permStart w:id="106316360" w:edGrp="everyone"/>
                <w:r w:rsidR="009179B1">
                  <w:rPr>
                    <w:rStyle w:val="Textedelespacerserv"/>
                    <w:rFonts w:asciiTheme="majorHAnsi" w:hAnsiTheme="majorHAnsi" w:cstheme="majorHAnsi"/>
                    <w:sz w:val="20"/>
                    <w:szCs w:val="20"/>
                  </w:rPr>
                  <w:t xml:space="preserve">                            </w:t>
                </w:r>
                <w:permEnd w:id="106316360"/>
              </w:sdtContent>
            </w:sdt>
          </w:p>
        </w:tc>
      </w:tr>
      <w:tr w:rsidR="00D33DCF" w:rsidRPr="00A86FA6" w14:paraId="7D696CBD" w14:textId="77777777" w:rsidTr="00A946E5">
        <w:trPr>
          <w:trHeight w:val="360"/>
        </w:trPr>
        <w:tc>
          <w:tcPr>
            <w:tcW w:w="10980" w:type="dxa"/>
          </w:tcPr>
          <w:p w14:paraId="6F146B68" w14:textId="0F250C10" w:rsidR="00D33DCF" w:rsidRPr="00D33DCF" w:rsidRDefault="00D33DCF" w:rsidP="00A946E5">
            <w:pPr>
              <w:rPr>
                <w:rFonts w:asciiTheme="majorHAnsi" w:hAnsiTheme="majorHAnsi" w:cstheme="majorHAnsi"/>
                <w:sz w:val="20"/>
                <w:szCs w:val="20"/>
                <w:lang w:val="fr-CA"/>
              </w:rPr>
            </w:pPr>
            <w:r w:rsidRPr="00D33DCF">
              <w:rPr>
                <w:rFonts w:asciiTheme="majorHAnsi" w:eastAsia="Franklin Gothic Book" w:hAnsiTheme="majorHAnsi" w:cstheme="majorHAnsi"/>
                <w:b/>
                <w:bCs/>
                <w:color w:val="000000" w:themeColor="text1"/>
                <w:sz w:val="20"/>
                <w:szCs w:val="20"/>
                <w:lang w:val="fr-CA"/>
              </w:rPr>
              <w:t xml:space="preserve">Cadre Légal : </w:t>
            </w:r>
            <w:sdt>
              <w:sdtPr>
                <w:rPr>
                  <w:rFonts w:asciiTheme="majorHAnsi" w:hAnsiTheme="majorHAnsi" w:cstheme="majorHAnsi"/>
                  <w:sz w:val="20"/>
                  <w:szCs w:val="20"/>
                </w:rPr>
                <w:id w:val="731424523"/>
                <w:placeholder>
                  <w:docPart w:val="B68950B879FD4018A9D592DFE1A541A7"/>
                </w:placeholder>
                <w:showingPlcHdr/>
              </w:sdtPr>
              <w:sdtContent>
                <w:permStart w:id="1773689757" w:edGrp="everyone"/>
                <w:r w:rsidR="009179B1">
                  <w:rPr>
                    <w:rStyle w:val="Textedelespacerserv"/>
                    <w:rFonts w:asciiTheme="majorHAnsi" w:hAnsiTheme="majorHAnsi" w:cstheme="majorHAnsi"/>
                    <w:sz w:val="20"/>
                    <w:szCs w:val="20"/>
                  </w:rPr>
                  <w:t xml:space="preserve">                            </w:t>
                </w:r>
                <w:permEnd w:id="1773689757"/>
              </w:sdtContent>
            </w:sdt>
          </w:p>
        </w:tc>
      </w:tr>
      <w:tr w:rsidR="00D33DCF" w:rsidRPr="00A86FA6" w14:paraId="7AC4D2B4" w14:textId="77777777" w:rsidTr="00A946E5">
        <w:trPr>
          <w:trHeight w:val="360"/>
        </w:trPr>
        <w:tc>
          <w:tcPr>
            <w:tcW w:w="10980" w:type="dxa"/>
          </w:tcPr>
          <w:p w14:paraId="507D8785" w14:textId="5743CF65" w:rsidR="00D33DCF" w:rsidRPr="00D33DCF" w:rsidRDefault="00D33DCF" w:rsidP="00A946E5">
            <w:pPr>
              <w:rPr>
                <w:rFonts w:asciiTheme="majorHAnsi" w:hAnsiTheme="majorHAnsi" w:cstheme="majorHAnsi"/>
                <w:sz w:val="20"/>
                <w:szCs w:val="20"/>
                <w:lang w:val="fr-CA"/>
              </w:rPr>
            </w:pPr>
            <w:r w:rsidRPr="00D33DCF">
              <w:rPr>
                <w:rFonts w:asciiTheme="majorHAnsi" w:eastAsia="Franklin Gothic Book" w:hAnsiTheme="majorHAnsi" w:cstheme="majorHAnsi"/>
                <w:b/>
                <w:bCs/>
                <w:color w:val="000000" w:themeColor="text1"/>
                <w:sz w:val="20"/>
                <w:szCs w:val="20"/>
                <w:lang w:val="fr-CA"/>
              </w:rPr>
              <w:t xml:space="preserve">Début/Fin mesure :  </w:t>
            </w:r>
            <w:sdt>
              <w:sdtPr>
                <w:rPr>
                  <w:rFonts w:asciiTheme="majorHAnsi" w:hAnsiTheme="majorHAnsi" w:cstheme="majorHAnsi"/>
                  <w:sz w:val="20"/>
                  <w:szCs w:val="20"/>
                </w:rPr>
                <w:id w:val="-2133931005"/>
                <w:placeholder>
                  <w:docPart w:val="6BB1AFA85488434D9423A01A6860B463"/>
                </w:placeholder>
                <w:showingPlcHdr/>
              </w:sdtPr>
              <w:sdtContent>
                <w:permStart w:id="1493990080" w:edGrp="everyone"/>
                <w:r w:rsidR="009179B1">
                  <w:rPr>
                    <w:rStyle w:val="Textedelespacerserv"/>
                    <w:rFonts w:asciiTheme="majorHAnsi" w:hAnsiTheme="majorHAnsi" w:cstheme="majorHAnsi"/>
                    <w:sz w:val="20"/>
                    <w:szCs w:val="20"/>
                  </w:rPr>
                  <w:t xml:space="preserve">                            </w:t>
                </w:r>
                <w:permEnd w:id="1493990080"/>
              </w:sdtContent>
            </w:sdt>
          </w:p>
        </w:tc>
      </w:tr>
    </w:tbl>
    <w:p w14:paraId="716DA48C" w14:textId="77777777" w:rsidR="00D33DCF" w:rsidRDefault="00D33DCF" w:rsidP="00E02236">
      <w:pPr>
        <w:spacing w:after="0"/>
        <w:rPr>
          <w:rFonts w:asciiTheme="majorHAnsi" w:hAnsiTheme="majorHAnsi" w:cstheme="majorHAnsi"/>
          <w:sz w:val="20"/>
          <w:szCs w:val="20"/>
          <w:lang w:val="fr-CA"/>
        </w:rPr>
      </w:pPr>
    </w:p>
    <w:tbl>
      <w:tblPr>
        <w:tblStyle w:val="Grilledutableau"/>
        <w:tblW w:w="10980" w:type="dxa"/>
        <w:tblInd w:w="-72" w:type="dxa"/>
        <w:tblLook w:val="04A0" w:firstRow="1" w:lastRow="0" w:firstColumn="1" w:lastColumn="0" w:noHBand="0" w:noVBand="1"/>
      </w:tblPr>
      <w:tblGrid>
        <w:gridCol w:w="10980"/>
      </w:tblGrid>
      <w:tr w:rsidR="00D33DCF" w:rsidRPr="00A96640" w14:paraId="67DBE040" w14:textId="77777777" w:rsidTr="00A946E5">
        <w:trPr>
          <w:trHeight w:val="360"/>
        </w:trPr>
        <w:tc>
          <w:tcPr>
            <w:tcW w:w="10980" w:type="dxa"/>
            <w:tcBorders>
              <w:bottom w:val="single" w:sz="4" w:space="0" w:color="auto"/>
            </w:tcBorders>
            <w:shd w:val="clear" w:color="auto" w:fill="000000" w:themeFill="text1"/>
            <w:vAlign w:val="center"/>
          </w:tcPr>
          <w:p w14:paraId="4A1D79F1" w14:textId="77777777"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b/>
                <w:bCs/>
                <w:color w:val="FFFFFF"/>
                <w:sz w:val="20"/>
                <w:szCs w:val="20"/>
                <w:lang w:val="fr-CA"/>
              </w:rPr>
              <w:t>Besoins et forces de la famille :</w:t>
            </w:r>
          </w:p>
        </w:tc>
      </w:tr>
      <w:tr w:rsidR="00D33DCF" w:rsidRPr="00A96640" w14:paraId="4913F91A" w14:textId="77777777" w:rsidTr="00A946E5">
        <w:trPr>
          <w:trHeight w:val="360"/>
        </w:trPr>
        <w:tc>
          <w:tcPr>
            <w:tcW w:w="10980" w:type="dxa"/>
            <w:tcBorders>
              <w:bottom w:val="nil"/>
            </w:tcBorders>
            <w:vAlign w:val="center"/>
          </w:tcPr>
          <w:p w14:paraId="7936DEF3" w14:textId="0ACD58E4"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 xml:space="preserve">*Veuillez préciser </w:t>
            </w:r>
            <w:r w:rsidRPr="00D33DCF">
              <w:rPr>
                <w:rFonts w:asciiTheme="majorHAnsi" w:hAnsiTheme="majorHAnsi" w:cstheme="majorHAnsi"/>
                <w:sz w:val="20"/>
                <w:szCs w:val="20"/>
                <w:u w:val="single"/>
                <w:lang w:val="fr-CA"/>
              </w:rPr>
              <w:t>les besoins de la famille et de l’enfant</w:t>
            </w:r>
            <w:r w:rsidRPr="00D33DCF">
              <w:rPr>
                <w:rFonts w:asciiTheme="majorHAnsi" w:hAnsiTheme="majorHAnsi" w:cstheme="majorHAnsi"/>
                <w:sz w:val="20"/>
                <w:szCs w:val="20"/>
                <w:lang w:val="fr-CA"/>
              </w:rPr>
              <w:t> :</w:t>
            </w:r>
          </w:p>
        </w:tc>
      </w:tr>
      <w:tr w:rsidR="00D33DCF" w:rsidRPr="00912009" w14:paraId="53B71E6E" w14:textId="77777777" w:rsidTr="00A946E5">
        <w:trPr>
          <w:trHeight w:val="841"/>
        </w:trPr>
        <w:tc>
          <w:tcPr>
            <w:tcW w:w="10980" w:type="dxa"/>
            <w:tcBorders>
              <w:top w:val="nil"/>
              <w:bottom w:val="nil"/>
            </w:tcBorders>
          </w:tcPr>
          <w:p w14:paraId="1E4838C8" w14:textId="62580E40" w:rsidR="00D33DCF" w:rsidRPr="00912009" w:rsidRDefault="00000000" w:rsidP="00A946E5">
            <w:pPr>
              <w:spacing w:before="120"/>
              <w:rPr>
                <w:rFonts w:asciiTheme="majorHAnsi" w:hAnsiTheme="majorHAnsi" w:cstheme="majorHAnsi"/>
                <w:sz w:val="20"/>
                <w:szCs w:val="20"/>
              </w:rPr>
            </w:pPr>
            <w:sdt>
              <w:sdtPr>
                <w:rPr>
                  <w:rFonts w:asciiTheme="majorHAnsi" w:hAnsiTheme="majorHAnsi" w:cstheme="majorHAnsi"/>
                  <w:sz w:val="20"/>
                  <w:szCs w:val="20"/>
                </w:rPr>
                <w:id w:val="144868096"/>
                <w:placeholder>
                  <w:docPart w:val="2C1187DC86764F6AA729A70FE68F3DA0"/>
                </w:placeholder>
                <w:showingPlcHdr/>
              </w:sdtPr>
              <w:sdtContent>
                <w:permStart w:id="1916432484" w:edGrp="everyone"/>
                <w:r w:rsidR="009179B1">
                  <w:rPr>
                    <w:rStyle w:val="Textedelespacerserv"/>
                    <w:rFonts w:asciiTheme="majorHAnsi" w:hAnsiTheme="majorHAnsi" w:cstheme="majorHAnsi"/>
                    <w:sz w:val="20"/>
                    <w:szCs w:val="20"/>
                  </w:rPr>
                  <w:t xml:space="preserve">                            </w:t>
                </w:r>
                <w:permEnd w:id="1916432484"/>
              </w:sdtContent>
            </w:sdt>
          </w:p>
        </w:tc>
      </w:tr>
      <w:tr w:rsidR="00D33DCF" w:rsidRPr="00A96640" w14:paraId="207D1532" w14:textId="77777777" w:rsidTr="00A946E5">
        <w:trPr>
          <w:trHeight w:val="360"/>
        </w:trPr>
        <w:tc>
          <w:tcPr>
            <w:tcW w:w="10980" w:type="dxa"/>
            <w:tcBorders>
              <w:top w:val="nil"/>
              <w:bottom w:val="nil"/>
            </w:tcBorders>
            <w:vAlign w:val="center"/>
          </w:tcPr>
          <w:p w14:paraId="331750A2" w14:textId="77777777"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 xml:space="preserve">Veuillez soulever </w:t>
            </w:r>
            <w:r w:rsidRPr="00D33DCF">
              <w:rPr>
                <w:rFonts w:asciiTheme="majorHAnsi" w:hAnsiTheme="majorHAnsi" w:cstheme="majorHAnsi"/>
                <w:sz w:val="20"/>
                <w:szCs w:val="20"/>
                <w:u w:val="single"/>
                <w:lang w:val="fr-CA"/>
              </w:rPr>
              <w:t>les forces de la famille</w:t>
            </w:r>
            <w:r w:rsidRPr="00D33DCF">
              <w:rPr>
                <w:rFonts w:asciiTheme="majorHAnsi" w:hAnsiTheme="majorHAnsi" w:cstheme="majorHAnsi"/>
                <w:sz w:val="20"/>
                <w:szCs w:val="20"/>
                <w:lang w:val="fr-CA"/>
              </w:rPr>
              <w:t xml:space="preserve"> qui vont permettre leur mobilisation ?</w:t>
            </w:r>
          </w:p>
        </w:tc>
      </w:tr>
      <w:tr w:rsidR="00D33DCF" w:rsidRPr="00912009" w14:paraId="772FA6F8" w14:textId="77777777" w:rsidTr="00A946E5">
        <w:trPr>
          <w:trHeight w:val="917"/>
        </w:trPr>
        <w:tc>
          <w:tcPr>
            <w:tcW w:w="10980" w:type="dxa"/>
            <w:tcBorders>
              <w:top w:val="nil"/>
            </w:tcBorders>
          </w:tcPr>
          <w:p w14:paraId="79A2D76F" w14:textId="1BCB8FEA" w:rsidR="009F14D0" w:rsidRPr="00912009" w:rsidRDefault="00000000" w:rsidP="00A946E5">
            <w:pPr>
              <w:spacing w:before="120"/>
              <w:rPr>
                <w:rFonts w:asciiTheme="majorHAnsi" w:hAnsiTheme="majorHAnsi" w:cstheme="majorHAnsi"/>
                <w:sz w:val="20"/>
                <w:szCs w:val="20"/>
              </w:rPr>
            </w:pPr>
            <w:sdt>
              <w:sdtPr>
                <w:rPr>
                  <w:rFonts w:asciiTheme="majorHAnsi" w:hAnsiTheme="majorHAnsi" w:cstheme="majorHAnsi"/>
                  <w:sz w:val="20"/>
                  <w:szCs w:val="20"/>
                </w:rPr>
                <w:id w:val="1769743947"/>
                <w:placeholder>
                  <w:docPart w:val="CD9BBDA4ECBE4B86B248EFF8EADB745C"/>
                </w:placeholder>
                <w:showingPlcHdr/>
              </w:sdtPr>
              <w:sdtContent>
                <w:permStart w:id="421538592" w:edGrp="everyone"/>
                <w:r w:rsidR="009179B1">
                  <w:rPr>
                    <w:rStyle w:val="Textedelespacerserv"/>
                    <w:rFonts w:asciiTheme="majorHAnsi" w:hAnsiTheme="majorHAnsi" w:cstheme="majorHAnsi"/>
                    <w:sz w:val="20"/>
                    <w:szCs w:val="20"/>
                  </w:rPr>
                  <w:t xml:space="preserve">                            </w:t>
                </w:r>
                <w:permEnd w:id="421538592"/>
              </w:sdtContent>
            </w:sdt>
          </w:p>
        </w:tc>
      </w:tr>
    </w:tbl>
    <w:p w14:paraId="03A3F8A1" w14:textId="77777777" w:rsidR="009F14D0" w:rsidRDefault="009F14D0" w:rsidP="009F14D0">
      <w:pPr>
        <w:spacing w:after="360"/>
        <w:rPr>
          <w:rFonts w:asciiTheme="majorHAnsi" w:hAnsiTheme="majorHAnsi" w:cstheme="majorHAnsi"/>
          <w:sz w:val="20"/>
          <w:szCs w:val="20"/>
          <w:lang w:val="fr-CA"/>
        </w:rPr>
      </w:pPr>
    </w:p>
    <w:tbl>
      <w:tblPr>
        <w:tblStyle w:val="Grilledutableau"/>
        <w:tblW w:w="10980" w:type="dxa"/>
        <w:tblInd w:w="-72" w:type="dxa"/>
        <w:tblLook w:val="04A0" w:firstRow="1" w:lastRow="0" w:firstColumn="1" w:lastColumn="0" w:noHBand="0" w:noVBand="1"/>
      </w:tblPr>
      <w:tblGrid>
        <w:gridCol w:w="645"/>
        <w:gridCol w:w="2880"/>
        <w:gridCol w:w="632"/>
        <w:gridCol w:w="2791"/>
        <w:gridCol w:w="630"/>
        <w:gridCol w:w="3402"/>
      </w:tblGrid>
      <w:tr w:rsidR="00842A6D" w:rsidRPr="00A96640" w14:paraId="04757341" w14:textId="77777777" w:rsidTr="002C6112">
        <w:trPr>
          <w:trHeight w:val="413"/>
        </w:trPr>
        <w:tc>
          <w:tcPr>
            <w:tcW w:w="10980" w:type="dxa"/>
            <w:gridSpan w:val="6"/>
            <w:shd w:val="clear" w:color="auto" w:fill="000000" w:themeFill="text1"/>
            <w:vAlign w:val="center"/>
          </w:tcPr>
          <w:p w14:paraId="0B061C39" w14:textId="535A6102" w:rsidR="00842A6D" w:rsidRPr="00DA4F58" w:rsidRDefault="00615696" w:rsidP="009F14D0">
            <w:pPr>
              <w:jc w:val="center"/>
              <w:rPr>
                <w:rFonts w:asciiTheme="majorHAnsi" w:hAnsiTheme="majorHAnsi" w:cstheme="majorHAnsi"/>
                <w:sz w:val="20"/>
                <w:szCs w:val="20"/>
                <w:lang w:val="fr-CA"/>
              </w:rPr>
            </w:pPr>
            <w:r w:rsidRPr="00DA4F58">
              <w:rPr>
                <w:rFonts w:asciiTheme="majorHAnsi" w:hAnsiTheme="majorHAnsi" w:cstheme="majorHAnsi"/>
                <w:b/>
                <w:bCs/>
                <w:color w:val="FFFFFF" w:themeColor="background1"/>
                <w:sz w:val="20"/>
                <w:szCs w:val="20"/>
                <w:lang w:val="fr-CA"/>
              </w:rPr>
              <w:lastRenderedPageBreak/>
              <w:t xml:space="preserve">Veuillez cocher les facteurs de risque présents dans </w:t>
            </w:r>
            <w:r w:rsidR="00EA4462" w:rsidRPr="00DA4F58">
              <w:rPr>
                <w:rFonts w:asciiTheme="majorHAnsi" w:hAnsiTheme="majorHAnsi" w:cstheme="majorHAnsi"/>
                <w:b/>
                <w:bCs/>
                <w:color w:val="FFFFFF" w:themeColor="background1"/>
                <w:sz w:val="20"/>
                <w:szCs w:val="20"/>
                <w:u w:val="single"/>
                <w:lang w:val="fr-CA"/>
              </w:rPr>
              <w:t>la situation de l’enfant</w:t>
            </w:r>
            <w:r w:rsidR="00DA4F58" w:rsidRPr="00D33DCF">
              <w:rPr>
                <w:rFonts w:asciiTheme="majorHAnsi" w:hAnsiTheme="majorHAnsi" w:cstheme="majorHAnsi"/>
                <w:b/>
                <w:bCs/>
                <w:color w:val="FFFFFF" w:themeColor="background1"/>
                <w:sz w:val="20"/>
                <w:szCs w:val="20"/>
                <w:lang w:val="fr-CA"/>
              </w:rPr>
              <w:t xml:space="preserve"> et </w:t>
            </w:r>
            <w:r w:rsidR="00DA4F58" w:rsidRPr="00D33DCF">
              <w:rPr>
                <w:rFonts w:asciiTheme="majorHAnsi" w:hAnsiTheme="majorHAnsi" w:cstheme="majorHAnsi"/>
                <w:b/>
                <w:bCs/>
                <w:color w:val="FFFFFF" w:themeColor="background1"/>
                <w:sz w:val="20"/>
                <w:szCs w:val="20"/>
                <w:u w:val="single"/>
                <w:lang w:val="fr-CA"/>
              </w:rPr>
              <w:t>expliquer brièvement</w:t>
            </w:r>
            <w:r w:rsidR="00FC1615">
              <w:rPr>
                <w:rFonts w:asciiTheme="majorHAnsi" w:hAnsiTheme="majorHAnsi" w:cstheme="majorHAnsi"/>
                <w:b/>
                <w:bCs/>
                <w:color w:val="FFFFFF" w:themeColor="background1"/>
                <w:sz w:val="20"/>
                <w:szCs w:val="20"/>
                <w:u w:val="single"/>
                <w:lang w:val="fr-CA"/>
              </w:rPr>
              <w:t>.</w:t>
            </w:r>
          </w:p>
        </w:tc>
      </w:tr>
      <w:permStart w:id="6310559" w:edGrp="everyone"/>
      <w:tr w:rsidR="002D7DEA" w:rsidRPr="00A86FA6" w14:paraId="0C3F1FF6" w14:textId="77777777" w:rsidTr="00CC0206">
        <w:trPr>
          <w:trHeight w:val="720"/>
        </w:trPr>
        <w:tc>
          <w:tcPr>
            <w:tcW w:w="645" w:type="dxa"/>
            <w:tcBorders>
              <w:right w:val="nil"/>
            </w:tcBorders>
            <w:vAlign w:val="center"/>
          </w:tcPr>
          <w:p w14:paraId="28D32F19" w14:textId="398F5F1F" w:rsidR="002D7DEA"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1362471598"/>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6310559"/>
          </w:p>
        </w:tc>
        <w:tc>
          <w:tcPr>
            <w:tcW w:w="2880" w:type="dxa"/>
            <w:tcBorders>
              <w:left w:val="nil"/>
            </w:tcBorders>
            <w:vAlign w:val="center"/>
          </w:tcPr>
          <w:p w14:paraId="143F544C" w14:textId="78D51059" w:rsidR="002D7DEA" w:rsidRPr="00DA4F58" w:rsidRDefault="002D7DEA"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Difficulté d’attention/</w:t>
            </w:r>
            <w:r w:rsidR="00EE0C6C">
              <w:rPr>
                <w:rFonts w:asciiTheme="majorHAnsi" w:hAnsiTheme="majorHAnsi" w:cstheme="majorHAnsi"/>
                <w:sz w:val="20"/>
                <w:szCs w:val="20"/>
                <w:lang w:val="fr-CA"/>
              </w:rPr>
              <w:t xml:space="preserve"> </w:t>
            </w:r>
            <w:r w:rsidRPr="00DA4F58">
              <w:rPr>
                <w:rFonts w:asciiTheme="majorHAnsi" w:hAnsiTheme="majorHAnsi" w:cstheme="majorHAnsi"/>
                <w:sz w:val="20"/>
                <w:szCs w:val="20"/>
                <w:lang w:val="fr-CA"/>
              </w:rPr>
              <w:t>concentration</w:t>
            </w:r>
          </w:p>
          <w:p w14:paraId="48C2AB8C" w14:textId="5BFC97D9" w:rsidR="00D33DCF"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1469281823"/>
                <w:placeholder>
                  <w:docPart w:val="7A8218A366AC48C78E8499E5A10EE13F"/>
                </w:placeholder>
                <w:showingPlcHdr/>
              </w:sdtPr>
              <w:sdtContent>
                <w:permStart w:id="1675261068" w:edGrp="everyone"/>
                <w:r w:rsidR="009179B1">
                  <w:rPr>
                    <w:rStyle w:val="Textedelespacerserv"/>
                    <w:rFonts w:asciiTheme="majorHAnsi" w:hAnsiTheme="majorHAnsi" w:cstheme="majorHAnsi"/>
                    <w:sz w:val="20"/>
                    <w:szCs w:val="20"/>
                  </w:rPr>
                  <w:t xml:space="preserve">                            </w:t>
                </w:r>
                <w:permEnd w:id="1675261068"/>
              </w:sdtContent>
            </w:sdt>
          </w:p>
        </w:tc>
        <w:permStart w:id="365910452" w:edGrp="everyone"/>
        <w:tc>
          <w:tcPr>
            <w:tcW w:w="632" w:type="dxa"/>
            <w:tcBorders>
              <w:right w:val="nil"/>
            </w:tcBorders>
            <w:vAlign w:val="center"/>
          </w:tcPr>
          <w:p w14:paraId="6F3BEF0D" w14:textId="580AFB8E" w:rsidR="002D7DEA"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1971965779"/>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365910452"/>
          </w:p>
        </w:tc>
        <w:tc>
          <w:tcPr>
            <w:tcW w:w="2791" w:type="dxa"/>
            <w:tcBorders>
              <w:left w:val="nil"/>
            </w:tcBorders>
            <w:vAlign w:val="center"/>
          </w:tcPr>
          <w:p w14:paraId="20E7DFF2" w14:textId="2FC99459" w:rsidR="002D7DEA" w:rsidRPr="00DA4F58" w:rsidRDefault="00DA4F58"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 xml:space="preserve">Gestion des émotions </w:t>
            </w:r>
            <w:r w:rsidR="0026570F">
              <w:rPr>
                <w:rFonts w:asciiTheme="majorHAnsi" w:hAnsiTheme="majorHAnsi" w:cstheme="majorHAnsi"/>
                <w:sz w:val="20"/>
                <w:szCs w:val="20"/>
                <w:lang w:val="fr-CA"/>
              </w:rPr>
              <w:t>difficiles</w:t>
            </w:r>
          </w:p>
          <w:p w14:paraId="694EB3B7" w14:textId="107D4D5C" w:rsidR="00D33DCF"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567188354"/>
                <w:placeholder>
                  <w:docPart w:val="E852D05673CC4951B36E37B5EC693A62"/>
                </w:placeholder>
                <w:showingPlcHdr/>
              </w:sdtPr>
              <w:sdtContent>
                <w:permStart w:id="1406816263" w:edGrp="everyone"/>
                <w:r w:rsidR="009179B1">
                  <w:rPr>
                    <w:rStyle w:val="Textedelespacerserv"/>
                    <w:rFonts w:asciiTheme="majorHAnsi" w:hAnsiTheme="majorHAnsi" w:cstheme="majorHAnsi"/>
                    <w:sz w:val="20"/>
                    <w:szCs w:val="20"/>
                  </w:rPr>
                  <w:t xml:space="preserve">                            </w:t>
                </w:r>
                <w:permEnd w:id="1406816263"/>
              </w:sdtContent>
            </w:sdt>
          </w:p>
        </w:tc>
        <w:permStart w:id="391906861" w:edGrp="everyone"/>
        <w:tc>
          <w:tcPr>
            <w:tcW w:w="630" w:type="dxa"/>
            <w:tcBorders>
              <w:right w:val="nil"/>
            </w:tcBorders>
            <w:vAlign w:val="center"/>
          </w:tcPr>
          <w:p w14:paraId="0B516633" w14:textId="65E197CF" w:rsidR="002D7DEA"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747490238"/>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391906861"/>
          </w:p>
        </w:tc>
        <w:tc>
          <w:tcPr>
            <w:tcW w:w="3402" w:type="dxa"/>
            <w:tcBorders>
              <w:left w:val="nil"/>
            </w:tcBorders>
            <w:vAlign w:val="center"/>
          </w:tcPr>
          <w:p w14:paraId="4CBED7C2" w14:textId="4741C8CD" w:rsidR="002D7DEA" w:rsidRPr="00DA4F58" w:rsidRDefault="00DA4F58"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Enjeu alimentaire</w:t>
            </w:r>
          </w:p>
          <w:p w14:paraId="4CCA6986" w14:textId="16C8132C" w:rsidR="00D33DCF"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547185969"/>
                <w:placeholder>
                  <w:docPart w:val="75EE8A41B5144F839F111D882F65F6C0"/>
                </w:placeholder>
                <w:showingPlcHdr/>
              </w:sdtPr>
              <w:sdtContent>
                <w:permStart w:id="357905354" w:edGrp="everyone"/>
                <w:r w:rsidR="009179B1">
                  <w:rPr>
                    <w:rStyle w:val="Textedelespacerserv"/>
                    <w:rFonts w:asciiTheme="majorHAnsi" w:hAnsiTheme="majorHAnsi" w:cstheme="majorHAnsi"/>
                    <w:sz w:val="20"/>
                    <w:szCs w:val="20"/>
                  </w:rPr>
                  <w:t xml:space="preserve">                            </w:t>
                </w:r>
                <w:permEnd w:id="357905354"/>
              </w:sdtContent>
            </w:sdt>
          </w:p>
        </w:tc>
      </w:tr>
      <w:permStart w:id="1037775189" w:edGrp="everyone"/>
      <w:tr w:rsidR="002D7DEA" w:rsidRPr="00DA4F58" w14:paraId="1470AADE" w14:textId="77777777" w:rsidTr="00CC0206">
        <w:trPr>
          <w:trHeight w:val="720"/>
        </w:trPr>
        <w:tc>
          <w:tcPr>
            <w:tcW w:w="645" w:type="dxa"/>
            <w:tcBorders>
              <w:right w:val="nil"/>
            </w:tcBorders>
            <w:vAlign w:val="center"/>
          </w:tcPr>
          <w:p w14:paraId="6CB9D185" w14:textId="4559E38C" w:rsidR="002D7DEA"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1486386148"/>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1037775189"/>
          </w:p>
        </w:tc>
        <w:tc>
          <w:tcPr>
            <w:tcW w:w="2880" w:type="dxa"/>
            <w:tcBorders>
              <w:left w:val="nil"/>
            </w:tcBorders>
            <w:vAlign w:val="center"/>
          </w:tcPr>
          <w:p w14:paraId="59AED795" w14:textId="77777777" w:rsidR="002D7DEA" w:rsidRPr="00DA4F58" w:rsidRDefault="002D7DEA"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Agressivité/impulsivité</w:t>
            </w:r>
          </w:p>
          <w:p w14:paraId="2FA7BB27" w14:textId="70054BC7" w:rsidR="00D33DCF"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1366636968"/>
                <w:placeholder>
                  <w:docPart w:val="18DB7FC5067841CC8A3CCC2AF79CF6C8"/>
                </w:placeholder>
                <w:showingPlcHdr/>
              </w:sdtPr>
              <w:sdtContent>
                <w:permStart w:id="854859458" w:edGrp="everyone"/>
                <w:r w:rsidR="009179B1">
                  <w:rPr>
                    <w:rStyle w:val="Textedelespacerserv"/>
                    <w:rFonts w:asciiTheme="majorHAnsi" w:hAnsiTheme="majorHAnsi" w:cstheme="majorHAnsi"/>
                    <w:sz w:val="20"/>
                    <w:szCs w:val="20"/>
                  </w:rPr>
                  <w:t xml:space="preserve">                            </w:t>
                </w:r>
                <w:permEnd w:id="854859458"/>
              </w:sdtContent>
            </w:sdt>
          </w:p>
        </w:tc>
        <w:permStart w:id="827668888" w:edGrp="everyone"/>
        <w:tc>
          <w:tcPr>
            <w:tcW w:w="632" w:type="dxa"/>
            <w:tcBorders>
              <w:right w:val="nil"/>
            </w:tcBorders>
            <w:vAlign w:val="center"/>
          </w:tcPr>
          <w:p w14:paraId="50C386EE" w14:textId="3D886A4D" w:rsidR="002D7DEA"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796881393"/>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827668888"/>
          </w:p>
        </w:tc>
        <w:tc>
          <w:tcPr>
            <w:tcW w:w="2791" w:type="dxa"/>
            <w:tcBorders>
              <w:left w:val="nil"/>
            </w:tcBorders>
            <w:vAlign w:val="center"/>
          </w:tcPr>
          <w:p w14:paraId="58D3DAE4" w14:textId="000BF861" w:rsidR="002D7DEA" w:rsidRPr="00DA4F58" w:rsidRDefault="002D7DEA"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 xml:space="preserve">Comportement </w:t>
            </w:r>
            <w:r w:rsidR="00D33DCF" w:rsidRPr="00DA4F58">
              <w:rPr>
                <w:rFonts w:asciiTheme="majorHAnsi" w:hAnsiTheme="majorHAnsi" w:cstheme="majorHAnsi"/>
                <w:sz w:val="20"/>
                <w:szCs w:val="20"/>
                <w:lang w:val="fr-CA"/>
              </w:rPr>
              <w:t>destructi</w:t>
            </w:r>
            <w:r w:rsidR="00166F3C" w:rsidRPr="00DA4F58">
              <w:rPr>
                <w:rFonts w:asciiTheme="majorHAnsi" w:hAnsiTheme="majorHAnsi" w:cstheme="majorHAnsi"/>
                <w:sz w:val="20"/>
                <w:szCs w:val="20"/>
                <w:lang w:val="fr-CA"/>
              </w:rPr>
              <w:t>f</w:t>
            </w:r>
          </w:p>
          <w:p w14:paraId="781C4867" w14:textId="5AE1DD17" w:rsidR="00D33DCF"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287443974"/>
                <w:placeholder>
                  <w:docPart w:val="A469A58346C94FA0AB82A92EB797349D"/>
                </w:placeholder>
                <w:showingPlcHdr/>
              </w:sdtPr>
              <w:sdtContent>
                <w:permStart w:id="366091546" w:edGrp="everyone"/>
                <w:r w:rsidR="009179B1">
                  <w:rPr>
                    <w:rStyle w:val="Textedelespacerserv"/>
                    <w:rFonts w:asciiTheme="majorHAnsi" w:hAnsiTheme="majorHAnsi" w:cstheme="majorHAnsi"/>
                    <w:sz w:val="20"/>
                    <w:szCs w:val="20"/>
                  </w:rPr>
                  <w:t xml:space="preserve">                            </w:t>
                </w:r>
                <w:permEnd w:id="366091546"/>
              </w:sdtContent>
            </w:sdt>
          </w:p>
        </w:tc>
        <w:permStart w:id="582567921" w:edGrp="everyone"/>
        <w:tc>
          <w:tcPr>
            <w:tcW w:w="630" w:type="dxa"/>
            <w:tcBorders>
              <w:right w:val="nil"/>
            </w:tcBorders>
            <w:vAlign w:val="center"/>
          </w:tcPr>
          <w:p w14:paraId="70127F7E" w14:textId="3F131A04" w:rsidR="002D7DEA"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292335858"/>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582567921"/>
          </w:p>
        </w:tc>
        <w:tc>
          <w:tcPr>
            <w:tcW w:w="3402" w:type="dxa"/>
            <w:tcBorders>
              <w:left w:val="nil"/>
            </w:tcBorders>
            <w:vAlign w:val="center"/>
          </w:tcPr>
          <w:p w14:paraId="5FC559D0" w14:textId="77777777" w:rsidR="002D7DEA" w:rsidRPr="00DA4F58" w:rsidRDefault="002D7DEA"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Se met ou met les autres en danger</w:t>
            </w:r>
          </w:p>
          <w:p w14:paraId="10B1EA28" w14:textId="06D6769A" w:rsidR="00D33DCF"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644805588"/>
                <w:placeholder>
                  <w:docPart w:val="4E44D5319010417183AB472B75D94796"/>
                </w:placeholder>
                <w:showingPlcHdr/>
              </w:sdtPr>
              <w:sdtContent>
                <w:permStart w:id="862329581" w:edGrp="everyone"/>
                <w:r w:rsidR="009179B1">
                  <w:rPr>
                    <w:rStyle w:val="Textedelespacerserv"/>
                    <w:rFonts w:asciiTheme="majorHAnsi" w:hAnsiTheme="majorHAnsi" w:cstheme="majorHAnsi"/>
                    <w:sz w:val="20"/>
                    <w:szCs w:val="20"/>
                  </w:rPr>
                  <w:t xml:space="preserve">                            </w:t>
                </w:r>
                <w:permEnd w:id="862329581"/>
              </w:sdtContent>
            </w:sdt>
          </w:p>
        </w:tc>
      </w:tr>
      <w:permStart w:id="357793760" w:edGrp="everyone"/>
      <w:tr w:rsidR="002D7DEA" w:rsidRPr="00A86FA6" w14:paraId="5C4326F3" w14:textId="77777777" w:rsidTr="00CC0206">
        <w:trPr>
          <w:trHeight w:val="720"/>
        </w:trPr>
        <w:tc>
          <w:tcPr>
            <w:tcW w:w="645" w:type="dxa"/>
            <w:tcBorders>
              <w:right w:val="nil"/>
            </w:tcBorders>
            <w:vAlign w:val="center"/>
          </w:tcPr>
          <w:p w14:paraId="4157D22D" w14:textId="381B1E15" w:rsidR="002D7DEA"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1161656841"/>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357793760"/>
          </w:p>
        </w:tc>
        <w:tc>
          <w:tcPr>
            <w:tcW w:w="2880" w:type="dxa"/>
            <w:tcBorders>
              <w:left w:val="nil"/>
            </w:tcBorders>
            <w:vAlign w:val="center"/>
          </w:tcPr>
          <w:p w14:paraId="0E45C278" w14:textId="77777777" w:rsidR="002D7DEA" w:rsidRPr="00DA4F58" w:rsidRDefault="002D7DEA"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Difficulté d’apprentissage</w:t>
            </w:r>
          </w:p>
          <w:p w14:paraId="6126E5C8" w14:textId="785873D3" w:rsidR="00D33DCF"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1232193246"/>
                <w:placeholder>
                  <w:docPart w:val="591952E6762843B0BCEFC775BB814C06"/>
                </w:placeholder>
                <w:showingPlcHdr/>
              </w:sdtPr>
              <w:sdtContent>
                <w:permStart w:id="841500140" w:edGrp="everyone"/>
                <w:r w:rsidR="009179B1">
                  <w:rPr>
                    <w:rStyle w:val="Textedelespacerserv"/>
                    <w:rFonts w:asciiTheme="majorHAnsi" w:hAnsiTheme="majorHAnsi" w:cstheme="majorHAnsi"/>
                    <w:sz w:val="20"/>
                    <w:szCs w:val="20"/>
                  </w:rPr>
                  <w:t xml:space="preserve">                            </w:t>
                </w:r>
                <w:permEnd w:id="841500140"/>
              </w:sdtContent>
            </w:sdt>
          </w:p>
        </w:tc>
        <w:permStart w:id="1652570494" w:edGrp="everyone"/>
        <w:tc>
          <w:tcPr>
            <w:tcW w:w="632" w:type="dxa"/>
            <w:tcBorders>
              <w:right w:val="nil"/>
            </w:tcBorders>
            <w:vAlign w:val="center"/>
          </w:tcPr>
          <w:p w14:paraId="2C4A16E7" w14:textId="1441CB41" w:rsidR="002D7DEA"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173852461"/>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1652570494"/>
          </w:p>
        </w:tc>
        <w:tc>
          <w:tcPr>
            <w:tcW w:w="2791" w:type="dxa"/>
            <w:tcBorders>
              <w:left w:val="nil"/>
            </w:tcBorders>
            <w:vAlign w:val="center"/>
          </w:tcPr>
          <w:p w14:paraId="0A5B0570" w14:textId="77777777" w:rsidR="00DA4F58" w:rsidRPr="00DA4F58" w:rsidRDefault="00DA4F58"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Dévalorisation</w:t>
            </w:r>
          </w:p>
          <w:p w14:paraId="315D6F50" w14:textId="04E219FA" w:rsidR="00D33DCF"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1387020639"/>
                <w:placeholder>
                  <w:docPart w:val="379AF3A568DE42E68E5C7F2291F0AE9C"/>
                </w:placeholder>
                <w:showingPlcHdr/>
              </w:sdtPr>
              <w:sdtContent>
                <w:permStart w:id="1090408337" w:edGrp="everyone"/>
                <w:r w:rsidR="009179B1">
                  <w:rPr>
                    <w:rStyle w:val="Textedelespacerserv"/>
                    <w:rFonts w:asciiTheme="majorHAnsi" w:hAnsiTheme="majorHAnsi" w:cstheme="majorHAnsi"/>
                    <w:sz w:val="20"/>
                    <w:szCs w:val="20"/>
                  </w:rPr>
                  <w:t xml:space="preserve">                            </w:t>
                </w:r>
                <w:permEnd w:id="1090408337"/>
              </w:sdtContent>
            </w:sdt>
          </w:p>
        </w:tc>
        <w:permStart w:id="1938299184" w:edGrp="everyone"/>
        <w:tc>
          <w:tcPr>
            <w:tcW w:w="630" w:type="dxa"/>
            <w:tcBorders>
              <w:right w:val="nil"/>
            </w:tcBorders>
            <w:vAlign w:val="center"/>
          </w:tcPr>
          <w:p w14:paraId="68843045" w14:textId="7A1FE7EF" w:rsidR="002D7DEA"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1122121351"/>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1938299184"/>
          </w:p>
        </w:tc>
        <w:tc>
          <w:tcPr>
            <w:tcW w:w="3402" w:type="dxa"/>
            <w:tcBorders>
              <w:left w:val="nil"/>
            </w:tcBorders>
            <w:vAlign w:val="center"/>
          </w:tcPr>
          <w:p w14:paraId="2087A9E1" w14:textId="77777777" w:rsidR="002D7DEA" w:rsidRPr="00DA4F58" w:rsidRDefault="002D7DEA"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Fugue/fuite</w:t>
            </w:r>
          </w:p>
          <w:p w14:paraId="323CA999" w14:textId="6D3EF5EE" w:rsidR="00D33DCF"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2108187510"/>
                <w:placeholder>
                  <w:docPart w:val="0812A3267E294773B21AE7F473E901D5"/>
                </w:placeholder>
                <w:showingPlcHdr/>
              </w:sdtPr>
              <w:sdtContent>
                <w:permStart w:id="897279644" w:edGrp="everyone"/>
                <w:r w:rsidR="009179B1">
                  <w:rPr>
                    <w:rStyle w:val="Textedelespacerserv"/>
                    <w:rFonts w:asciiTheme="majorHAnsi" w:hAnsiTheme="majorHAnsi" w:cstheme="majorHAnsi"/>
                    <w:sz w:val="20"/>
                    <w:szCs w:val="20"/>
                  </w:rPr>
                  <w:t xml:space="preserve">                            </w:t>
                </w:r>
                <w:permEnd w:id="897279644"/>
              </w:sdtContent>
            </w:sdt>
          </w:p>
        </w:tc>
      </w:tr>
      <w:permStart w:id="1866613073" w:edGrp="everyone"/>
      <w:tr w:rsidR="002D7DEA" w:rsidRPr="00DA4F58" w14:paraId="40B2B6C0" w14:textId="77777777" w:rsidTr="00CC0206">
        <w:trPr>
          <w:trHeight w:val="720"/>
        </w:trPr>
        <w:tc>
          <w:tcPr>
            <w:tcW w:w="645" w:type="dxa"/>
            <w:tcBorders>
              <w:right w:val="nil"/>
            </w:tcBorders>
            <w:vAlign w:val="center"/>
          </w:tcPr>
          <w:p w14:paraId="173A265A" w14:textId="2DDA4C8B" w:rsidR="002D7DEA"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1875510431"/>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1866613073"/>
          </w:p>
        </w:tc>
        <w:tc>
          <w:tcPr>
            <w:tcW w:w="2880" w:type="dxa"/>
            <w:tcBorders>
              <w:left w:val="nil"/>
            </w:tcBorders>
            <w:vAlign w:val="center"/>
          </w:tcPr>
          <w:p w14:paraId="33C318DF" w14:textId="77777777" w:rsidR="00166F3C" w:rsidRPr="00DA4F58" w:rsidRDefault="00166F3C"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Enjeu apprentissage propreté</w:t>
            </w:r>
          </w:p>
          <w:p w14:paraId="2CDDF7A7" w14:textId="34F7B432" w:rsidR="00D33DCF"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1396784119"/>
                <w:placeholder>
                  <w:docPart w:val="8541851BBA8B49F897B648CCB8F9494C"/>
                </w:placeholder>
                <w:showingPlcHdr/>
              </w:sdtPr>
              <w:sdtContent>
                <w:permStart w:id="2023250409" w:edGrp="everyone"/>
                <w:r w:rsidR="009179B1">
                  <w:rPr>
                    <w:rStyle w:val="Textedelespacerserv"/>
                    <w:rFonts w:asciiTheme="majorHAnsi" w:hAnsiTheme="majorHAnsi" w:cstheme="majorHAnsi"/>
                    <w:sz w:val="20"/>
                    <w:szCs w:val="20"/>
                  </w:rPr>
                  <w:t xml:space="preserve">                            </w:t>
                </w:r>
                <w:permEnd w:id="2023250409"/>
              </w:sdtContent>
            </w:sdt>
          </w:p>
        </w:tc>
        <w:permStart w:id="360977866" w:edGrp="everyone"/>
        <w:tc>
          <w:tcPr>
            <w:tcW w:w="632" w:type="dxa"/>
            <w:tcBorders>
              <w:right w:val="nil"/>
            </w:tcBorders>
            <w:vAlign w:val="center"/>
          </w:tcPr>
          <w:p w14:paraId="5A729AE8" w14:textId="0E33CFEA" w:rsidR="002D7DEA"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2124261675"/>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360977866"/>
          </w:p>
        </w:tc>
        <w:tc>
          <w:tcPr>
            <w:tcW w:w="2791" w:type="dxa"/>
            <w:tcBorders>
              <w:left w:val="nil"/>
            </w:tcBorders>
            <w:vAlign w:val="center"/>
          </w:tcPr>
          <w:p w14:paraId="1D20E679" w14:textId="77777777" w:rsidR="002D7DEA" w:rsidRPr="00DA4F58" w:rsidRDefault="002D7DEA"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Automutilation</w:t>
            </w:r>
          </w:p>
          <w:p w14:paraId="79AD9CEE" w14:textId="36ECAF57" w:rsidR="00D33DCF"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1532018005"/>
                <w:placeholder>
                  <w:docPart w:val="8800C769245B4E3B94FB2714B6EC6D7A"/>
                </w:placeholder>
                <w:showingPlcHdr/>
              </w:sdtPr>
              <w:sdtContent>
                <w:permStart w:id="165575648" w:edGrp="everyone"/>
                <w:r w:rsidR="009179B1">
                  <w:rPr>
                    <w:rStyle w:val="Textedelespacerserv"/>
                    <w:rFonts w:asciiTheme="majorHAnsi" w:hAnsiTheme="majorHAnsi" w:cstheme="majorHAnsi"/>
                    <w:sz w:val="20"/>
                    <w:szCs w:val="20"/>
                  </w:rPr>
                  <w:t xml:space="preserve">                            </w:t>
                </w:r>
                <w:permEnd w:id="165575648"/>
              </w:sdtContent>
            </w:sdt>
          </w:p>
        </w:tc>
        <w:permStart w:id="1647860590" w:edGrp="everyone"/>
        <w:tc>
          <w:tcPr>
            <w:tcW w:w="630" w:type="dxa"/>
            <w:tcBorders>
              <w:right w:val="nil"/>
            </w:tcBorders>
            <w:vAlign w:val="center"/>
          </w:tcPr>
          <w:p w14:paraId="146A50D2" w14:textId="574AAFF2" w:rsidR="002D7DEA"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325046626"/>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1647860590"/>
          </w:p>
        </w:tc>
        <w:tc>
          <w:tcPr>
            <w:tcW w:w="3402" w:type="dxa"/>
            <w:tcBorders>
              <w:left w:val="nil"/>
            </w:tcBorders>
            <w:vAlign w:val="center"/>
          </w:tcPr>
          <w:p w14:paraId="56A3B575" w14:textId="25AE8CEE" w:rsidR="00166F3C" w:rsidRPr="00DA4F58" w:rsidRDefault="00166F3C"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Difficulté au plan du développement (moteur, langagier, cognitif) </w:t>
            </w:r>
          </w:p>
          <w:p w14:paraId="4DAB5397" w14:textId="320E63EC" w:rsidR="00D33DCF"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687109913"/>
                <w:placeholder>
                  <w:docPart w:val="B868C01844474CB3B0A5B1DA3AAD4575"/>
                </w:placeholder>
                <w:showingPlcHdr/>
              </w:sdtPr>
              <w:sdtContent>
                <w:permStart w:id="283192539" w:edGrp="everyone"/>
                <w:r w:rsidR="009179B1">
                  <w:rPr>
                    <w:rStyle w:val="Textedelespacerserv"/>
                    <w:rFonts w:asciiTheme="majorHAnsi" w:hAnsiTheme="majorHAnsi" w:cstheme="majorHAnsi"/>
                    <w:sz w:val="20"/>
                    <w:szCs w:val="20"/>
                  </w:rPr>
                  <w:t xml:space="preserve">                            </w:t>
                </w:r>
                <w:permEnd w:id="283192539"/>
              </w:sdtContent>
            </w:sdt>
          </w:p>
        </w:tc>
      </w:tr>
      <w:permStart w:id="146499604" w:edGrp="everyone"/>
      <w:tr w:rsidR="002D7DEA" w:rsidRPr="00A96640" w14:paraId="07B22E68" w14:textId="77777777" w:rsidTr="00CC0206">
        <w:trPr>
          <w:trHeight w:val="720"/>
        </w:trPr>
        <w:tc>
          <w:tcPr>
            <w:tcW w:w="645" w:type="dxa"/>
            <w:tcBorders>
              <w:right w:val="nil"/>
            </w:tcBorders>
            <w:vAlign w:val="center"/>
          </w:tcPr>
          <w:p w14:paraId="2319B6FF" w14:textId="1996ED8B" w:rsidR="002D7DEA"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1247991274"/>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146499604"/>
          </w:p>
        </w:tc>
        <w:tc>
          <w:tcPr>
            <w:tcW w:w="2880" w:type="dxa"/>
            <w:tcBorders>
              <w:left w:val="nil"/>
            </w:tcBorders>
            <w:vAlign w:val="center"/>
          </w:tcPr>
          <w:p w14:paraId="35397126" w14:textId="77777777" w:rsidR="002D7DEA" w:rsidRPr="00DA4F58" w:rsidRDefault="002D7DEA"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Agitation</w:t>
            </w:r>
          </w:p>
          <w:p w14:paraId="2C8E26E9" w14:textId="7306C5CA" w:rsidR="00D33DCF"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932967638"/>
                <w:placeholder>
                  <w:docPart w:val="60CF31BEE766449A8B55935882D33416"/>
                </w:placeholder>
                <w:showingPlcHdr/>
              </w:sdtPr>
              <w:sdtContent>
                <w:permStart w:id="941248815" w:edGrp="everyone"/>
                <w:r w:rsidR="009179B1">
                  <w:rPr>
                    <w:rStyle w:val="Textedelespacerserv"/>
                    <w:rFonts w:asciiTheme="majorHAnsi" w:hAnsiTheme="majorHAnsi" w:cstheme="majorHAnsi"/>
                    <w:sz w:val="20"/>
                    <w:szCs w:val="20"/>
                  </w:rPr>
                  <w:t xml:space="preserve">                            </w:t>
                </w:r>
                <w:permEnd w:id="941248815"/>
              </w:sdtContent>
            </w:sdt>
          </w:p>
        </w:tc>
        <w:permStart w:id="1280319995" w:edGrp="everyone"/>
        <w:tc>
          <w:tcPr>
            <w:tcW w:w="632" w:type="dxa"/>
            <w:tcBorders>
              <w:right w:val="nil"/>
            </w:tcBorders>
            <w:vAlign w:val="center"/>
          </w:tcPr>
          <w:p w14:paraId="64777D0D" w14:textId="707F7740" w:rsidR="002D7DEA"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1145007816"/>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1280319995"/>
          </w:p>
        </w:tc>
        <w:tc>
          <w:tcPr>
            <w:tcW w:w="2791" w:type="dxa"/>
            <w:tcBorders>
              <w:left w:val="nil"/>
            </w:tcBorders>
            <w:vAlign w:val="center"/>
          </w:tcPr>
          <w:p w14:paraId="2552889C" w14:textId="7098EDD7" w:rsidR="002D7DEA" w:rsidRPr="00DA4F58" w:rsidRDefault="00EE0C6C" w:rsidP="00EE0C6C">
            <w:pPr>
              <w:rPr>
                <w:rFonts w:asciiTheme="majorHAnsi" w:hAnsiTheme="majorHAnsi" w:cstheme="majorHAnsi"/>
                <w:sz w:val="20"/>
                <w:szCs w:val="20"/>
                <w:lang w:val="fr-CA"/>
              </w:rPr>
            </w:pPr>
            <w:r>
              <w:rPr>
                <w:rFonts w:asciiTheme="majorHAnsi" w:hAnsiTheme="majorHAnsi" w:cstheme="majorHAnsi"/>
                <w:sz w:val="20"/>
                <w:szCs w:val="20"/>
                <w:lang w:val="fr-CA"/>
              </w:rPr>
              <w:t>Exposé à</w:t>
            </w:r>
            <w:r w:rsidR="002D7DEA" w:rsidRPr="00DA4F58">
              <w:rPr>
                <w:rFonts w:asciiTheme="majorHAnsi" w:hAnsiTheme="majorHAnsi" w:cstheme="majorHAnsi"/>
                <w:sz w:val="20"/>
                <w:szCs w:val="20"/>
                <w:lang w:val="fr-CA"/>
              </w:rPr>
              <w:t xml:space="preserve"> </w:t>
            </w:r>
            <w:r w:rsidR="00EA4462" w:rsidRPr="00DA4F58">
              <w:rPr>
                <w:rFonts w:asciiTheme="majorHAnsi" w:hAnsiTheme="majorHAnsi" w:cstheme="majorHAnsi"/>
                <w:sz w:val="20"/>
                <w:szCs w:val="20"/>
                <w:lang w:val="fr-CA"/>
              </w:rPr>
              <w:t xml:space="preserve">la </w:t>
            </w:r>
            <w:r w:rsidR="002D7DEA" w:rsidRPr="00DA4F58">
              <w:rPr>
                <w:rFonts w:asciiTheme="majorHAnsi" w:hAnsiTheme="majorHAnsi" w:cstheme="majorHAnsi"/>
                <w:sz w:val="20"/>
                <w:szCs w:val="20"/>
                <w:lang w:val="fr-CA"/>
              </w:rPr>
              <w:t>violence conjugale</w:t>
            </w:r>
          </w:p>
          <w:p w14:paraId="570555B4" w14:textId="1CA37B43" w:rsidR="00D33DCF"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146561728"/>
                <w:placeholder>
                  <w:docPart w:val="014D94D5C8D04359B78C95DA8663F68D"/>
                </w:placeholder>
                <w:showingPlcHdr/>
              </w:sdtPr>
              <w:sdtContent>
                <w:permStart w:id="746023470" w:edGrp="everyone"/>
                <w:r w:rsidR="009179B1" w:rsidRPr="00D252BE">
                  <w:rPr>
                    <w:rStyle w:val="Textedelespacerserv"/>
                    <w:rFonts w:asciiTheme="majorHAnsi" w:hAnsiTheme="majorHAnsi" w:cstheme="majorHAnsi"/>
                    <w:sz w:val="20"/>
                    <w:szCs w:val="20"/>
                    <w:lang w:val="fr-CA"/>
                  </w:rPr>
                  <w:t xml:space="preserve">                            </w:t>
                </w:r>
                <w:permEnd w:id="746023470"/>
              </w:sdtContent>
            </w:sdt>
          </w:p>
        </w:tc>
        <w:permStart w:id="248666097" w:edGrp="everyone"/>
        <w:tc>
          <w:tcPr>
            <w:tcW w:w="630" w:type="dxa"/>
            <w:tcBorders>
              <w:right w:val="nil"/>
            </w:tcBorders>
            <w:vAlign w:val="center"/>
          </w:tcPr>
          <w:p w14:paraId="02B5CF82" w14:textId="39722C9E" w:rsidR="002D7DEA"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1906138794"/>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248666097"/>
          </w:p>
        </w:tc>
        <w:tc>
          <w:tcPr>
            <w:tcW w:w="3402" w:type="dxa"/>
            <w:tcBorders>
              <w:left w:val="nil"/>
            </w:tcBorders>
            <w:vAlign w:val="center"/>
          </w:tcPr>
          <w:p w14:paraId="79E32FFD" w14:textId="77777777" w:rsidR="00166F3C" w:rsidRPr="00DA4F58" w:rsidRDefault="00166F3C"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 xml:space="preserve">Difficulté au plan du sommeil </w:t>
            </w:r>
          </w:p>
          <w:p w14:paraId="13E65E09" w14:textId="543CDC17" w:rsidR="002D7DEA"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1184943800"/>
                <w:placeholder>
                  <w:docPart w:val="1E2F870DC4EC459BB3BCE6BFF80B1245"/>
                </w:placeholder>
                <w:showingPlcHdr/>
              </w:sdtPr>
              <w:sdtContent>
                <w:permStart w:id="213739780" w:edGrp="everyone"/>
                <w:r w:rsidR="009179B1" w:rsidRPr="00D252BE">
                  <w:rPr>
                    <w:rStyle w:val="Textedelespacerserv"/>
                    <w:rFonts w:asciiTheme="majorHAnsi" w:hAnsiTheme="majorHAnsi" w:cstheme="majorHAnsi"/>
                    <w:sz w:val="20"/>
                    <w:szCs w:val="20"/>
                    <w:lang w:val="fr-CA"/>
                  </w:rPr>
                  <w:t xml:space="preserve">                            </w:t>
                </w:r>
                <w:permEnd w:id="213739780"/>
              </w:sdtContent>
            </w:sdt>
          </w:p>
        </w:tc>
      </w:tr>
      <w:permStart w:id="1434386763" w:edGrp="everyone"/>
      <w:tr w:rsidR="00EA4462" w:rsidRPr="00A86FA6" w14:paraId="535EE3D2" w14:textId="77777777" w:rsidTr="00CC0206">
        <w:trPr>
          <w:trHeight w:val="720"/>
        </w:trPr>
        <w:tc>
          <w:tcPr>
            <w:tcW w:w="645" w:type="dxa"/>
            <w:tcBorders>
              <w:right w:val="nil"/>
            </w:tcBorders>
            <w:vAlign w:val="center"/>
          </w:tcPr>
          <w:p w14:paraId="1C902E4B" w14:textId="23A3718B" w:rsidR="00EA4462"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2121951885"/>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1434386763"/>
          </w:p>
        </w:tc>
        <w:tc>
          <w:tcPr>
            <w:tcW w:w="2880" w:type="dxa"/>
            <w:tcBorders>
              <w:left w:val="nil"/>
            </w:tcBorders>
            <w:vAlign w:val="center"/>
          </w:tcPr>
          <w:p w14:paraId="7D479C62" w14:textId="77777777" w:rsidR="00EA4462" w:rsidRPr="00DA4F58" w:rsidRDefault="00EA4462"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Lacune au plan de l'hygiène</w:t>
            </w:r>
          </w:p>
          <w:p w14:paraId="624CB8B4" w14:textId="5901CBB5" w:rsidR="00D33DCF"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192310263"/>
                <w:placeholder>
                  <w:docPart w:val="C1889A1D2F3740F4867E2C38A9B073E8"/>
                </w:placeholder>
                <w:showingPlcHdr/>
              </w:sdtPr>
              <w:sdtContent>
                <w:permStart w:id="674184943" w:edGrp="everyone"/>
                <w:r w:rsidR="009179B1" w:rsidRPr="00D252BE">
                  <w:rPr>
                    <w:rStyle w:val="Textedelespacerserv"/>
                    <w:rFonts w:asciiTheme="majorHAnsi" w:hAnsiTheme="majorHAnsi" w:cstheme="majorHAnsi"/>
                    <w:sz w:val="20"/>
                    <w:szCs w:val="20"/>
                    <w:lang w:val="fr-CA"/>
                  </w:rPr>
                  <w:t xml:space="preserve">                            </w:t>
                </w:r>
                <w:permEnd w:id="674184943"/>
              </w:sdtContent>
            </w:sdt>
          </w:p>
        </w:tc>
        <w:permStart w:id="981822302" w:edGrp="everyone"/>
        <w:tc>
          <w:tcPr>
            <w:tcW w:w="632" w:type="dxa"/>
            <w:tcBorders>
              <w:right w:val="nil"/>
            </w:tcBorders>
            <w:vAlign w:val="center"/>
          </w:tcPr>
          <w:p w14:paraId="3456B9D7" w14:textId="299DDC8D" w:rsidR="00EA4462"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476183918"/>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r w:rsidR="00EE0C6C">
              <w:rPr>
                <w:rFonts w:asciiTheme="majorHAnsi" w:hAnsiTheme="majorHAnsi" w:cstheme="majorHAnsi"/>
                <w:sz w:val="20"/>
                <w:szCs w:val="20"/>
                <w:lang w:val="fr-CA"/>
              </w:rPr>
              <w:t xml:space="preserve"> </w:t>
            </w:r>
            <w:permEnd w:id="981822302"/>
          </w:p>
        </w:tc>
        <w:tc>
          <w:tcPr>
            <w:tcW w:w="2791" w:type="dxa"/>
            <w:tcBorders>
              <w:left w:val="nil"/>
            </w:tcBorders>
            <w:vAlign w:val="center"/>
          </w:tcPr>
          <w:p w14:paraId="48AAF752" w14:textId="77777777" w:rsidR="00EA4462" w:rsidRPr="00DA4F58" w:rsidRDefault="001774CA"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Victime d'abus physique</w:t>
            </w:r>
          </w:p>
          <w:p w14:paraId="7E244EE2" w14:textId="23006190" w:rsidR="00D33DCF"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1834370498"/>
                <w:placeholder>
                  <w:docPart w:val="38F3D72F05B14D05965EFED2B7B4664F"/>
                </w:placeholder>
                <w:showingPlcHdr/>
              </w:sdtPr>
              <w:sdtContent>
                <w:permStart w:id="1760632859" w:edGrp="everyone"/>
                <w:r w:rsidR="009179B1">
                  <w:rPr>
                    <w:rStyle w:val="Textedelespacerserv"/>
                    <w:rFonts w:asciiTheme="majorHAnsi" w:hAnsiTheme="majorHAnsi" w:cstheme="majorHAnsi"/>
                    <w:sz w:val="20"/>
                    <w:szCs w:val="20"/>
                  </w:rPr>
                  <w:t xml:space="preserve">                            </w:t>
                </w:r>
                <w:permEnd w:id="1760632859"/>
              </w:sdtContent>
            </w:sdt>
          </w:p>
        </w:tc>
        <w:permStart w:id="1983077938" w:edGrp="everyone"/>
        <w:tc>
          <w:tcPr>
            <w:tcW w:w="630" w:type="dxa"/>
            <w:tcBorders>
              <w:right w:val="nil"/>
            </w:tcBorders>
            <w:vAlign w:val="center"/>
          </w:tcPr>
          <w:p w14:paraId="51F335E0" w14:textId="5269003A" w:rsidR="00EA4462"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1746253742"/>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1983077938"/>
          </w:p>
        </w:tc>
        <w:tc>
          <w:tcPr>
            <w:tcW w:w="3402" w:type="dxa"/>
            <w:tcBorders>
              <w:left w:val="nil"/>
            </w:tcBorders>
            <w:vAlign w:val="center"/>
          </w:tcPr>
          <w:p w14:paraId="7801F170" w14:textId="77777777" w:rsidR="00EA4462" w:rsidRPr="00DA4F58" w:rsidRDefault="001774CA"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Victime d'abus sexuel</w:t>
            </w:r>
          </w:p>
          <w:p w14:paraId="7A66C34A" w14:textId="4C3AB770" w:rsidR="00D33DCF"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506799871"/>
                <w:placeholder>
                  <w:docPart w:val="1FF65ACB50314E68A444A8D3200BF5C1"/>
                </w:placeholder>
                <w:showingPlcHdr/>
              </w:sdtPr>
              <w:sdtContent>
                <w:permStart w:id="1686122918" w:edGrp="everyone"/>
                <w:r w:rsidR="009179B1">
                  <w:rPr>
                    <w:rStyle w:val="Textedelespacerserv"/>
                    <w:rFonts w:asciiTheme="majorHAnsi" w:hAnsiTheme="majorHAnsi" w:cstheme="majorHAnsi"/>
                    <w:sz w:val="20"/>
                    <w:szCs w:val="20"/>
                  </w:rPr>
                  <w:t xml:space="preserve">                            </w:t>
                </w:r>
                <w:permEnd w:id="1686122918"/>
              </w:sdtContent>
            </w:sdt>
          </w:p>
        </w:tc>
      </w:tr>
      <w:permStart w:id="1057042716" w:edGrp="everyone"/>
      <w:tr w:rsidR="00166F3C" w:rsidRPr="00A86FA6" w14:paraId="51F252CC" w14:textId="77777777" w:rsidTr="00CC0206">
        <w:trPr>
          <w:trHeight w:val="720"/>
        </w:trPr>
        <w:tc>
          <w:tcPr>
            <w:tcW w:w="645" w:type="dxa"/>
            <w:tcBorders>
              <w:right w:val="nil"/>
            </w:tcBorders>
            <w:vAlign w:val="center"/>
          </w:tcPr>
          <w:p w14:paraId="2AAD3340" w14:textId="7542164D" w:rsidR="00166F3C"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3134323"/>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1057042716"/>
          </w:p>
        </w:tc>
        <w:tc>
          <w:tcPr>
            <w:tcW w:w="2880" w:type="dxa"/>
            <w:tcBorders>
              <w:left w:val="nil"/>
            </w:tcBorders>
            <w:vAlign w:val="center"/>
          </w:tcPr>
          <w:p w14:paraId="3B57CC2B" w14:textId="04664224" w:rsidR="00166F3C" w:rsidRPr="00DA4F58" w:rsidRDefault="00166F3C"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 xml:space="preserve">Rigidité </w:t>
            </w:r>
          </w:p>
          <w:p w14:paraId="5193DFA9" w14:textId="1E09360B" w:rsidR="00166F3C"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600310762"/>
                <w:placeholder>
                  <w:docPart w:val="DEC4ACBBE3474460B5FC434C42B47A99"/>
                </w:placeholder>
                <w:showingPlcHdr/>
              </w:sdtPr>
              <w:sdtContent>
                <w:permStart w:id="865612664" w:edGrp="everyone"/>
                <w:r w:rsidR="009179B1">
                  <w:rPr>
                    <w:rStyle w:val="Textedelespacerserv"/>
                    <w:rFonts w:asciiTheme="majorHAnsi" w:hAnsiTheme="majorHAnsi" w:cstheme="majorHAnsi"/>
                    <w:sz w:val="20"/>
                    <w:szCs w:val="20"/>
                  </w:rPr>
                  <w:t xml:space="preserve">                            </w:t>
                </w:r>
                <w:permEnd w:id="865612664"/>
              </w:sdtContent>
            </w:sdt>
          </w:p>
        </w:tc>
        <w:permStart w:id="1800888692" w:edGrp="everyone"/>
        <w:tc>
          <w:tcPr>
            <w:tcW w:w="632" w:type="dxa"/>
            <w:tcBorders>
              <w:right w:val="nil"/>
            </w:tcBorders>
            <w:vAlign w:val="center"/>
          </w:tcPr>
          <w:p w14:paraId="30F84630" w14:textId="3B4B62FB" w:rsidR="00166F3C"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461777396"/>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1800888692"/>
          </w:p>
        </w:tc>
        <w:tc>
          <w:tcPr>
            <w:tcW w:w="2791" w:type="dxa"/>
            <w:tcBorders>
              <w:left w:val="nil"/>
            </w:tcBorders>
            <w:vAlign w:val="center"/>
          </w:tcPr>
          <w:p w14:paraId="2806D424" w14:textId="7CA6BB2D" w:rsidR="00166F3C" w:rsidRPr="00DA4F58" w:rsidRDefault="00166F3C"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 xml:space="preserve">Socialisation </w:t>
            </w:r>
          </w:p>
          <w:p w14:paraId="3FA97994" w14:textId="361BFFF4" w:rsidR="00166F3C"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322590649"/>
                <w:placeholder>
                  <w:docPart w:val="C66A8549D211468AA755319047E976A6"/>
                </w:placeholder>
                <w:showingPlcHdr/>
              </w:sdtPr>
              <w:sdtContent>
                <w:permStart w:id="1936228123" w:edGrp="everyone"/>
                <w:r w:rsidR="009179B1">
                  <w:rPr>
                    <w:rStyle w:val="Textedelespacerserv"/>
                    <w:rFonts w:asciiTheme="majorHAnsi" w:hAnsiTheme="majorHAnsi" w:cstheme="majorHAnsi"/>
                    <w:sz w:val="20"/>
                    <w:szCs w:val="20"/>
                  </w:rPr>
                  <w:t xml:space="preserve">                            </w:t>
                </w:r>
                <w:permEnd w:id="1936228123"/>
              </w:sdtContent>
            </w:sdt>
          </w:p>
        </w:tc>
        <w:permStart w:id="1578112083" w:edGrp="everyone"/>
        <w:tc>
          <w:tcPr>
            <w:tcW w:w="630" w:type="dxa"/>
            <w:tcBorders>
              <w:right w:val="nil"/>
            </w:tcBorders>
            <w:vAlign w:val="center"/>
          </w:tcPr>
          <w:p w14:paraId="63A9E9F2" w14:textId="55EBCF3F" w:rsidR="00166F3C"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1058089105"/>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1578112083"/>
          </w:p>
        </w:tc>
        <w:tc>
          <w:tcPr>
            <w:tcW w:w="3402" w:type="dxa"/>
            <w:tcBorders>
              <w:left w:val="nil"/>
            </w:tcBorders>
            <w:vAlign w:val="center"/>
          </w:tcPr>
          <w:p w14:paraId="3759EA5D" w14:textId="77777777" w:rsidR="00166F3C" w:rsidRPr="00DA4F58" w:rsidRDefault="00166F3C"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Comportement sexuel préoccupant</w:t>
            </w:r>
          </w:p>
          <w:p w14:paraId="0880D830" w14:textId="344CB64B" w:rsidR="00166F3C"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1688640540"/>
                <w:placeholder>
                  <w:docPart w:val="FC75A81BCD374B038D03E2D229997B6B"/>
                </w:placeholder>
                <w:showingPlcHdr/>
              </w:sdtPr>
              <w:sdtContent>
                <w:permStart w:id="457645755" w:edGrp="everyone"/>
                <w:r w:rsidR="009179B1">
                  <w:rPr>
                    <w:rStyle w:val="Textedelespacerserv"/>
                    <w:rFonts w:asciiTheme="majorHAnsi" w:hAnsiTheme="majorHAnsi" w:cstheme="majorHAnsi"/>
                    <w:sz w:val="20"/>
                    <w:szCs w:val="20"/>
                  </w:rPr>
                  <w:t xml:space="preserve">                            </w:t>
                </w:r>
                <w:permEnd w:id="457645755"/>
              </w:sdtContent>
            </w:sdt>
          </w:p>
        </w:tc>
      </w:tr>
      <w:permStart w:id="1754685048" w:edGrp="everyone"/>
      <w:tr w:rsidR="00DA4F58" w:rsidRPr="00A96640" w14:paraId="1B29AA91" w14:textId="77777777" w:rsidTr="00CC0206">
        <w:trPr>
          <w:trHeight w:val="720"/>
        </w:trPr>
        <w:tc>
          <w:tcPr>
            <w:tcW w:w="645" w:type="dxa"/>
            <w:tcBorders>
              <w:right w:val="nil"/>
            </w:tcBorders>
            <w:vAlign w:val="center"/>
          </w:tcPr>
          <w:p w14:paraId="07F7CD17" w14:textId="03AAED25" w:rsidR="00DA4F58"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1720939935"/>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1754685048"/>
          </w:p>
        </w:tc>
        <w:tc>
          <w:tcPr>
            <w:tcW w:w="2880" w:type="dxa"/>
            <w:tcBorders>
              <w:left w:val="nil"/>
              <w:bottom w:val="single" w:sz="4" w:space="0" w:color="auto"/>
            </w:tcBorders>
            <w:vAlign w:val="center"/>
          </w:tcPr>
          <w:p w14:paraId="1A9B9E2F" w14:textId="77777777" w:rsidR="00DA4F58" w:rsidRPr="00DA4F58" w:rsidRDefault="00DA4F58"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Absence de jeux à la maison</w:t>
            </w:r>
          </w:p>
          <w:p w14:paraId="488397F0" w14:textId="03B6B3F4" w:rsidR="00DA4F58"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1480072811"/>
                <w:placeholder>
                  <w:docPart w:val="EBE38C5537674A6B86EBBE82973F8B7F"/>
                </w:placeholder>
                <w:showingPlcHdr/>
              </w:sdtPr>
              <w:sdtContent>
                <w:permStart w:id="1111835820" w:edGrp="everyone"/>
                <w:r w:rsidR="009179B1">
                  <w:rPr>
                    <w:rStyle w:val="Textedelespacerserv"/>
                    <w:rFonts w:asciiTheme="majorHAnsi" w:hAnsiTheme="majorHAnsi" w:cstheme="majorHAnsi"/>
                    <w:sz w:val="20"/>
                    <w:szCs w:val="20"/>
                  </w:rPr>
                  <w:t xml:space="preserve">                            </w:t>
                </w:r>
                <w:permEnd w:id="1111835820"/>
              </w:sdtContent>
            </w:sdt>
          </w:p>
        </w:tc>
        <w:permStart w:id="1589855355" w:edGrp="everyone"/>
        <w:tc>
          <w:tcPr>
            <w:tcW w:w="632" w:type="dxa"/>
            <w:tcBorders>
              <w:bottom w:val="single" w:sz="4" w:space="0" w:color="auto"/>
              <w:right w:val="nil"/>
            </w:tcBorders>
            <w:vAlign w:val="center"/>
          </w:tcPr>
          <w:p w14:paraId="7B68AEF2" w14:textId="3AB5A800" w:rsidR="00DA4F58"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666987106"/>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1589855355"/>
          </w:p>
        </w:tc>
        <w:tc>
          <w:tcPr>
            <w:tcW w:w="2791" w:type="dxa"/>
            <w:tcBorders>
              <w:left w:val="nil"/>
              <w:bottom w:val="single" w:sz="4" w:space="0" w:color="auto"/>
            </w:tcBorders>
            <w:vAlign w:val="center"/>
          </w:tcPr>
          <w:p w14:paraId="351645DF" w14:textId="77777777" w:rsidR="00DA4F58" w:rsidRDefault="009179B1" w:rsidP="009179B1">
            <w:pPr>
              <w:rPr>
                <w:rFonts w:asciiTheme="majorHAnsi" w:hAnsiTheme="majorHAnsi" w:cstheme="majorHAnsi"/>
                <w:sz w:val="20"/>
                <w:szCs w:val="20"/>
                <w:lang w:val="fr-CA"/>
              </w:rPr>
            </w:pPr>
            <w:r>
              <w:rPr>
                <w:rFonts w:asciiTheme="majorHAnsi" w:hAnsiTheme="majorHAnsi" w:cstheme="majorHAnsi"/>
                <w:sz w:val="20"/>
                <w:szCs w:val="20"/>
                <w:lang w:val="fr-CA"/>
              </w:rPr>
              <w:t>Historique de placement</w:t>
            </w:r>
          </w:p>
          <w:p w14:paraId="7A0C752B" w14:textId="51B49B1C" w:rsidR="009179B1" w:rsidRPr="00DA4F58" w:rsidRDefault="00000000" w:rsidP="009179B1">
            <w:pPr>
              <w:rPr>
                <w:rFonts w:asciiTheme="majorHAnsi" w:hAnsiTheme="majorHAnsi" w:cstheme="majorHAnsi"/>
                <w:sz w:val="20"/>
                <w:szCs w:val="20"/>
                <w:lang w:val="fr-CA"/>
              </w:rPr>
            </w:pPr>
            <w:sdt>
              <w:sdtPr>
                <w:rPr>
                  <w:rFonts w:asciiTheme="majorHAnsi" w:hAnsiTheme="majorHAnsi" w:cstheme="majorHAnsi"/>
                  <w:sz w:val="20"/>
                  <w:szCs w:val="20"/>
                </w:rPr>
                <w:id w:val="1527217382"/>
                <w:placeholder>
                  <w:docPart w:val="BB7B790A8F1447CD88B8033CF90579ED"/>
                </w:placeholder>
                <w:showingPlcHdr/>
              </w:sdtPr>
              <w:sdtContent>
                <w:permStart w:id="1721592177" w:edGrp="everyone"/>
                <w:r w:rsidR="009179B1">
                  <w:rPr>
                    <w:rStyle w:val="Textedelespacerserv"/>
                    <w:rFonts w:asciiTheme="majorHAnsi" w:hAnsiTheme="majorHAnsi" w:cstheme="majorHAnsi"/>
                    <w:sz w:val="20"/>
                    <w:szCs w:val="20"/>
                  </w:rPr>
                  <w:t xml:space="preserve">                            </w:t>
                </w:r>
                <w:permEnd w:id="1721592177"/>
              </w:sdtContent>
            </w:sdt>
          </w:p>
        </w:tc>
        <w:permStart w:id="641947681" w:edGrp="everyone"/>
        <w:tc>
          <w:tcPr>
            <w:tcW w:w="630" w:type="dxa"/>
            <w:tcBorders>
              <w:bottom w:val="single" w:sz="4" w:space="0" w:color="auto"/>
              <w:right w:val="nil"/>
            </w:tcBorders>
            <w:vAlign w:val="center"/>
          </w:tcPr>
          <w:p w14:paraId="4AF7EB2E" w14:textId="16857134" w:rsidR="00DA4F58"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1575271727"/>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permEnd w:id="641947681"/>
          </w:p>
        </w:tc>
        <w:tc>
          <w:tcPr>
            <w:tcW w:w="3402" w:type="dxa"/>
            <w:tcBorders>
              <w:left w:val="nil"/>
              <w:bottom w:val="single" w:sz="4" w:space="0" w:color="auto"/>
            </w:tcBorders>
            <w:vAlign w:val="center"/>
          </w:tcPr>
          <w:p w14:paraId="70F588FA" w14:textId="77777777" w:rsidR="00DA4F58" w:rsidRPr="00DA4F58" w:rsidRDefault="00DA4F58"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Difficulté au plan de l'attachement</w:t>
            </w:r>
          </w:p>
          <w:p w14:paraId="24062798" w14:textId="6E5B70F4" w:rsidR="00DA4F58" w:rsidRPr="00DA4F58" w:rsidRDefault="00000000" w:rsidP="00EE0C6C">
            <w:pPr>
              <w:rPr>
                <w:rFonts w:asciiTheme="majorHAnsi" w:hAnsiTheme="majorHAnsi" w:cstheme="majorHAnsi"/>
                <w:sz w:val="20"/>
                <w:szCs w:val="20"/>
                <w:lang w:val="fr-CA"/>
              </w:rPr>
            </w:pPr>
            <w:sdt>
              <w:sdtPr>
                <w:rPr>
                  <w:rFonts w:asciiTheme="majorHAnsi" w:hAnsiTheme="majorHAnsi" w:cstheme="majorHAnsi"/>
                  <w:sz w:val="20"/>
                  <w:szCs w:val="20"/>
                </w:rPr>
                <w:id w:val="-1965107627"/>
                <w:placeholder>
                  <w:docPart w:val="5D4B38AFC4794C30849908FB5A596C65"/>
                </w:placeholder>
                <w:showingPlcHdr/>
              </w:sdtPr>
              <w:sdtContent>
                <w:permStart w:id="928542972" w:edGrp="everyone"/>
                <w:r w:rsidR="009179B1" w:rsidRPr="00D252BE">
                  <w:rPr>
                    <w:rStyle w:val="Textedelespacerserv"/>
                    <w:rFonts w:asciiTheme="majorHAnsi" w:hAnsiTheme="majorHAnsi" w:cstheme="majorHAnsi"/>
                    <w:sz w:val="20"/>
                    <w:szCs w:val="20"/>
                    <w:lang w:val="fr-CA"/>
                  </w:rPr>
                  <w:t xml:space="preserve">                            </w:t>
                </w:r>
                <w:permEnd w:id="928542972"/>
              </w:sdtContent>
            </w:sdt>
          </w:p>
        </w:tc>
      </w:tr>
      <w:permStart w:id="370757550" w:edGrp="everyone"/>
      <w:tr w:rsidR="002D7DEA" w:rsidRPr="00DA4F58" w14:paraId="7AE14200" w14:textId="77777777" w:rsidTr="00CC0206">
        <w:trPr>
          <w:trHeight w:val="720"/>
        </w:trPr>
        <w:tc>
          <w:tcPr>
            <w:tcW w:w="645" w:type="dxa"/>
            <w:tcBorders>
              <w:right w:val="nil"/>
            </w:tcBorders>
            <w:vAlign w:val="center"/>
          </w:tcPr>
          <w:p w14:paraId="59AAF990" w14:textId="3157C7C5" w:rsidR="002D7DEA" w:rsidRPr="00DA4F58" w:rsidRDefault="00000000" w:rsidP="00EE0C6C">
            <w:pPr>
              <w:jc w:val="center"/>
              <w:rPr>
                <w:rFonts w:asciiTheme="majorHAnsi" w:hAnsiTheme="majorHAnsi" w:cstheme="majorHAnsi"/>
                <w:sz w:val="20"/>
                <w:szCs w:val="20"/>
                <w:lang w:val="fr-CA"/>
              </w:rPr>
            </w:pPr>
            <w:sdt>
              <w:sdtPr>
                <w:rPr>
                  <w:rFonts w:asciiTheme="majorHAnsi" w:hAnsiTheme="majorHAnsi" w:cstheme="majorHAnsi"/>
                  <w:sz w:val="20"/>
                  <w:szCs w:val="20"/>
                  <w:lang w:val="fr-CA"/>
                </w:rPr>
                <w:id w:val="175314975"/>
                <w14:checkbox>
                  <w14:checked w14:val="0"/>
                  <w14:checkedState w14:val="2612" w14:font="MS Gothic"/>
                  <w14:uncheckedState w14:val="2610" w14:font="MS Gothic"/>
                </w14:checkbox>
              </w:sdtPr>
              <w:sdtContent>
                <w:r w:rsidR="00EE0C6C">
                  <w:rPr>
                    <w:rFonts w:ascii="MS Gothic" w:eastAsia="MS Gothic" w:hAnsi="MS Gothic" w:cstheme="majorHAnsi" w:hint="eastAsia"/>
                    <w:sz w:val="20"/>
                    <w:szCs w:val="20"/>
                    <w:lang w:val="fr-CA"/>
                  </w:rPr>
                  <w:t>☐</w:t>
                </w:r>
              </w:sdtContent>
            </w:sdt>
            <w:r w:rsidR="00EE0C6C">
              <w:rPr>
                <w:rFonts w:asciiTheme="majorHAnsi" w:hAnsiTheme="majorHAnsi" w:cstheme="majorHAnsi"/>
                <w:sz w:val="20"/>
                <w:szCs w:val="20"/>
                <w:lang w:val="fr-CA"/>
              </w:rPr>
              <w:t xml:space="preserve"> </w:t>
            </w:r>
            <w:permEnd w:id="370757550"/>
          </w:p>
        </w:tc>
        <w:tc>
          <w:tcPr>
            <w:tcW w:w="10335" w:type="dxa"/>
            <w:gridSpan w:val="5"/>
            <w:tcBorders>
              <w:left w:val="nil"/>
            </w:tcBorders>
            <w:vAlign w:val="center"/>
          </w:tcPr>
          <w:p w14:paraId="0F34E27B" w14:textId="0D4783C9" w:rsidR="002D7DEA" w:rsidRPr="00DA4F58" w:rsidRDefault="00166F3C" w:rsidP="00EE0C6C">
            <w:pPr>
              <w:rPr>
                <w:rFonts w:asciiTheme="majorHAnsi" w:hAnsiTheme="majorHAnsi" w:cstheme="majorHAnsi"/>
                <w:sz w:val="20"/>
                <w:szCs w:val="20"/>
                <w:lang w:val="fr-CA"/>
              </w:rPr>
            </w:pPr>
            <w:r w:rsidRPr="00DA4F58">
              <w:rPr>
                <w:rFonts w:asciiTheme="majorHAnsi" w:hAnsiTheme="majorHAnsi" w:cstheme="majorHAnsi"/>
                <w:sz w:val="20"/>
                <w:szCs w:val="20"/>
                <w:lang w:val="fr-CA"/>
              </w:rPr>
              <w:t xml:space="preserve">Autres :  </w:t>
            </w:r>
            <w:sdt>
              <w:sdtPr>
                <w:rPr>
                  <w:rFonts w:asciiTheme="majorHAnsi" w:hAnsiTheme="majorHAnsi" w:cstheme="majorHAnsi"/>
                  <w:sz w:val="20"/>
                  <w:szCs w:val="20"/>
                </w:rPr>
                <w:id w:val="1914198558"/>
                <w:placeholder>
                  <w:docPart w:val="25CB386780D241D2A83B144B2E225C94"/>
                </w:placeholder>
                <w:showingPlcHdr/>
              </w:sdtPr>
              <w:sdtContent>
                <w:permStart w:id="1582777517" w:edGrp="everyone"/>
                <w:r w:rsidR="009179B1">
                  <w:rPr>
                    <w:rStyle w:val="Textedelespacerserv"/>
                    <w:rFonts w:asciiTheme="majorHAnsi" w:hAnsiTheme="majorHAnsi" w:cstheme="majorHAnsi"/>
                    <w:sz w:val="20"/>
                    <w:szCs w:val="20"/>
                  </w:rPr>
                  <w:t xml:space="preserve">                            </w:t>
                </w:r>
                <w:permEnd w:id="1582777517"/>
              </w:sdtContent>
            </w:sdt>
          </w:p>
        </w:tc>
      </w:tr>
    </w:tbl>
    <w:p w14:paraId="12A81AA6" w14:textId="77777777" w:rsidR="00842A6D" w:rsidRDefault="00842A6D" w:rsidP="009F14D0">
      <w:pPr>
        <w:spacing w:after="600"/>
        <w:rPr>
          <w:rFonts w:asciiTheme="majorHAnsi" w:hAnsiTheme="majorHAnsi" w:cstheme="majorHAnsi"/>
          <w:sz w:val="20"/>
          <w:szCs w:val="20"/>
        </w:rPr>
      </w:pPr>
    </w:p>
    <w:tbl>
      <w:tblPr>
        <w:tblStyle w:val="Grilledutableau"/>
        <w:tblW w:w="10957" w:type="dxa"/>
        <w:tblInd w:w="-72" w:type="dxa"/>
        <w:tblLook w:val="04A0" w:firstRow="1" w:lastRow="0" w:firstColumn="1" w:lastColumn="0" w:noHBand="0" w:noVBand="1"/>
      </w:tblPr>
      <w:tblGrid>
        <w:gridCol w:w="607"/>
        <w:gridCol w:w="2848"/>
        <w:gridCol w:w="482"/>
        <w:gridCol w:w="3060"/>
        <w:gridCol w:w="540"/>
        <w:gridCol w:w="3420"/>
      </w:tblGrid>
      <w:tr w:rsidR="00D33DCF" w:rsidRPr="00A96640" w14:paraId="1BB17B49" w14:textId="77777777" w:rsidTr="00CC0206">
        <w:trPr>
          <w:trHeight w:val="413"/>
        </w:trPr>
        <w:tc>
          <w:tcPr>
            <w:tcW w:w="10957" w:type="dxa"/>
            <w:gridSpan w:val="6"/>
            <w:shd w:val="clear" w:color="auto" w:fill="000000" w:themeFill="text1"/>
            <w:vAlign w:val="center"/>
          </w:tcPr>
          <w:p w14:paraId="172258B3" w14:textId="4D485DDF" w:rsidR="00D33DCF" w:rsidRPr="00D33DCF" w:rsidRDefault="00D33DCF" w:rsidP="00A946E5">
            <w:pPr>
              <w:jc w:val="center"/>
              <w:rPr>
                <w:rFonts w:asciiTheme="majorHAnsi" w:hAnsiTheme="majorHAnsi" w:cstheme="majorHAnsi"/>
                <w:sz w:val="20"/>
                <w:szCs w:val="20"/>
                <w:lang w:val="fr-CA"/>
              </w:rPr>
            </w:pPr>
            <w:r w:rsidRPr="00D33DCF">
              <w:rPr>
                <w:rFonts w:asciiTheme="majorHAnsi" w:hAnsiTheme="majorHAnsi" w:cstheme="majorHAnsi"/>
                <w:b/>
                <w:bCs/>
                <w:color w:val="FFFFFF" w:themeColor="background1"/>
                <w:sz w:val="20"/>
                <w:szCs w:val="20"/>
                <w:lang w:val="fr-CA"/>
              </w:rPr>
              <w:t xml:space="preserve">Veuillez cocher les facteurs de risque présents dans </w:t>
            </w:r>
            <w:r w:rsidRPr="00D33DCF">
              <w:rPr>
                <w:rFonts w:asciiTheme="majorHAnsi" w:hAnsiTheme="majorHAnsi" w:cstheme="majorHAnsi"/>
                <w:b/>
                <w:bCs/>
                <w:color w:val="FFFFFF" w:themeColor="background1"/>
                <w:sz w:val="20"/>
                <w:szCs w:val="20"/>
                <w:u w:val="single"/>
                <w:lang w:val="fr-CA"/>
              </w:rPr>
              <w:t xml:space="preserve">la FAMILLE </w:t>
            </w:r>
            <w:r w:rsidRPr="00D33DCF">
              <w:rPr>
                <w:rFonts w:asciiTheme="majorHAnsi" w:hAnsiTheme="majorHAnsi" w:cstheme="majorHAnsi"/>
                <w:b/>
                <w:bCs/>
                <w:color w:val="FFFFFF" w:themeColor="background1"/>
                <w:sz w:val="20"/>
                <w:szCs w:val="20"/>
                <w:lang w:val="fr-CA"/>
              </w:rPr>
              <w:t xml:space="preserve">et </w:t>
            </w:r>
            <w:r w:rsidRPr="00D33DCF">
              <w:rPr>
                <w:rFonts w:asciiTheme="majorHAnsi" w:hAnsiTheme="majorHAnsi" w:cstheme="majorHAnsi"/>
                <w:b/>
                <w:bCs/>
                <w:color w:val="FFFFFF" w:themeColor="background1"/>
                <w:sz w:val="20"/>
                <w:szCs w:val="20"/>
                <w:u w:val="single"/>
                <w:lang w:val="fr-CA"/>
              </w:rPr>
              <w:t>expliquer brièvement</w:t>
            </w:r>
            <w:r w:rsidR="00FC1615">
              <w:rPr>
                <w:rFonts w:asciiTheme="majorHAnsi" w:hAnsiTheme="majorHAnsi" w:cstheme="majorHAnsi"/>
                <w:b/>
                <w:bCs/>
                <w:color w:val="FFFFFF" w:themeColor="background1"/>
                <w:sz w:val="20"/>
                <w:szCs w:val="20"/>
                <w:u w:val="single"/>
                <w:lang w:val="fr-CA"/>
              </w:rPr>
              <w:t>.</w:t>
            </w:r>
          </w:p>
        </w:tc>
      </w:tr>
      <w:permStart w:id="1339949360" w:edGrp="everyone"/>
      <w:tr w:rsidR="00D33DCF" w:rsidRPr="00A86FA6" w14:paraId="68AB11F6" w14:textId="77777777" w:rsidTr="00CC0206">
        <w:trPr>
          <w:trHeight w:val="720"/>
        </w:trPr>
        <w:tc>
          <w:tcPr>
            <w:tcW w:w="607" w:type="dxa"/>
            <w:tcBorders>
              <w:right w:val="nil"/>
            </w:tcBorders>
            <w:vAlign w:val="center"/>
          </w:tcPr>
          <w:p w14:paraId="02D3521A"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1085345121"/>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1339949360"/>
          </w:p>
        </w:tc>
        <w:tc>
          <w:tcPr>
            <w:tcW w:w="2848" w:type="dxa"/>
            <w:tcBorders>
              <w:left w:val="nil"/>
            </w:tcBorders>
            <w:vAlign w:val="center"/>
          </w:tcPr>
          <w:p w14:paraId="000153DD" w14:textId="77777777" w:rsidR="00D33DCF" w:rsidRPr="00D33DCF" w:rsidRDefault="00D33DCF" w:rsidP="00A946E5">
            <w:pPr>
              <w:rPr>
                <w:rFonts w:asciiTheme="majorHAnsi" w:eastAsia="Franklin Gothic Book" w:hAnsiTheme="majorHAnsi" w:cstheme="majorHAnsi"/>
                <w:sz w:val="20"/>
                <w:szCs w:val="20"/>
                <w:lang w:val="fr-CA"/>
              </w:rPr>
            </w:pPr>
            <w:r w:rsidRPr="00D33DCF">
              <w:rPr>
                <w:rFonts w:asciiTheme="majorHAnsi" w:eastAsia="Franklin Gothic Book" w:hAnsiTheme="majorHAnsi" w:cstheme="majorHAnsi"/>
                <w:sz w:val="20"/>
                <w:szCs w:val="20"/>
                <w:lang w:val="fr-CA"/>
              </w:rPr>
              <w:t>Garde exclusive à un seul parent (monoparentale) </w:t>
            </w:r>
          </w:p>
          <w:p w14:paraId="4DFB0367" w14:textId="30AEB0E0"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1011981469"/>
                <w:placeholder>
                  <w:docPart w:val="62F2ABD76E344F63B6E9D095B12C768E"/>
                </w:placeholder>
                <w:showingPlcHdr/>
              </w:sdtPr>
              <w:sdtContent>
                <w:permStart w:id="403443019" w:edGrp="everyone"/>
                <w:r w:rsidR="009179B1">
                  <w:rPr>
                    <w:rStyle w:val="Textedelespacerserv"/>
                    <w:rFonts w:asciiTheme="majorHAnsi" w:hAnsiTheme="majorHAnsi" w:cstheme="majorHAnsi"/>
                    <w:sz w:val="20"/>
                    <w:szCs w:val="20"/>
                  </w:rPr>
                  <w:t xml:space="preserve">                            </w:t>
                </w:r>
                <w:permEnd w:id="403443019"/>
              </w:sdtContent>
            </w:sdt>
          </w:p>
        </w:tc>
        <w:permStart w:id="1193033670" w:edGrp="everyone"/>
        <w:tc>
          <w:tcPr>
            <w:tcW w:w="482" w:type="dxa"/>
            <w:tcBorders>
              <w:right w:val="nil"/>
            </w:tcBorders>
            <w:vAlign w:val="center"/>
          </w:tcPr>
          <w:p w14:paraId="31BE6725"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530148630"/>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1193033670"/>
          </w:p>
        </w:tc>
        <w:tc>
          <w:tcPr>
            <w:tcW w:w="3060" w:type="dxa"/>
            <w:tcBorders>
              <w:left w:val="nil"/>
            </w:tcBorders>
            <w:vAlign w:val="center"/>
          </w:tcPr>
          <w:p w14:paraId="7087D29A" w14:textId="77777777" w:rsidR="00D33DCF" w:rsidRPr="00D33DCF" w:rsidRDefault="00D33DCF" w:rsidP="00A946E5">
            <w:pPr>
              <w:rPr>
                <w:rFonts w:asciiTheme="majorHAnsi" w:eastAsia="Franklin Gothic Book" w:hAnsiTheme="majorHAnsi" w:cstheme="majorHAnsi"/>
                <w:sz w:val="20"/>
                <w:szCs w:val="20"/>
                <w:lang w:val="fr-CA"/>
              </w:rPr>
            </w:pPr>
            <w:r w:rsidRPr="00D33DCF">
              <w:rPr>
                <w:rFonts w:asciiTheme="majorHAnsi" w:eastAsia="Franklin Gothic Book" w:hAnsiTheme="majorHAnsi" w:cstheme="majorHAnsi"/>
                <w:sz w:val="20"/>
                <w:szCs w:val="20"/>
                <w:lang w:val="fr-CA"/>
              </w:rPr>
              <w:t>Famille recomposée </w:t>
            </w:r>
          </w:p>
          <w:p w14:paraId="25A747D2" w14:textId="107B9392"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222680631"/>
                <w:placeholder>
                  <w:docPart w:val="AD105D4160D545E8BE510AE8B930DC16"/>
                </w:placeholder>
                <w:showingPlcHdr/>
              </w:sdtPr>
              <w:sdtContent>
                <w:permStart w:id="621290091" w:edGrp="everyone"/>
                <w:r w:rsidR="009179B1">
                  <w:rPr>
                    <w:rStyle w:val="Textedelespacerserv"/>
                    <w:rFonts w:asciiTheme="majorHAnsi" w:hAnsiTheme="majorHAnsi" w:cstheme="majorHAnsi"/>
                    <w:sz w:val="20"/>
                    <w:szCs w:val="20"/>
                  </w:rPr>
                  <w:t xml:space="preserve">                            </w:t>
                </w:r>
                <w:permEnd w:id="621290091"/>
              </w:sdtContent>
            </w:sdt>
          </w:p>
        </w:tc>
        <w:permStart w:id="1809256511" w:edGrp="everyone"/>
        <w:tc>
          <w:tcPr>
            <w:tcW w:w="540" w:type="dxa"/>
            <w:tcBorders>
              <w:right w:val="nil"/>
            </w:tcBorders>
            <w:vAlign w:val="center"/>
          </w:tcPr>
          <w:p w14:paraId="1D7B1018"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670144972"/>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1809256511"/>
          </w:p>
        </w:tc>
        <w:tc>
          <w:tcPr>
            <w:tcW w:w="3420" w:type="dxa"/>
            <w:tcBorders>
              <w:left w:val="nil"/>
            </w:tcBorders>
            <w:vAlign w:val="center"/>
          </w:tcPr>
          <w:p w14:paraId="1525232A" w14:textId="77777777"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Nouveau bébé</w:t>
            </w:r>
          </w:p>
          <w:p w14:paraId="4CC2CFCF" w14:textId="6A024006"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541990173"/>
                <w:placeholder>
                  <w:docPart w:val="53E8916F90704558AEA996722EB68BF0"/>
                </w:placeholder>
                <w:showingPlcHdr/>
              </w:sdtPr>
              <w:sdtContent>
                <w:permStart w:id="661997993" w:edGrp="everyone"/>
                <w:r w:rsidR="009179B1">
                  <w:rPr>
                    <w:rStyle w:val="Textedelespacerserv"/>
                    <w:rFonts w:asciiTheme="majorHAnsi" w:hAnsiTheme="majorHAnsi" w:cstheme="majorHAnsi"/>
                    <w:sz w:val="20"/>
                    <w:szCs w:val="20"/>
                  </w:rPr>
                  <w:t xml:space="preserve">                            </w:t>
                </w:r>
                <w:permEnd w:id="661997993"/>
              </w:sdtContent>
            </w:sdt>
          </w:p>
        </w:tc>
      </w:tr>
      <w:permStart w:id="665680154" w:edGrp="everyone"/>
      <w:tr w:rsidR="00D33DCF" w:rsidRPr="00A86FA6" w14:paraId="61A9D601" w14:textId="77777777" w:rsidTr="00CC0206">
        <w:trPr>
          <w:trHeight w:val="720"/>
        </w:trPr>
        <w:tc>
          <w:tcPr>
            <w:tcW w:w="607" w:type="dxa"/>
            <w:tcBorders>
              <w:right w:val="nil"/>
            </w:tcBorders>
            <w:vAlign w:val="center"/>
          </w:tcPr>
          <w:p w14:paraId="05DCFB70"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1668542631"/>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665680154"/>
          </w:p>
        </w:tc>
        <w:tc>
          <w:tcPr>
            <w:tcW w:w="2848" w:type="dxa"/>
            <w:tcBorders>
              <w:left w:val="nil"/>
            </w:tcBorders>
            <w:vAlign w:val="center"/>
          </w:tcPr>
          <w:p w14:paraId="09A6AED7" w14:textId="77777777"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Nouveau conjoint</w:t>
            </w:r>
          </w:p>
          <w:p w14:paraId="5A8E1597" w14:textId="41C65DF6"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1232538013"/>
                <w:placeholder>
                  <w:docPart w:val="5F2C45E36C5C44E6BCE6F441B0D6F804"/>
                </w:placeholder>
                <w:showingPlcHdr/>
              </w:sdtPr>
              <w:sdtContent>
                <w:permStart w:id="1941915762" w:edGrp="everyone"/>
                <w:r w:rsidR="009179B1">
                  <w:rPr>
                    <w:rStyle w:val="Textedelespacerserv"/>
                    <w:rFonts w:asciiTheme="majorHAnsi" w:hAnsiTheme="majorHAnsi" w:cstheme="majorHAnsi"/>
                    <w:sz w:val="20"/>
                    <w:szCs w:val="20"/>
                  </w:rPr>
                  <w:t xml:space="preserve">                            </w:t>
                </w:r>
                <w:permEnd w:id="1941915762"/>
              </w:sdtContent>
            </w:sdt>
          </w:p>
        </w:tc>
        <w:permStart w:id="458128255" w:edGrp="everyone"/>
        <w:tc>
          <w:tcPr>
            <w:tcW w:w="482" w:type="dxa"/>
            <w:tcBorders>
              <w:right w:val="nil"/>
            </w:tcBorders>
            <w:vAlign w:val="center"/>
          </w:tcPr>
          <w:p w14:paraId="17DF377F"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2086447968"/>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458128255"/>
          </w:p>
        </w:tc>
        <w:tc>
          <w:tcPr>
            <w:tcW w:w="3060" w:type="dxa"/>
            <w:tcBorders>
              <w:left w:val="nil"/>
            </w:tcBorders>
            <w:vAlign w:val="center"/>
          </w:tcPr>
          <w:p w14:paraId="6960BD5B" w14:textId="77777777"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Présences de conflits familiaux majeurs</w:t>
            </w:r>
          </w:p>
          <w:p w14:paraId="3F4D2B11" w14:textId="169CB27F"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430820589"/>
                <w:placeholder>
                  <w:docPart w:val="F7CC8B84CC74461A86F1615EEDA8684F"/>
                </w:placeholder>
                <w:showingPlcHdr/>
              </w:sdtPr>
              <w:sdtContent>
                <w:permStart w:id="19881696" w:edGrp="everyone"/>
                <w:r w:rsidR="009179B1" w:rsidRPr="00D252BE">
                  <w:rPr>
                    <w:rStyle w:val="Textedelespacerserv"/>
                    <w:rFonts w:asciiTheme="majorHAnsi" w:hAnsiTheme="majorHAnsi" w:cstheme="majorHAnsi"/>
                    <w:sz w:val="20"/>
                    <w:szCs w:val="20"/>
                    <w:lang w:val="fr-CA"/>
                  </w:rPr>
                  <w:t xml:space="preserve">                            </w:t>
                </w:r>
                <w:permEnd w:id="19881696"/>
              </w:sdtContent>
            </w:sdt>
          </w:p>
        </w:tc>
        <w:permStart w:id="846748415" w:edGrp="everyone"/>
        <w:tc>
          <w:tcPr>
            <w:tcW w:w="540" w:type="dxa"/>
            <w:tcBorders>
              <w:right w:val="nil"/>
            </w:tcBorders>
            <w:vAlign w:val="center"/>
          </w:tcPr>
          <w:p w14:paraId="0E7A114E"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1488322937"/>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846748415"/>
          </w:p>
        </w:tc>
        <w:tc>
          <w:tcPr>
            <w:tcW w:w="3420" w:type="dxa"/>
            <w:tcBorders>
              <w:left w:val="nil"/>
            </w:tcBorders>
            <w:vAlign w:val="center"/>
          </w:tcPr>
          <w:p w14:paraId="7BF6A6EA" w14:textId="77777777"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Conflit de séparation</w:t>
            </w:r>
          </w:p>
          <w:p w14:paraId="406E4715" w14:textId="72A90EE6"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770433494"/>
                <w:placeholder>
                  <w:docPart w:val="50C3D5DED5D746C9ACB25D88E1603DD2"/>
                </w:placeholder>
                <w:showingPlcHdr/>
              </w:sdtPr>
              <w:sdtContent>
                <w:permStart w:id="986260072" w:edGrp="everyone"/>
                <w:r w:rsidR="009179B1">
                  <w:rPr>
                    <w:rStyle w:val="Textedelespacerserv"/>
                    <w:rFonts w:asciiTheme="majorHAnsi" w:hAnsiTheme="majorHAnsi" w:cstheme="majorHAnsi"/>
                    <w:sz w:val="20"/>
                    <w:szCs w:val="20"/>
                  </w:rPr>
                  <w:t xml:space="preserve">                            </w:t>
                </w:r>
                <w:permEnd w:id="986260072"/>
              </w:sdtContent>
            </w:sdt>
          </w:p>
        </w:tc>
      </w:tr>
      <w:permStart w:id="1289443872" w:edGrp="everyone"/>
      <w:tr w:rsidR="00D33DCF" w:rsidRPr="00A86FA6" w14:paraId="2A9AC901" w14:textId="77777777" w:rsidTr="00CC0206">
        <w:trPr>
          <w:trHeight w:val="720"/>
        </w:trPr>
        <w:tc>
          <w:tcPr>
            <w:tcW w:w="607" w:type="dxa"/>
            <w:tcBorders>
              <w:right w:val="nil"/>
            </w:tcBorders>
            <w:vAlign w:val="center"/>
          </w:tcPr>
          <w:p w14:paraId="4B83DB59"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2054064074"/>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1289443872"/>
          </w:p>
        </w:tc>
        <w:tc>
          <w:tcPr>
            <w:tcW w:w="2848" w:type="dxa"/>
            <w:tcBorders>
              <w:left w:val="nil"/>
            </w:tcBorders>
            <w:vAlign w:val="center"/>
          </w:tcPr>
          <w:p w14:paraId="1C82D042" w14:textId="77777777"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Séparation conjugale</w:t>
            </w:r>
          </w:p>
          <w:p w14:paraId="617C2F2B" w14:textId="11349360"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2119980247"/>
                <w:placeholder>
                  <w:docPart w:val="53E5940BA41B4DDF8B7D1F48E3020DB3"/>
                </w:placeholder>
                <w:showingPlcHdr/>
              </w:sdtPr>
              <w:sdtContent>
                <w:permStart w:id="129391144" w:edGrp="everyone"/>
                <w:r w:rsidR="009179B1">
                  <w:rPr>
                    <w:rStyle w:val="Textedelespacerserv"/>
                    <w:rFonts w:asciiTheme="majorHAnsi" w:hAnsiTheme="majorHAnsi" w:cstheme="majorHAnsi"/>
                    <w:sz w:val="20"/>
                    <w:szCs w:val="20"/>
                  </w:rPr>
                  <w:t xml:space="preserve">                            </w:t>
                </w:r>
                <w:permEnd w:id="129391144"/>
              </w:sdtContent>
            </w:sdt>
          </w:p>
        </w:tc>
        <w:permStart w:id="1717438313" w:edGrp="everyone"/>
        <w:tc>
          <w:tcPr>
            <w:tcW w:w="482" w:type="dxa"/>
            <w:tcBorders>
              <w:right w:val="nil"/>
            </w:tcBorders>
            <w:vAlign w:val="center"/>
          </w:tcPr>
          <w:p w14:paraId="742A717D"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693296901"/>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1717438313"/>
          </w:p>
        </w:tc>
        <w:tc>
          <w:tcPr>
            <w:tcW w:w="3060" w:type="dxa"/>
            <w:tcBorders>
              <w:left w:val="nil"/>
            </w:tcBorders>
            <w:vAlign w:val="center"/>
          </w:tcPr>
          <w:p w14:paraId="1B50C5B1" w14:textId="77777777"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 xml:space="preserve">Violence conjugale </w:t>
            </w:r>
          </w:p>
          <w:p w14:paraId="04BCE5C1" w14:textId="236E31B1"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1440209512"/>
                <w:placeholder>
                  <w:docPart w:val="97C5955D2866451D95765B8DAA82523E"/>
                </w:placeholder>
                <w:showingPlcHdr/>
              </w:sdtPr>
              <w:sdtContent>
                <w:permStart w:id="1316111846" w:edGrp="everyone"/>
                <w:r w:rsidR="009179B1">
                  <w:rPr>
                    <w:rStyle w:val="Textedelespacerserv"/>
                    <w:rFonts w:asciiTheme="majorHAnsi" w:hAnsiTheme="majorHAnsi" w:cstheme="majorHAnsi"/>
                    <w:sz w:val="20"/>
                    <w:szCs w:val="20"/>
                  </w:rPr>
                  <w:t xml:space="preserve">                            </w:t>
                </w:r>
                <w:permEnd w:id="1316111846"/>
              </w:sdtContent>
            </w:sdt>
          </w:p>
        </w:tc>
        <w:permStart w:id="696452403" w:edGrp="everyone"/>
        <w:tc>
          <w:tcPr>
            <w:tcW w:w="540" w:type="dxa"/>
            <w:tcBorders>
              <w:right w:val="nil"/>
            </w:tcBorders>
            <w:vAlign w:val="center"/>
          </w:tcPr>
          <w:p w14:paraId="5DC6D768"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1916511937"/>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696452403"/>
          </w:p>
        </w:tc>
        <w:tc>
          <w:tcPr>
            <w:tcW w:w="3420" w:type="dxa"/>
            <w:tcBorders>
              <w:left w:val="nil"/>
            </w:tcBorders>
            <w:vAlign w:val="center"/>
          </w:tcPr>
          <w:p w14:paraId="304296C3" w14:textId="77777777"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Perte d’emploi</w:t>
            </w:r>
          </w:p>
          <w:p w14:paraId="059E727D" w14:textId="5A28B039"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1666083506"/>
                <w:placeholder>
                  <w:docPart w:val="E9618911967741BF8CC79BAA126B3274"/>
                </w:placeholder>
                <w:showingPlcHdr/>
              </w:sdtPr>
              <w:sdtContent>
                <w:permStart w:id="505419263" w:edGrp="everyone"/>
                <w:r w:rsidR="009179B1">
                  <w:rPr>
                    <w:rStyle w:val="Textedelespacerserv"/>
                    <w:rFonts w:asciiTheme="majorHAnsi" w:hAnsiTheme="majorHAnsi" w:cstheme="majorHAnsi"/>
                    <w:sz w:val="20"/>
                    <w:szCs w:val="20"/>
                  </w:rPr>
                  <w:t xml:space="preserve">                            </w:t>
                </w:r>
                <w:permEnd w:id="505419263"/>
              </w:sdtContent>
            </w:sdt>
          </w:p>
        </w:tc>
      </w:tr>
      <w:permStart w:id="1417553463" w:edGrp="everyone"/>
      <w:tr w:rsidR="00D33DCF" w:rsidRPr="00A86FA6" w14:paraId="674803A3" w14:textId="77777777" w:rsidTr="00CC0206">
        <w:trPr>
          <w:trHeight w:val="720"/>
        </w:trPr>
        <w:tc>
          <w:tcPr>
            <w:tcW w:w="607" w:type="dxa"/>
            <w:tcBorders>
              <w:right w:val="nil"/>
            </w:tcBorders>
            <w:vAlign w:val="center"/>
          </w:tcPr>
          <w:p w14:paraId="0F1DE98F"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1667833075"/>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1417553463"/>
          </w:p>
        </w:tc>
        <w:tc>
          <w:tcPr>
            <w:tcW w:w="2848" w:type="dxa"/>
            <w:tcBorders>
              <w:left w:val="nil"/>
            </w:tcBorders>
            <w:vAlign w:val="center"/>
          </w:tcPr>
          <w:p w14:paraId="0995BD4A" w14:textId="77777777" w:rsidR="00D33DCF" w:rsidRPr="00D33DCF" w:rsidRDefault="00D33DCF" w:rsidP="00A946E5">
            <w:pPr>
              <w:rPr>
                <w:rFonts w:asciiTheme="majorHAnsi" w:eastAsia="Franklin Gothic Book" w:hAnsiTheme="majorHAnsi" w:cstheme="majorHAnsi"/>
                <w:sz w:val="20"/>
                <w:szCs w:val="20"/>
                <w:lang w:val="fr-CA"/>
              </w:rPr>
            </w:pPr>
            <w:r w:rsidRPr="00D33DCF">
              <w:rPr>
                <w:rFonts w:asciiTheme="majorHAnsi" w:eastAsia="Franklin Gothic Book" w:hAnsiTheme="majorHAnsi" w:cstheme="majorHAnsi"/>
                <w:sz w:val="20"/>
                <w:szCs w:val="20"/>
                <w:lang w:val="fr-CA"/>
              </w:rPr>
              <w:t>Difficulté dans les capacités parentales </w:t>
            </w:r>
          </w:p>
          <w:p w14:paraId="508B650C" w14:textId="118EC3F6"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163629857"/>
                <w:placeholder>
                  <w:docPart w:val="14F9D7A7AA6F4F11ACDA737344387D72"/>
                </w:placeholder>
                <w:showingPlcHdr/>
              </w:sdtPr>
              <w:sdtContent>
                <w:permStart w:id="1208504727" w:edGrp="everyone"/>
                <w:r w:rsidR="009179B1" w:rsidRPr="00D252BE">
                  <w:rPr>
                    <w:rStyle w:val="Textedelespacerserv"/>
                    <w:rFonts w:asciiTheme="majorHAnsi" w:hAnsiTheme="majorHAnsi" w:cstheme="majorHAnsi"/>
                    <w:sz w:val="20"/>
                    <w:szCs w:val="20"/>
                    <w:lang w:val="fr-CA"/>
                  </w:rPr>
                  <w:t xml:space="preserve">                            </w:t>
                </w:r>
                <w:permEnd w:id="1208504727"/>
              </w:sdtContent>
            </w:sdt>
          </w:p>
        </w:tc>
        <w:permStart w:id="775892108" w:edGrp="everyone"/>
        <w:tc>
          <w:tcPr>
            <w:tcW w:w="482" w:type="dxa"/>
            <w:tcBorders>
              <w:right w:val="nil"/>
            </w:tcBorders>
            <w:vAlign w:val="center"/>
          </w:tcPr>
          <w:p w14:paraId="0EB05ACC"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2132285727"/>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775892108"/>
          </w:p>
        </w:tc>
        <w:tc>
          <w:tcPr>
            <w:tcW w:w="3060" w:type="dxa"/>
            <w:tcBorders>
              <w:left w:val="nil"/>
            </w:tcBorders>
            <w:vAlign w:val="center"/>
          </w:tcPr>
          <w:p w14:paraId="1E980AFE" w14:textId="77777777" w:rsidR="00D33DCF" w:rsidRPr="00D33DCF" w:rsidRDefault="00D33DCF" w:rsidP="00A946E5">
            <w:pPr>
              <w:rPr>
                <w:rFonts w:asciiTheme="majorHAnsi" w:eastAsia="Franklin Gothic Book" w:hAnsiTheme="majorHAnsi" w:cstheme="majorHAnsi"/>
                <w:sz w:val="20"/>
                <w:szCs w:val="20"/>
                <w:lang w:val="fr-CA"/>
              </w:rPr>
            </w:pPr>
            <w:r w:rsidRPr="00D33DCF">
              <w:rPr>
                <w:rFonts w:asciiTheme="majorHAnsi" w:eastAsia="Franklin Gothic Book" w:hAnsiTheme="majorHAnsi" w:cstheme="majorHAnsi"/>
                <w:sz w:val="20"/>
                <w:szCs w:val="20"/>
                <w:lang w:val="fr-CA"/>
              </w:rPr>
              <w:t>Épuisement parental</w:t>
            </w:r>
          </w:p>
          <w:p w14:paraId="49EA85AB" w14:textId="1F01669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2118318190"/>
                <w:placeholder>
                  <w:docPart w:val="135775A2DDA944EAB137B2858C0D5F12"/>
                </w:placeholder>
                <w:showingPlcHdr/>
              </w:sdtPr>
              <w:sdtContent>
                <w:permStart w:id="1980595908" w:edGrp="everyone"/>
                <w:r w:rsidR="009179B1">
                  <w:rPr>
                    <w:rStyle w:val="Textedelespacerserv"/>
                    <w:rFonts w:asciiTheme="majorHAnsi" w:hAnsiTheme="majorHAnsi" w:cstheme="majorHAnsi"/>
                    <w:sz w:val="20"/>
                    <w:szCs w:val="20"/>
                  </w:rPr>
                  <w:t xml:space="preserve">                            </w:t>
                </w:r>
                <w:permEnd w:id="1980595908"/>
              </w:sdtContent>
            </w:sdt>
          </w:p>
        </w:tc>
        <w:permStart w:id="1949965393" w:edGrp="everyone"/>
        <w:tc>
          <w:tcPr>
            <w:tcW w:w="540" w:type="dxa"/>
            <w:tcBorders>
              <w:right w:val="nil"/>
            </w:tcBorders>
            <w:vAlign w:val="center"/>
          </w:tcPr>
          <w:p w14:paraId="4516D154"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1410423708"/>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1949965393"/>
          </w:p>
        </w:tc>
        <w:tc>
          <w:tcPr>
            <w:tcW w:w="3420" w:type="dxa"/>
            <w:tcBorders>
              <w:left w:val="nil"/>
            </w:tcBorders>
            <w:vAlign w:val="center"/>
          </w:tcPr>
          <w:p w14:paraId="1769660D" w14:textId="77777777" w:rsidR="00D33DCF" w:rsidRPr="00D33DCF" w:rsidRDefault="00D33DCF" w:rsidP="00A946E5">
            <w:pPr>
              <w:rPr>
                <w:rFonts w:asciiTheme="majorHAnsi" w:eastAsia="Franklin Gothic Book" w:hAnsiTheme="majorHAnsi" w:cstheme="majorHAnsi"/>
                <w:sz w:val="20"/>
                <w:szCs w:val="20"/>
                <w:lang w:val="fr-CA"/>
              </w:rPr>
            </w:pPr>
            <w:r w:rsidRPr="00D33DCF">
              <w:rPr>
                <w:rFonts w:asciiTheme="majorHAnsi" w:eastAsia="Franklin Gothic Book" w:hAnsiTheme="majorHAnsi" w:cstheme="majorHAnsi"/>
                <w:sz w:val="20"/>
                <w:szCs w:val="20"/>
                <w:lang w:val="fr-CA"/>
              </w:rPr>
              <w:t>Instabilité relationnelle </w:t>
            </w:r>
          </w:p>
          <w:p w14:paraId="417CAEBB" w14:textId="3C282536"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1912992979"/>
                <w:placeholder>
                  <w:docPart w:val="251F4D580BD04522B04B1EE97F1B4384"/>
                </w:placeholder>
                <w:showingPlcHdr/>
              </w:sdtPr>
              <w:sdtContent>
                <w:permStart w:id="314245536" w:edGrp="everyone"/>
                <w:r w:rsidR="009179B1">
                  <w:rPr>
                    <w:rStyle w:val="Textedelespacerserv"/>
                    <w:rFonts w:asciiTheme="majorHAnsi" w:hAnsiTheme="majorHAnsi" w:cstheme="majorHAnsi"/>
                    <w:sz w:val="20"/>
                    <w:szCs w:val="20"/>
                  </w:rPr>
                  <w:t xml:space="preserve">                            </w:t>
                </w:r>
                <w:permEnd w:id="314245536"/>
              </w:sdtContent>
            </w:sdt>
          </w:p>
        </w:tc>
      </w:tr>
      <w:permStart w:id="293082123" w:edGrp="everyone"/>
      <w:tr w:rsidR="00D33DCF" w:rsidRPr="00A86FA6" w14:paraId="5D793B4E" w14:textId="77777777" w:rsidTr="00CC0206">
        <w:trPr>
          <w:trHeight w:val="720"/>
        </w:trPr>
        <w:tc>
          <w:tcPr>
            <w:tcW w:w="607" w:type="dxa"/>
            <w:tcBorders>
              <w:right w:val="nil"/>
            </w:tcBorders>
            <w:vAlign w:val="center"/>
          </w:tcPr>
          <w:p w14:paraId="50C07DE6" w14:textId="77777777" w:rsidR="00D33DCF" w:rsidRPr="00D33DCF" w:rsidRDefault="00000000" w:rsidP="00A946E5">
            <w:pPr>
              <w:rPr>
                <w:rFonts w:asciiTheme="majorHAnsi" w:eastAsia="MS Gothic" w:hAnsiTheme="majorHAnsi" w:cstheme="majorHAnsi"/>
                <w:color w:val="000000" w:themeColor="text1"/>
                <w:sz w:val="20"/>
                <w:szCs w:val="20"/>
                <w:lang w:val="fr-CA"/>
              </w:rPr>
            </w:pPr>
            <w:sdt>
              <w:sdtPr>
                <w:rPr>
                  <w:rFonts w:asciiTheme="majorHAnsi" w:hAnsiTheme="majorHAnsi" w:cstheme="majorHAnsi"/>
                  <w:sz w:val="20"/>
                  <w:szCs w:val="20"/>
                  <w:lang w:val="fr-CA"/>
                </w:rPr>
                <w:id w:val="778381654"/>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293082123"/>
          </w:p>
        </w:tc>
        <w:tc>
          <w:tcPr>
            <w:tcW w:w="2848" w:type="dxa"/>
            <w:tcBorders>
              <w:left w:val="nil"/>
            </w:tcBorders>
            <w:vAlign w:val="center"/>
          </w:tcPr>
          <w:p w14:paraId="2AA1E7BE" w14:textId="77777777" w:rsidR="00D33DCF" w:rsidRDefault="00D33DCF" w:rsidP="00A946E5">
            <w:pPr>
              <w:rPr>
                <w:rFonts w:asciiTheme="majorHAnsi" w:eastAsia="Franklin Gothic Book" w:hAnsiTheme="majorHAnsi" w:cstheme="majorHAnsi"/>
                <w:sz w:val="20"/>
                <w:szCs w:val="20"/>
                <w:lang w:val="fr-CA"/>
              </w:rPr>
            </w:pPr>
            <w:r w:rsidRPr="00D33DCF">
              <w:rPr>
                <w:rFonts w:asciiTheme="majorHAnsi" w:eastAsia="Franklin Gothic Book" w:hAnsiTheme="majorHAnsi" w:cstheme="majorHAnsi"/>
                <w:sz w:val="20"/>
                <w:szCs w:val="20"/>
                <w:lang w:val="fr-CA"/>
              </w:rPr>
              <w:t xml:space="preserve">Gestion des émotions </w:t>
            </w:r>
            <w:r w:rsidR="00FC1615">
              <w:rPr>
                <w:rFonts w:asciiTheme="majorHAnsi" w:eastAsia="Franklin Gothic Book" w:hAnsiTheme="majorHAnsi" w:cstheme="majorHAnsi"/>
                <w:sz w:val="20"/>
                <w:szCs w:val="20"/>
                <w:lang w:val="fr-CA"/>
              </w:rPr>
              <w:t>difficiles</w:t>
            </w:r>
            <w:r w:rsidRPr="00D33DCF">
              <w:rPr>
                <w:rFonts w:asciiTheme="majorHAnsi" w:eastAsia="Franklin Gothic Book" w:hAnsiTheme="majorHAnsi" w:cstheme="majorHAnsi"/>
                <w:sz w:val="20"/>
                <w:szCs w:val="20"/>
                <w:lang w:val="fr-CA"/>
              </w:rPr>
              <w:t xml:space="preserve"> </w:t>
            </w:r>
          </w:p>
          <w:p w14:paraId="03AAB9CC" w14:textId="5C2CC024" w:rsidR="009179B1" w:rsidRPr="00D33DCF" w:rsidRDefault="00000000" w:rsidP="00A946E5">
            <w:pPr>
              <w:rPr>
                <w:rFonts w:asciiTheme="majorHAnsi" w:eastAsia="Franklin Gothic Book" w:hAnsiTheme="majorHAnsi" w:cstheme="majorHAnsi"/>
                <w:sz w:val="20"/>
                <w:szCs w:val="20"/>
                <w:lang w:val="fr-CA"/>
              </w:rPr>
            </w:pPr>
            <w:sdt>
              <w:sdtPr>
                <w:rPr>
                  <w:rFonts w:asciiTheme="majorHAnsi" w:hAnsiTheme="majorHAnsi" w:cstheme="majorHAnsi"/>
                  <w:sz w:val="20"/>
                  <w:szCs w:val="20"/>
                </w:rPr>
                <w:id w:val="-1362734423"/>
                <w:placeholder>
                  <w:docPart w:val="A138C6FD2CE84892A3E226D82F536F6C"/>
                </w:placeholder>
                <w:showingPlcHdr/>
              </w:sdtPr>
              <w:sdtContent>
                <w:permStart w:id="850869252" w:edGrp="everyone"/>
                <w:r w:rsidR="009179B1">
                  <w:rPr>
                    <w:rStyle w:val="Textedelespacerserv"/>
                    <w:rFonts w:asciiTheme="majorHAnsi" w:hAnsiTheme="majorHAnsi" w:cstheme="majorHAnsi"/>
                    <w:sz w:val="20"/>
                    <w:szCs w:val="20"/>
                  </w:rPr>
                  <w:t xml:space="preserve">                            </w:t>
                </w:r>
                <w:permEnd w:id="850869252"/>
              </w:sdtContent>
            </w:sdt>
          </w:p>
        </w:tc>
        <w:permStart w:id="1940395765" w:edGrp="everyone"/>
        <w:tc>
          <w:tcPr>
            <w:tcW w:w="482" w:type="dxa"/>
            <w:tcBorders>
              <w:right w:val="nil"/>
            </w:tcBorders>
            <w:vAlign w:val="center"/>
          </w:tcPr>
          <w:p w14:paraId="47A68766" w14:textId="77777777" w:rsidR="00D33DCF" w:rsidRPr="00D33DCF" w:rsidRDefault="00000000" w:rsidP="00A946E5">
            <w:pPr>
              <w:rPr>
                <w:rFonts w:asciiTheme="majorHAnsi" w:eastAsia="MS Gothic" w:hAnsiTheme="majorHAnsi" w:cstheme="majorHAnsi"/>
                <w:color w:val="000000" w:themeColor="text1"/>
                <w:sz w:val="20"/>
                <w:szCs w:val="20"/>
                <w:lang w:val="fr-CA"/>
              </w:rPr>
            </w:pPr>
            <w:sdt>
              <w:sdtPr>
                <w:rPr>
                  <w:rFonts w:asciiTheme="majorHAnsi" w:hAnsiTheme="majorHAnsi" w:cstheme="majorHAnsi"/>
                  <w:sz w:val="20"/>
                  <w:szCs w:val="20"/>
                  <w:lang w:val="fr-CA"/>
                </w:rPr>
                <w:id w:val="1791157500"/>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1940395765"/>
          </w:p>
        </w:tc>
        <w:tc>
          <w:tcPr>
            <w:tcW w:w="3060" w:type="dxa"/>
            <w:tcBorders>
              <w:left w:val="nil"/>
            </w:tcBorders>
            <w:vAlign w:val="center"/>
          </w:tcPr>
          <w:p w14:paraId="5AA5280C" w14:textId="77777777" w:rsidR="00D33DCF" w:rsidRPr="00D33DCF" w:rsidRDefault="00D33DCF" w:rsidP="00A946E5">
            <w:pPr>
              <w:rPr>
                <w:rFonts w:asciiTheme="majorHAnsi" w:eastAsia="Franklin Gothic Book" w:hAnsiTheme="majorHAnsi" w:cstheme="majorHAnsi"/>
                <w:sz w:val="20"/>
                <w:szCs w:val="20"/>
                <w:lang w:val="fr-CA"/>
              </w:rPr>
            </w:pPr>
            <w:r w:rsidRPr="00D33DCF">
              <w:rPr>
                <w:rFonts w:asciiTheme="majorHAnsi" w:eastAsia="Franklin Gothic Book" w:hAnsiTheme="majorHAnsi" w:cstheme="majorHAnsi"/>
                <w:sz w:val="20"/>
                <w:szCs w:val="20"/>
                <w:lang w:val="fr-CA"/>
              </w:rPr>
              <w:t>Maladie/hospitalisation </w:t>
            </w:r>
          </w:p>
          <w:p w14:paraId="0CFE45F4" w14:textId="0425C331" w:rsidR="00D33DCF" w:rsidRPr="00D33DCF" w:rsidRDefault="00000000" w:rsidP="00A946E5">
            <w:pPr>
              <w:rPr>
                <w:rFonts w:asciiTheme="majorHAnsi" w:eastAsia="Franklin Gothic Book" w:hAnsiTheme="majorHAnsi" w:cstheme="majorHAnsi"/>
                <w:sz w:val="20"/>
                <w:szCs w:val="20"/>
                <w:lang w:val="fr-CA"/>
              </w:rPr>
            </w:pPr>
            <w:sdt>
              <w:sdtPr>
                <w:rPr>
                  <w:rFonts w:asciiTheme="majorHAnsi" w:hAnsiTheme="majorHAnsi" w:cstheme="majorHAnsi"/>
                  <w:sz w:val="20"/>
                  <w:szCs w:val="20"/>
                </w:rPr>
                <w:id w:val="-138884578"/>
                <w:placeholder>
                  <w:docPart w:val="73898C227B99412EB1D0CF43CE31D4E1"/>
                </w:placeholder>
                <w:showingPlcHdr/>
              </w:sdtPr>
              <w:sdtContent>
                <w:permStart w:id="752362358" w:edGrp="everyone"/>
                <w:r w:rsidR="009179B1">
                  <w:rPr>
                    <w:rStyle w:val="Textedelespacerserv"/>
                    <w:rFonts w:asciiTheme="majorHAnsi" w:hAnsiTheme="majorHAnsi" w:cstheme="majorHAnsi"/>
                    <w:sz w:val="20"/>
                    <w:szCs w:val="20"/>
                  </w:rPr>
                  <w:t xml:space="preserve">                            </w:t>
                </w:r>
                <w:permEnd w:id="752362358"/>
              </w:sdtContent>
            </w:sdt>
          </w:p>
        </w:tc>
        <w:permStart w:id="2026920718" w:edGrp="everyone"/>
        <w:tc>
          <w:tcPr>
            <w:tcW w:w="540" w:type="dxa"/>
            <w:tcBorders>
              <w:right w:val="nil"/>
            </w:tcBorders>
            <w:vAlign w:val="center"/>
          </w:tcPr>
          <w:p w14:paraId="11CE6335" w14:textId="77777777" w:rsidR="00D33DCF" w:rsidRPr="00D33DCF" w:rsidRDefault="00000000" w:rsidP="00A946E5">
            <w:pPr>
              <w:rPr>
                <w:rFonts w:asciiTheme="majorHAnsi" w:eastAsia="MS Gothic" w:hAnsiTheme="majorHAnsi" w:cstheme="majorHAnsi"/>
                <w:color w:val="000000" w:themeColor="text1"/>
                <w:sz w:val="20"/>
                <w:szCs w:val="20"/>
                <w:lang w:val="fr-CA"/>
              </w:rPr>
            </w:pPr>
            <w:sdt>
              <w:sdtPr>
                <w:rPr>
                  <w:rFonts w:asciiTheme="majorHAnsi" w:hAnsiTheme="majorHAnsi" w:cstheme="majorHAnsi"/>
                  <w:sz w:val="20"/>
                  <w:szCs w:val="20"/>
                  <w:lang w:val="fr-CA"/>
                </w:rPr>
                <w:id w:val="1960382585"/>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2026920718"/>
          </w:p>
        </w:tc>
        <w:tc>
          <w:tcPr>
            <w:tcW w:w="3420" w:type="dxa"/>
            <w:tcBorders>
              <w:left w:val="nil"/>
            </w:tcBorders>
            <w:vAlign w:val="center"/>
          </w:tcPr>
          <w:p w14:paraId="35C09942" w14:textId="77777777" w:rsidR="00D33DCF" w:rsidRPr="00D33DCF" w:rsidRDefault="00D33DCF" w:rsidP="00A946E5">
            <w:pPr>
              <w:rPr>
                <w:rFonts w:asciiTheme="majorHAnsi" w:eastAsia="Franklin Gothic Book" w:hAnsiTheme="majorHAnsi" w:cstheme="majorHAnsi"/>
                <w:sz w:val="20"/>
                <w:szCs w:val="20"/>
                <w:lang w:val="fr-CA"/>
              </w:rPr>
            </w:pPr>
            <w:r w:rsidRPr="00D33DCF">
              <w:rPr>
                <w:rFonts w:asciiTheme="majorHAnsi" w:eastAsia="Franklin Gothic Book" w:hAnsiTheme="majorHAnsi" w:cstheme="majorHAnsi"/>
                <w:sz w:val="20"/>
                <w:szCs w:val="20"/>
                <w:lang w:val="fr-CA"/>
              </w:rPr>
              <w:t>Présence de détresse psychologique</w:t>
            </w:r>
          </w:p>
          <w:p w14:paraId="38C44AE0" w14:textId="5D664C98" w:rsidR="00D33DCF" w:rsidRPr="00D33DCF" w:rsidRDefault="00000000" w:rsidP="00A946E5">
            <w:pPr>
              <w:rPr>
                <w:rFonts w:asciiTheme="majorHAnsi" w:eastAsia="Franklin Gothic Book" w:hAnsiTheme="majorHAnsi" w:cstheme="majorHAnsi"/>
                <w:sz w:val="20"/>
                <w:szCs w:val="20"/>
                <w:lang w:val="fr-CA"/>
              </w:rPr>
            </w:pPr>
            <w:sdt>
              <w:sdtPr>
                <w:rPr>
                  <w:rFonts w:asciiTheme="majorHAnsi" w:hAnsiTheme="majorHAnsi" w:cstheme="majorHAnsi"/>
                  <w:sz w:val="20"/>
                  <w:szCs w:val="20"/>
                </w:rPr>
                <w:id w:val="-880552271"/>
                <w:placeholder>
                  <w:docPart w:val="15538B557A1C4903A8D1E1032421572C"/>
                </w:placeholder>
                <w:showingPlcHdr/>
              </w:sdtPr>
              <w:sdtContent>
                <w:permStart w:id="780488399" w:edGrp="everyone"/>
                <w:r w:rsidR="009179B1">
                  <w:rPr>
                    <w:rStyle w:val="Textedelespacerserv"/>
                    <w:rFonts w:asciiTheme="majorHAnsi" w:hAnsiTheme="majorHAnsi" w:cstheme="majorHAnsi"/>
                    <w:sz w:val="20"/>
                    <w:szCs w:val="20"/>
                  </w:rPr>
                  <w:t xml:space="preserve">                            </w:t>
                </w:r>
                <w:permEnd w:id="780488399"/>
              </w:sdtContent>
            </w:sdt>
          </w:p>
        </w:tc>
      </w:tr>
      <w:permStart w:id="2028347683" w:edGrp="everyone"/>
      <w:tr w:rsidR="00D33DCF" w:rsidRPr="00D33DCF" w14:paraId="6F07EA4B" w14:textId="77777777" w:rsidTr="00CC0206">
        <w:trPr>
          <w:trHeight w:val="720"/>
        </w:trPr>
        <w:tc>
          <w:tcPr>
            <w:tcW w:w="607" w:type="dxa"/>
            <w:tcBorders>
              <w:right w:val="nil"/>
            </w:tcBorders>
            <w:vAlign w:val="center"/>
          </w:tcPr>
          <w:p w14:paraId="0EE50791" w14:textId="77777777" w:rsidR="00D33DCF" w:rsidRPr="00D33DCF" w:rsidRDefault="00000000" w:rsidP="00A946E5">
            <w:pPr>
              <w:rPr>
                <w:rFonts w:asciiTheme="majorHAnsi" w:hAnsiTheme="majorHAnsi" w:cstheme="majorHAnsi"/>
                <w:color w:val="000000" w:themeColor="text1"/>
                <w:sz w:val="20"/>
                <w:szCs w:val="20"/>
                <w:lang w:val="fr-CA"/>
              </w:rPr>
            </w:pPr>
            <w:sdt>
              <w:sdtPr>
                <w:rPr>
                  <w:rFonts w:asciiTheme="majorHAnsi" w:hAnsiTheme="majorHAnsi" w:cstheme="majorHAnsi"/>
                  <w:sz w:val="20"/>
                  <w:szCs w:val="20"/>
                  <w:lang w:val="fr-CA"/>
                </w:rPr>
                <w:id w:val="-1256204790"/>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2028347683"/>
          </w:p>
        </w:tc>
        <w:tc>
          <w:tcPr>
            <w:tcW w:w="2848" w:type="dxa"/>
            <w:tcBorders>
              <w:left w:val="nil"/>
            </w:tcBorders>
            <w:vAlign w:val="center"/>
          </w:tcPr>
          <w:p w14:paraId="035FEC31" w14:textId="77777777" w:rsidR="00D33DCF" w:rsidRPr="00D33DCF" w:rsidRDefault="00D33DCF" w:rsidP="00A946E5">
            <w:pPr>
              <w:rPr>
                <w:rFonts w:asciiTheme="majorHAnsi" w:eastAsia="Franklin Gothic Book" w:hAnsiTheme="majorHAnsi" w:cstheme="majorHAnsi"/>
                <w:sz w:val="20"/>
                <w:szCs w:val="20"/>
                <w:lang w:val="fr-CA"/>
              </w:rPr>
            </w:pPr>
            <w:r w:rsidRPr="00D33DCF">
              <w:rPr>
                <w:rFonts w:asciiTheme="majorHAnsi" w:eastAsia="Franklin Gothic Book" w:hAnsiTheme="majorHAnsi" w:cstheme="majorHAnsi"/>
                <w:sz w:val="20"/>
                <w:szCs w:val="20"/>
                <w:lang w:val="fr-CA"/>
              </w:rPr>
              <w:t>Présence de consommation dans le milieu</w:t>
            </w:r>
          </w:p>
          <w:p w14:paraId="11F4D537" w14:textId="36894E9F" w:rsidR="00D33DCF" w:rsidRPr="00D33DCF" w:rsidRDefault="00000000" w:rsidP="00A946E5">
            <w:pPr>
              <w:rPr>
                <w:rFonts w:asciiTheme="majorHAnsi" w:eastAsia="Franklin Gothic Book" w:hAnsiTheme="majorHAnsi" w:cstheme="majorHAnsi"/>
                <w:sz w:val="20"/>
                <w:szCs w:val="20"/>
                <w:lang w:val="fr-CA"/>
              </w:rPr>
            </w:pPr>
            <w:sdt>
              <w:sdtPr>
                <w:rPr>
                  <w:rFonts w:asciiTheme="majorHAnsi" w:hAnsiTheme="majorHAnsi" w:cstheme="majorHAnsi"/>
                  <w:sz w:val="20"/>
                  <w:szCs w:val="20"/>
                </w:rPr>
                <w:id w:val="-2587972"/>
                <w:placeholder>
                  <w:docPart w:val="7DD3912030FC4965955FA5CAD8B94F07"/>
                </w:placeholder>
                <w:showingPlcHdr/>
              </w:sdtPr>
              <w:sdtContent>
                <w:permStart w:id="1454988059" w:edGrp="everyone"/>
                <w:r w:rsidR="009179B1">
                  <w:rPr>
                    <w:rStyle w:val="Textedelespacerserv"/>
                    <w:rFonts w:asciiTheme="majorHAnsi" w:hAnsiTheme="majorHAnsi" w:cstheme="majorHAnsi"/>
                    <w:sz w:val="20"/>
                    <w:szCs w:val="20"/>
                  </w:rPr>
                  <w:t xml:space="preserve">                            </w:t>
                </w:r>
                <w:permEnd w:id="1454988059"/>
              </w:sdtContent>
            </w:sdt>
          </w:p>
        </w:tc>
        <w:permStart w:id="1500020202" w:edGrp="everyone"/>
        <w:tc>
          <w:tcPr>
            <w:tcW w:w="482" w:type="dxa"/>
            <w:tcBorders>
              <w:right w:val="nil"/>
            </w:tcBorders>
            <w:vAlign w:val="center"/>
          </w:tcPr>
          <w:p w14:paraId="78A46868" w14:textId="77777777" w:rsidR="00D33DCF" w:rsidRPr="00D33DCF" w:rsidRDefault="00000000" w:rsidP="00A946E5">
            <w:pPr>
              <w:rPr>
                <w:rFonts w:asciiTheme="majorHAnsi" w:hAnsiTheme="majorHAnsi" w:cstheme="majorHAnsi"/>
                <w:color w:val="000000" w:themeColor="text1"/>
                <w:sz w:val="20"/>
                <w:szCs w:val="20"/>
                <w:lang w:val="fr-CA"/>
              </w:rPr>
            </w:pPr>
            <w:sdt>
              <w:sdtPr>
                <w:rPr>
                  <w:rFonts w:asciiTheme="majorHAnsi" w:hAnsiTheme="majorHAnsi" w:cstheme="majorHAnsi"/>
                  <w:sz w:val="20"/>
                  <w:szCs w:val="20"/>
                  <w:lang w:val="fr-CA"/>
                </w:rPr>
                <w:id w:val="-1994560818"/>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1500020202"/>
          </w:p>
        </w:tc>
        <w:tc>
          <w:tcPr>
            <w:tcW w:w="3060" w:type="dxa"/>
            <w:tcBorders>
              <w:left w:val="nil"/>
            </w:tcBorders>
            <w:vAlign w:val="center"/>
          </w:tcPr>
          <w:p w14:paraId="56465E48" w14:textId="77777777" w:rsidR="00D33DCF" w:rsidRPr="00D33DCF" w:rsidRDefault="00D33DCF" w:rsidP="00A946E5">
            <w:pPr>
              <w:rPr>
                <w:rFonts w:asciiTheme="majorHAnsi" w:eastAsia="Franklin Gothic Book" w:hAnsiTheme="majorHAnsi" w:cstheme="majorHAnsi"/>
                <w:sz w:val="20"/>
                <w:szCs w:val="20"/>
                <w:lang w:val="fr-CA"/>
              </w:rPr>
            </w:pPr>
            <w:r w:rsidRPr="00D33DCF">
              <w:rPr>
                <w:rFonts w:asciiTheme="majorHAnsi" w:eastAsia="Franklin Gothic Book" w:hAnsiTheme="majorHAnsi" w:cstheme="majorHAnsi"/>
                <w:sz w:val="20"/>
                <w:szCs w:val="20"/>
                <w:lang w:val="fr-CA"/>
              </w:rPr>
              <w:t>Implication de la protection de la jeunesse par le passé ou active </w:t>
            </w:r>
          </w:p>
          <w:p w14:paraId="649BDDC6" w14:textId="75D99809" w:rsidR="00D33DCF" w:rsidRPr="00D33DCF" w:rsidRDefault="00000000" w:rsidP="00A946E5">
            <w:pPr>
              <w:rPr>
                <w:rFonts w:asciiTheme="majorHAnsi" w:eastAsia="Franklin Gothic Book" w:hAnsiTheme="majorHAnsi" w:cstheme="majorHAnsi"/>
                <w:sz w:val="20"/>
                <w:szCs w:val="20"/>
                <w:lang w:val="fr-CA"/>
              </w:rPr>
            </w:pPr>
            <w:sdt>
              <w:sdtPr>
                <w:rPr>
                  <w:rFonts w:asciiTheme="majorHAnsi" w:hAnsiTheme="majorHAnsi" w:cstheme="majorHAnsi"/>
                  <w:sz w:val="20"/>
                  <w:szCs w:val="20"/>
                </w:rPr>
                <w:id w:val="1586797638"/>
                <w:placeholder>
                  <w:docPart w:val="FF5F42B34240441E8FF61800A235BAE4"/>
                </w:placeholder>
                <w:showingPlcHdr/>
              </w:sdtPr>
              <w:sdtContent>
                <w:permStart w:id="518997957" w:edGrp="everyone"/>
                <w:r w:rsidR="009179B1">
                  <w:rPr>
                    <w:rStyle w:val="Textedelespacerserv"/>
                    <w:rFonts w:asciiTheme="majorHAnsi" w:hAnsiTheme="majorHAnsi" w:cstheme="majorHAnsi"/>
                    <w:sz w:val="20"/>
                    <w:szCs w:val="20"/>
                  </w:rPr>
                  <w:t xml:space="preserve">                            </w:t>
                </w:r>
                <w:permEnd w:id="518997957"/>
              </w:sdtContent>
            </w:sdt>
          </w:p>
        </w:tc>
        <w:permStart w:id="1672284269" w:edGrp="everyone"/>
        <w:tc>
          <w:tcPr>
            <w:tcW w:w="540" w:type="dxa"/>
            <w:tcBorders>
              <w:right w:val="nil"/>
            </w:tcBorders>
            <w:vAlign w:val="center"/>
          </w:tcPr>
          <w:p w14:paraId="4A97EB2B" w14:textId="77777777" w:rsidR="00D33DCF" w:rsidRPr="00D33DCF" w:rsidRDefault="00000000" w:rsidP="00A946E5">
            <w:pPr>
              <w:rPr>
                <w:rFonts w:asciiTheme="majorHAnsi" w:hAnsiTheme="majorHAnsi" w:cstheme="majorHAnsi"/>
                <w:color w:val="000000" w:themeColor="text1"/>
                <w:sz w:val="20"/>
                <w:szCs w:val="20"/>
                <w:lang w:val="fr-CA"/>
              </w:rPr>
            </w:pPr>
            <w:sdt>
              <w:sdtPr>
                <w:rPr>
                  <w:rFonts w:asciiTheme="majorHAnsi" w:hAnsiTheme="majorHAnsi" w:cstheme="majorHAnsi"/>
                  <w:sz w:val="20"/>
                  <w:szCs w:val="20"/>
                  <w:lang w:val="fr-CA"/>
                </w:rPr>
                <w:id w:val="1295792673"/>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1672284269"/>
          </w:p>
        </w:tc>
        <w:tc>
          <w:tcPr>
            <w:tcW w:w="3420" w:type="dxa"/>
            <w:tcBorders>
              <w:left w:val="nil"/>
            </w:tcBorders>
            <w:vAlign w:val="center"/>
          </w:tcPr>
          <w:p w14:paraId="41259C39" w14:textId="77777777" w:rsidR="00D33DCF" w:rsidRPr="00D33DCF" w:rsidRDefault="00D33DCF" w:rsidP="00A946E5">
            <w:pPr>
              <w:rPr>
                <w:rFonts w:asciiTheme="majorHAnsi" w:eastAsia="Franklin Gothic Book" w:hAnsiTheme="majorHAnsi" w:cstheme="majorHAnsi"/>
                <w:sz w:val="20"/>
                <w:szCs w:val="20"/>
                <w:lang w:val="fr-CA"/>
              </w:rPr>
            </w:pPr>
            <w:r w:rsidRPr="00D33DCF">
              <w:rPr>
                <w:rFonts w:asciiTheme="majorHAnsi" w:eastAsia="Franklin Gothic Book" w:hAnsiTheme="majorHAnsi" w:cstheme="majorHAnsi"/>
                <w:sz w:val="20"/>
                <w:szCs w:val="20"/>
                <w:lang w:val="fr-CA"/>
              </w:rPr>
              <w:t>Présence de diagnostic/hypothèse de santé mentale dans le milieu</w:t>
            </w:r>
          </w:p>
          <w:p w14:paraId="5AE71B1C" w14:textId="58CB26D3" w:rsidR="00D33DCF" w:rsidRPr="00D33DCF" w:rsidRDefault="00000000" w:rsidP="00A946E5">
            <w:pPr>
              <w:rPr>
                <w:rFonts w:asciiTheme="majorHAnsi" w:eastAsia="Franklin Gothic Book" w:hAnsiTheme="majorHAnsi" w:cstheme="majorHAnsi"/>
                <w:sz w:val="20"/>
                <w:szCs w:val="20"/>
                <w:lang w:val="fr-CA"/>
              </w:rPr>
            </w:pPr>
            <w:sdt>
              <w:sdtPr>
                <w:rPr>
                  <w:rFonts w:asciiTheme="majorHAnsi" w:hAnsiTheme="majorHAnsi" w:cstheme="majorHAnsi"/>
                  <w:sz w:val="20"/>
                  <w:szCs w:val="20"/>
                </w:rPr>
                <w:id w:val="-958343924"/>
                <w:placeholder>
                  <w:docPart w:val="1D021424B8B94BADAE95240D36FC92D1"/>
                </w:placeholder>
                <w:showingPlcHdr/>
              </w:sdtPr>
              <w:sdtContent>
                <w:permStart w:id="1635665319" w:edGrp="everyone"/>
                <w:r w:rsidR="009179B1">
                  <w:rPr>
                    <w:rStyle w:val="Textedelespacerserv"/>
                    <w:rFonts w:asciiTheme="majorHAnsi" w:hAnsiTheme="majorHAnsi" w:cstheme="majorHAnsi"/>
                    <w:sz w:val="20"/>
                    <w:szCs w:val="20"/>
                  </w:rPr>
                  <w:t xml:space="preserve">                            </w:t>
                </w:r>
                <w:permEnd w:id="1635665319"/>
              </w:sdtContent>
            </w:sdt>
          </w:p>
        </w:tc>
      </w:tr>
      <w:permStart w:id="1973118291" w:edGrp="everyone"/>
      <w:tr w:rsidR="00D33DCF" w:rsidRPr="00A86FA6" w14:paraId="4092F3D3" w14:textId="77777777" w:rsidTr="00CC0206">
        <w:trPr>
          <w:trHeight w:val="720"/>
        </w:trPr>
        <w:tc>
          <w:tcPr>
            <w:tcW w:w="607" w:type="dxa"/>
            <w:tcBorders>
              <w:right w:val="nil"/>
            </w:tcBorders>
            <w:vAlign w:val="center"/>
          </w:tcPr>
          <w:p w14:paraId="1DB43962"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1492296504"/>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1973118291"/>
          </w:p>
        </w:tc>
        <w:tc>
          <w:tcPr>
            <w:tcW w:w="2848" w:type="dxa"/>
            <w:tcBorders>
              <w:left w:val="nil"/>
            </w:tcBorders>
            <w:vAlign w:val="center"/>
          </w:tcPr>
          <w:p w14:paraId="260A1B14" w14:textId="77777777" w:rsidR="00D33DCF" w:rsidRPr="00D33DCF" w:rsidRDefault="00D33DCF" w:rsidP="00A946E5">
            <w:pPr>
              <w:rPr>
                <w:rFonts w:asciiTheme="majorHAnsi" w:eastAsia="Franklin Gothic Book" w:hAnsiTheme="majorHAnsi" w:cstheme="majorHAnsi"/>
                <w:sz w:val="20"/>
                <w:szCs w:val="20"/>
                <w:lang w:val="fr-CA"/>
              </w:rPr>
            </w:pPr>
            <w:r w:rsidRPr="00D33DCF">
              <w:rPr>
                <w:rFonts w:asciiTheme="majorHAnsi" w:eastAsia="Franklin Gothic Book" w:hAnsiTheme="majorHAnsi" w:cstheme="majorHAnsi"/>
                <w:sz w:val="20"/>
                <w:szCs w:val="20"/>
                <w:lang w:val="fr-CA"/>
              </w:rPr>
              <w:t>Instabilité domiciliaire</w:t>
            </w:r>
          </w:p>
          <w:p w14:paraId="6CBD83C3" w14:textId="63AD07AE" w:rsidR="00D33DCF" w:rsidRPr="00D33DCF" w:rsidRDefault="00000000" w:rsidP="00A946E5">
            <w:pPr>
              <w:rPr>
                <w:rFonts w:asciiTheme="majorHAnsi" w:eastAsia="Franklin Gothic Book" w:hAnsiTheme="majorHAnsi" w:cstheme="majorHAnsi"/>
                <w:sz w:val="20"/>
                <w:szCs w:val="20"/>
                <w:lang w:val="fr-CA"/>
              </w:rPr>
            </w:pPr>
            <w:sdt>
              <w:sdtPr>
                <w:rPr>
                  <w:rFonts w:asciiTheme="majorHAnsi" w:hAnsiTheme="majorHAnsi" w:cstheme="majorHAnsi"/>
                  <w:sz w:val="20"/>
                  <w:szCs w:val="20"/>
                </w:rPr>
                <w:id w:val="863177123"/>
                <w:placeholder>
                  <w:docPart w:val="E53B47DC94FD464D85B892F8BACFF63F"/>
                </w:placeholder>
                <w:showingPlcHdr/>
              </w:sdtPr>
              <w:sdtContent>
                <w:permStart w:id="1274872179" w:edGrp="everyone"/>
                <w:r w:rsidR="009179B1">
                  <w:rPr>
                    <w:rStyle w:val="Textedelespacerserv"/>
                    <w:rFonts w:asciiTheme="majorHAnsi" w:hAnsiTheme="majorHAnsi" w:cstheme="majorHAnsi"/>
                    <w:sz w:val="20"/>
                    <w:szCs w:val="20"/>
                  </w:rPr>
                  <w:t xml:space="preserve">                            </w:t>
                </w:r>
                <w:permEnd w:id="1274872179"/>
              </w:sdtContent>
            </w:sdt>
          </w:p>
        </w:tc>
        <w:permStart w:id="1509434105" w:edGrp="everyone"/>
        <w:tc>
          <w:tcPr>
            <w:tcW w:w="482" w:type="dxa"/>
            <w:tcBorders>
              <w:right w:val="nil"/>
            </w:tcBorders>
            <w:vAlign w:val="center"/>
          </w:tcPr>
          <w:p w14:paraId="3D74C434"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1466008699"/>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1509434105"/>
          </w:p>
        </w:tc>
        <w:tc>
          <w:tcPr>
            <w:tcW w:w="3060" w:type="dxa"/>
            <w:tcBorders>
              <w:left w:val="nil"/>
            </w:tcBorders>
            <w:vAlign w:val="center"/>
          </w:tcPr>
          <w:p w14:paraId="4397DC2D" w14:textId="77777777" w:rsidR="00D33DCF" w:rsidRPr="00D33DCF" w:rsidRDefault="00D33DCF" w:rsidP="00A946E5">
            <w:pPr>
              <w:rPr>
                <w:rFonts w:asciiTheme="majorHAnsi" w:eastAsia="Franklin Gothic Book" w:hAnsiTheme="majorHAnsi" w:cstheme="majorHAnsi"/>
                <w:sz w:val="20"/>
                <w:szCs w:val="20"/>
                <w:lang w:val="fr-CA"/>
              </w:rPr>
            </w:pPr>
            <w:r w:rsidRPr="00D33DCF">
              <w:rPr>
                <w:rFonts w:asciiTheme="majorHAnsi" w:eastAsia="Franklin Gothic Book" w:hAnsiTheme="majorHAnsi" w:cstheme="majorHAnsi"/>
                <w:sz w:val="20"/>
                <w:szCs w:val="20"/>
                <w:lang w:val="fr-CA"/>
              </w:rPr>
              <w:t>Réseau social (absent, peu présent, ou problématique)</w:t>
            </w:r>
          </w:p>
          <w:p w14:paraId="33E689A8" w14:textId="73486677" w:rsidR="00D33DCF" w:rsidRPr="00D33DCF" w:rsidRDefault="00000000" w:rsidP="00A946E5">
            <w:pPr>
              <w:rPr>
                <w:rFonts w:asciiTheme="majorHAnsi" w:eastAsia="Franklin Gothic Book" w:hAnsiTheme="majorHAnsi" w:cstheme="majorHAnsi"/>
                <w:sz w:val="20"/>
                <w:szCs w:val="20"/>
                <w:lang w:val="fr-CA"/>
              </w:rPr>
            </w:pPr>
            <w:sdt>
              <w:sdtPr>
                <w:rPr>
                  <w:rFonts w:asciiTheme="majorHAnsi" w:hAnsiTheme="majorHAnsi" w:cstheme="majorHAnsi"/>
                  <w:sz w:val="20"/>
                  <w:szCs w:val="20"/>
                </w:rPr>
                <w:id w:val="-1286885253"/>
                <w:placeholder>
                  <w:docPart w:val="A8C960CDC60046388F5650AA5E84FC16"/>
                </w:placeholder>
                <w:showingPlcHdr/>
              </w:sdtPr>
              <w:sdtContent>
                <w:permStart w:id="329408912" w:edGrp="everyone"/>
                <w:r w:rsidR="009179B1">
                  <w:rPr>
                    <w:rStyle w:val="Textedelespacerserv"/>
                    <w:rFonts w:asciiTheme="majorHAnsi" w:hAnsiTheme="majorHAnsi" w:cstheme="majorHAnsi"/>
                    <w:sz w:val="20"/>
                    <w:szCs w:val="20"/>
                  </w:rPr>
                  <w:t xml:space="preserve">                            </w:t>
                </w:r>
                <w:permEnd w:id="329408912"/>
              </w:sdtContent>
            </w:sdt>
          </w:p>
        </w:tc>
        <w:permStart w:id="1179126035" w:edGrp="everyone"/>
        <w:tc>
          <w:tcPr>
            <w:tcW w:w="540" w:type="dxa"/>
            <w:tcBorders>
              <w:right w:val="nil"/>
            </w:tcBorders>
            <w:vAlign w:val="center"/>
          </w:tcPr>
          <w:p w14:paraId="2E3BCDAC"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1768140445"/>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1179126035"/>
          </w:p>
        </w:tc>
        <w:tc>
          <w:tcPr>
            <w:tcW w:w="3420" w:type="dxa"/>
            <w:tcBorders>
              <w:left w:val="nil"/>
            </w:tcBorders>
            <w:vAlign w:val="center"/>
          </w:tcPr>
          <w:p w14:paraId="474DF894" w14:textId="77777777" w:rsidR="00D33DCF" w:rsidRPr="00D33DCF" w:rsidRDefault="00D33DCF" w:rsidP="00A946E5">
            <w:pPr>
              <w:rPr>
                <w:rFonts w:asciiTheme="majorHAnsi" w:eastAsia="Franklin Gothic Book" w:hAnsiTheme="majorHAnsi" w:cstheme="majorHAnsi"/>
                <w:sz w:val="20"/>
                <w:szCs w:val="20"/>
                <w:lang w:val="fr-CA"/>
              </w:rPr>
            </w:pPr>
            <w:r w:rsidRPr="00D33DCF">
              <w:rPr>
                <w:rFonts w:asciiTheme="majorHAnsi" w:eastAsia="Franklin Gothic Book" w:hAnsiTheme="majorHAnsi" w:cstheme="majorHAnsi"/>
                <w:sz w:val="20"/>
                <w:szCs w:val="20"/>
                <w:lang w:val="fr-CA"/>
              </w:rPr>
              <w:t>Isolement social</w:t>
            </w:r>
          </w:p>
          <w:p w14:paraId="15462F58" w14:textId="0987F342" w:rsidR="00D33DCF" w:rsidRPr="00D33DCF" w:rsidRDefault="00000000" w:rsidP="00A946E5">
            <w:pPr>
              <w:rPr>
                <w:rFonts w:asciiTheme="majorHAnsi" w:eastAsia="Franklin Gothic Book" w:hAnsiTheme="majorHAnsi" w:cstheme="majorHAnsi"/>
                <w:sz w:val="20"/>
                <w:szCs w:val="20"/>
                <w:lang w:val="fr-CA"/>
              </w:rPr>
            </w:pPr>
            <w:sdt>
              <w:sdtPr>
                <w:rPr>
                  <w:rFonts w:asciiTheme="majorHAnsi" w:hAnsiTheme="majorHAnsi" w:cstheme="majorHAnsi"/>
                  <w:sz w:val="20"/>
                  <w:szCs w:val="20"/>
                </w:rPr>
                <w:id w:val="505789906"/>
                <w:placeholder>
                  <w:docPart w:val="F605FD174BD04E3E92F14619807232EA"/>
                </w:placeholder>
                <w:showingPlcHdr/>
              </w:sdtPr>
              <w:sdtContent>
                <w:permStart w:id="1644446513" w:edGrp="everyone"/>
                <w:r w:rsidR="009179B1">
                  <w:rPr>
                    <w:rStyle w:val="Textedelespacerserv"/>
                    <w:rFonts w:asciiTheme="majorHAnsi" w:hAnsiTheme="majorHAnsi" w:cstheme="majorHAnsi"/>
                    <w:sz w:val="20"/>
                    <w:szCs w:val="20"/>
                  </w:rPr>
                  <w:t xml:space="preserve">                            </w:t>
                </w:r>
                <w:permEnd w:id="1644446513"/>
              </w:sdtContent>
            </w:sdt>
          </w:p>
        </w:tc>
      </w:tr>
      <w:permStart w:id="1734620689" w:edGrp="everyone"/>
      <w:tr w:rsidR="00D33DCF" w:rsidRPr="00A86FA6" w14:paraId="3CC9D445" w14:textId="77777777" w:rsidTr="00CC0206">
        <w:trPr>
          <w:trHeight w:val="720"/>
        </w:trPr>
        <w:tc>
          <w:tcPr>
            <w:tcW w:w="607" w:type="dxa"/>
            <w:tcBorders>
              <w:right w:val="nil"/>
            </w:tcBorders>
            <w:vAlign w:val="center"/>
          </w:tcPr>
          <w:p w14:paraId="60A0A99C" w14:textId="77777777" w:rsidR="00D33DCF" w:rsidRPr="00D33DCF" w:rsidRDefault="00000000" w:rsidP="00A946E5">
            <w:pPr>
              <w:rPr>
                <w:rFonts w:asciiTheme="majorHAnsi" w:eastAsia="MS Gothic" w:hAnsiTheme="majorHAnsi" w:cstheme="majorHAnsi"/>
                <w:color w:val="000000" w:themeColor="text1"/>
                <w:sz w:val="20"/>
                <w:szCs w:val="20"/>
                <w:lang w:val="fr-CA"/>
              </w:rPr>
            </w:pPr>
            <w:sdt>
              <w:sdtPr>
                <w:rPr>
                  <w:rFonts w:asciiTheme="majorHAnsi" w:hAnsiTheme="majorHAnsi" w:cstheme="majorHAnsi"/>
                  <w:sz w:val="20"/>
                  <w:szCs w:val="20"/>
                  <w:lang w:val="fr-CA"/>
                </w:rPr>
                <w:id w:val="-1036657604"/>
                <w14:checkbox>
                  <w14:checked w14:val="0"/>
                  <w14:checkedState w14:val="2612" w14:font="MS Gothic"/>
                  <w14:uncheckedState w14:val="2610" w14:font="MS Gothic"/>
                </w14:checkbox>
              </w:sdtPr>
              <w:sdtContent>
                <w:r w:rsidR="00D33DCF" w:rsidRPr="00D33DCF">
                  <w:rPr>
                    <w:rFonts w:ascii="MS Gothic" w:eastAsia="MS Gothic" w:hAnsi="MS Gothic" w:cstheme="majorHAnsi"/>
                    <w:sz w:val="20"/>
                    <w:szCs w:val="20"/>
                    <w:lang w:val="fr-CA"/>
                  </w:rPr>
                  <w:t>☐</w:t>
                </w:r>
              </w:sdtContent>
            </w:sdt>
            <w:permEnd w:id="1734620689"/>
          </w:p>
        </w:tc>
        <w:tc>
          <w:tcPr>
            <w:tcW w:w="2848" w:type="dxa"/>
            <w:tcBorders>
              <w:left w:val="nil"/>
            </w:tcBorders>
            <w:vAlign w:val="center"/>
          </w:tcPr>
          <w:p w14:paraId="0E97BC36" w14:textId="77777777" w:rsidR="00D33DCF" w:rsidRPr="00D33DCF" w:rsidRDefault="00D33DCF" w:rsidP="00A946E5">
            <w:pPr>
              <w:rPr>
                <w:rFonts w:asciiTheme="majorHAnsi" w:eastAsia="MS Gothic" w:hAnsiTheme="majorHAnsi" w:cstheme="majorHAnsi"/>
                <w:sz w:val="20"/>
                <w:szCs w:val="20"/>
                <w:lang w:val="fr-CA"/>
              </w:rPr>
            </w:pPr>
            <w:r w:rsidRPr="00D33DCF">
              <w:rPr>
                <w:rFonts w:asciiTheme="majorHAnsi" w:eastAsia="Franklin Gothic Book" w:hAnsiTheme="majorHAnsi" w:cstheme="majorHAnsi"/>
                <w:sz w:val="20"/>
                <w:szCs w:val="20"/>
                <w:lang w:val="fr-CA"/>
              </w:rPr>
              <w:t>Précarité financière/pauvreté </w:t>
            </w:r>
            <w:r w:rsidRPr="00D33DCF">
              <w:rPr>
                <w:rFonts w:asciiTheme="majorHAnsi" w:eastAsia="MS Gothic" w:hAnsiTheme="majorHAnsi" w:cstheme="majorHAnsi"/>
                <w:sz w:val="20"/>
                <w:szCs w:val="20"/>
                <w:lang w:val="fr-CA"/>
              </w:rPr>
              <w:t xml:space="preserve"> </w:t>
            </w:r>
          </w:p>
          <w:p w14:paraId="6E1C24BA" w14:textId="3B38005C" w:rsidR="00D33DCF" w:rsidRPr="00D33DCF" w:rsidRDefault="00000000" w:rsidP="00A946E5">
            <w:pPr>
              <w:rPr>
                <w:rFonts w:asciiTheme="majorHAnsi" w:eastAsia="Franklin Gothic Book" w:hAnsiTheme="majorHAnsi" w:cstheme="majorHAnsi"/>
                <w:sz w:val="20"/>
                <w:szCs w:val="20"/>
                <w:lang w:val="fr-CA"/>
              </w:rPr>
            </w:pPr>
            <w:sdt>
              <w:sdtPr>
                <w:rPr>
                  <w:rFonts w:asciiTheme="majorHAnsi" w:hAnsiTheme="majorHAnsi" w:cstheme="majorHAnsi"/>
                  <w:sz w:val="20"/>
                  <w:szCs w:val="20"/>
                </w:rPr>
                <w:id w:val="599925590"/>
                <w:placeholder>
                  <w:docPart w:val="5CA0B4575B254350BEEF21396E888787"/>
                </w:placeholder>
                <w:showingPlcHdr/>
              </w:sdtPr>
              <w:sdtContent>
                <w:permStart w:id="200372538" w:edGrp="everyone"/>
                <w:r w:rsidR="009179B1">
                  <w:rPr>
                    <w:rStyle w:val="Textedelespacerserv"/>
                    <w:rFonts w:asciiTheme="majorHAnsi" w:hAnsiTheme="majorHAnsi" w:cstheme="majorHAnsi"/>
                    <w:sz w:val="20"/>
                    <w:szCs w:val="20"/>
                  </w:rPr>
                  <w:t xml:space="preserve">                            </w:t>
                </w:r>
                <w:permEnd w:id="200372538"/>
              </w:sdtContent>
            </w:sdt>
          </w:p>
        </w:tc>
        <w:permStart w:id="537415652" w:edGrp="everyone"/>
        <w:tc>
          <w:tcPr>
            <w:tcW w:w="482" w:type="dxa"/>
            <w:tcBorders>
              <w:right w:val="nil"/>
            </w:tcBorders>
            <w:vAlign w:val="center"/>
          </w:tcPr>
          <w:p w14:paraId="48B9EDDA" w14:textId="77777777" w:rsidR="00D33DCF" w:rsidRPr="00D33DCF" w:rsidRDefault="00000000" w:rsidP="00A946E5">
            <w:pPr>
              <w:rPr>
                <w:rFonts w:asciiTheme="majorHAnsi" w:eastAsia="MS Gothic" w:hAnsiTheme="majorHAnsi" w:cstheme="majorHAnsi"/>
                <w:color w:val="000000" w:themeColor="text1"/>
                <w:sz w:val="20"/>
                <w:szCs w:val="20"/>
                <w:lang w:val="fr-CA"/>
              </w:rPr>
            </w:pPr>
            <w:sdt>
              <w:sdtPr>
                <w:rPr>
                  <w:rFonts w:asciiTheme="majorHAnsi" w:hAnsiTheme="majorHAnsi" w:cstheme="majorHAnsi"/>
                  <w:sz w:val="20"/>
                  <w:szCs w:val="20"/>
                  <w:lang w:val="fr-CA"/>
                </w:rPr>
                <w:id w:val="274057488"/>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
        </w:tc>
        <w:permEnd w:id="537415652"/>
        <w:tc>
          <w:tcPr>
            <w:tcW w:w="3060" w:type="dxa"/>
            <w:tcBorders>
              <w:left w:val="nil"/>
            </w:tcBorders>
            <w:vAlign w:val="center"/>
          </w:tcPr>
          <w:p w14:paraId="1FE6AED2" w14:textId="77777777" w:rsidR="00D33DCF" w:rsidRPr="00D33DCF" w:rsidRDefault="00D33DCF" w:rsidP="00A946E5">
            <w:pPr>
              <w:rPr>
                <w:rFonts w:asciiTheme="majorHAnsi" w:eastAsia="Franklin Gothic Book" w:hAnsiTheme="majorHAnsi" w:cstheme="majorHAnsi"/>
                <w:sz w:val="20"/>
                <w:szCs w:val="20"/>
                <w:lang w:val="fr-CA"/>
              </w:rPr>
            </w:pPr>
            <w:r w:rsidRPr="00D33DCF">
              <w:rPr>
                <w:rFonts w:asciiTheme="majorHAnsi" w:eastAsia="Franklin Gothic Book" w:hAnsiTheme="majorHAnsi" w:cstheme="majorHAnsi"/>
                <w:sz w:val="20"/>
                <w:szCs w:val="20"/>
                <w:lang w:val="fr-CA"/>
              </w:rPr>
              <w:t>Milieu présentant des enjeux de salubrité</w:t>
            </w:r>
          </w:p>
          <w:p w14:paraId="6FCD73F8" w14:textId="4FE66739" w:rsidR="00D33DCF" w:rsidRPr="00D33DCF" w:rsidRDefault="00000000" w:rsidP="00A946E5">
            <w:pPr>
              <w:rPr>
                <w:rFonts w:asciiTheme="majorHAnsi" w:eastAsia="MS Gothic" w:hAnsiTheme="majorHAnsi" w:cstheme="majorHAnsi"/>
                <w:color w:val="000000" w:themeColor="text1"/>
                <w:sz w:val="20"/>
                <w:szCs w:val="20"/>
                <w:lang w:val="fr-CA"/>
              </w:rPr>
            </w:pPr>
            <w:sdt>
              <w:sdtPr>
                <w:rPr>
                  <w:rFonts w:asciiTheme="majorHAnsi" w:hAnsiTheme="majorHAnsi" w:cstheme="majorHAnsi"/>
                  <w:sz w:val="20"/>
                  <w:szCs w:val="20"/>
                </w:rPr>
                <w:id w:val="304278833"/>
                <w:placeholder>
                  <w:docPart w:val="E4DBD473C9AD4D7682C0C19C34EC77C4"/>
                </w:placeholder>
                <w:showingPlcHdr/>
              </w:sdtPr>
              <w:sdtContent>
                <w:permStart w:id="1648521055" w:edGrp="everyone"/>
                <w:r w:rsidR="009179B1">
                  <w:rPr>
                    <w:rStyle w:val="Textedelespacerserv"/>
                    <w:rFonts w:asciiTheme="majorHAnsi" w:hAnsiTheme="majorHAnsi" w:cstheme="majorHAnsi"/>
                    <w:sz w:val="20"/>
                    <w:szCs w:val="20"/>
                  </w:rPr>
                  <w:t xml:space="preserve">                            </w:t>
                </w:r>
                <w:permEnd w:id="1648521055"/>
              </w:sdtContent>
            </w:sdt>
          </w:p>
        </w:tc>
        <w:permStart w:id="450765452" w:edGrp="everyone"/>
        <w:tc>
          <w:tcPr>
            <w:tcW w:w="540" w:type="dxa"/>
            <w:tcBorders>
              <w:right w:val="nil"/>
            </w:tcBorders>
            <w:vAlign w:val="center"/>
          </w:tcPr>
          <w:p w14:paraId="37E6EE73" w14:textId="77777777" w:rsidR="00D33DCF" w:rsidRPr="00D33DCF" w:rsidRDefault="00000000" w:rsidP="00A946E5">
            <w:pPr>
              <w:rPr>
                <w:rFonts w:asciiTheme="majorHAnsi" w:eastAsia="Franklin Gothic Book" w:hAnsiTheme="majorHAnsi" w:cstheme="majorHAnsi"/>
                <w:sz w:val="20"/>
                <w:szCs w:val="20"/>
                <w:lang w:val="fr-CA"/>
              </w:rPr>
            </w:pPr>
            <w:sdt>
              <w:sdtPr>
                <w:rPr>
                  <w:rFonts w:asciiTheme="majorHAnsi" w:hAnsiTheme="majorHAnsi" w:cstheme="majorHAnsi"/>
                  <w:sz w:val="20"/>
                  <w:szCs w:val="20"/>
                  <w:lang w:val="fr-CA"/>
                </w:rPr>
                <w:id w:val="1295725874"/>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450765452"/>
          </w:p>
        </w:tc>
        <w:tc>
          <w:tcPr>
            <w:tcW w:w="3420" w:type="dxa"/>
            <w:tcBorders>
              <w:left w:val="nil"/>
            </w:tcBorders>
            <w:vAlign w:val="center"/>
          </w:tcPr>
          <w:p w14:paraId="31568746" w14:textId="77777777" w:rsidR="00D33DCF" w:rsidRPr="00D33DCF" w:rsidRDefault="00D33DCF" w:rsidP="00A946E5">
            <w:pPr>
              <w:rPr>
                <w:rFonts w:asciiTheme="majorHAnsi" w:eastAsia="Franklin Gothic Book" w:hAnsiTheme="majorHAnsi" w:cstheme="majorHAnsi"/>
                <w:sz w:val="20"/>
                <w:szCs w:val="20"/>
                <w:lang w:val="fr-CA"/>
              </w:rPr>
            </w:pPr>
            <w:r w:rsidRPr="00D33DCF">
              <w:rPr>
                <w:rFonts w:asciiTheme="majorHAnsi" w:eastAsia="Franklin Gothic Book" w:hAnsiTheme="majorHAnsi" w:cstheme="majorHAnsi"/>
                <w:sz w:val="20"/>
                <w:szCs w:val="20"/>
                <w:lang w:val="fr-CA"/>
              </w:rPr>
              <w:t>Décès/deuil</w:t>
            </w:r>
          </w:p>
          <w:p w14:paraId="5F904592" w14:textId="32B49DA4" w:rsidR="00D33DCF" w:rsidRPr="00D33DCF" w:rsidRDefault="00000000" w:rsidP="00A946E5">
            <w:pPr>
              <w:rPr>
                <w:rFonts w:asciiTheme="majorHAnsi" w:eastAsia="Franklin Gothic Book" w:hAnsiTheme="majorHAnsi" w:cstheme="majorHAnsi"/>
                <w:sz w:val="20"/>
                <w:szCs w:val="20"/>
                <w:lang w:val="fr-CA"/>
              </w:rPr>
            </w:pPr>
            <w:sdt>
              <w:sdtPr>
                <w:rPr>
                  <w:rFonts w:asciiTheme="majorHAnsi" w:hAnsiTheme="majorHAnsi" w:cstheme="majorHAnsi"/>
                  <w:sz w:val="20"/>
                  <w:szCs w:val="20"/>
                </w:rPr>
                <w:id w:val="-1125154016"/>
                <w:placeholder>
                  <w:docPart w:val="DCDE3B51EC384EDFAC10AE331DACCEDD"/>
                </w:placeholder>
                <w:showingPlcHdr/>
              </w:sdtPr>
              <w:sdtContent>
                <w:permStart w:id="1252288380" w:edGrp="everyone"/>
                <w:r w:rsidR="009179B1">
                  <w:rPr>
                    <w:rStyle w:val="Textedelespacerserv"/>
                    <w:rFonts w:asciiTheme="majorHAnsi" w:hAnsiTheme="majorHAnsi" w:cstheme="majorHAnsi"/>
                    <w:sz w:val="20"/>
                    <w:szCs w:val="20"/>
                  </w:rPr>
                  <w:t xml:space="preserve">                            </w:t>
                </w:r>
                <w:permEnd w:id="1252288380"/>
              </w:sdtContent>
            </w:sdt>
          </w:p>
        </w:tc>
      </w:tr>
      <w:permStart w:id="943607263" w:edGrp="everyone"/>
      <w:tr w:rsidR="00D33DCF" w:rsidRPr="00A86FA6" w14:paraId="63004DAE" w14:textId="77777777" w:rsidTr="00CC0206">
        <w:trPr>
          <w:trHeight w:val="720"/>
        </w:trPr>
        <w:tc>
          <w:tcPr>
            <w:tcW w:w="607" w:type="dxa"/>
            <w:tcBorders>
              <w:right w:val="nil"/>
            </w:tcBorders>
            <w:vAlign w:val="center"/>
          </w:tcPr>
          <w:p w14:paraId="25E139ED"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1037931881"/>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943607263"/>
          </w:p>
        </w:tc>
        <w:tc>
          <w:tcPr>
            <w:tcW w:w="2848" w:type="dxa"/>
            <w:tcBorders>
              <w:left w:val="nil"/>
            </w:tcBorders>
            <w:vAlign w:val="center"/>
          </w:tcPr>
          <w:p w14:paraId="4C78114A" w14:textId="77777777" w:rsidR="00D33DCF" w:rsidRPr="00D33DCF" w:rsidRDefault="00D33DCF" w:rsidP="00A946E5">
            <w:pPr>
              <w:rPr>
                <w:rFonts w:asciiTheme="majorHAnsi" w:eastAsia="Franklin Gothic Book" w:hAnsiTheme="majorHAnsi" w:cstheme="majorHAnsi"/>
                <w:sz w:val="20"/>
                <w:szCs w:val="20"/>
                <w:lang w:val="fr-CA"/>
              </w:rPr>
            </w:pPr>
            <w:r w:rsidRPr="00D33DCF">
              <w:rPr>
                <w:rFonts w:asciiTheme="majorHAnsi" w:eastAsia="Franklin Gothic Book" w:hAnsiTheme="majorHAnsi" w:cstheme="majorHAnsi"/>
                <w:sz w:val="20"/>
                <w:szCs w:val="20"/>
                <w:lang w:val="fr-CA"/>
              </w:rPr>
              <w:t>Enjeu avec le parcours migratoire</w:t>
            </w:r>
          </w:p>
          <w:p w14:paraId="353C15B5" w14:textId="42D7EA21" w:rsidR="00D33DCF" w:rsidRPr="00D33DCF" w:rsidRDefault="00000000" w:rsidP="00A946E5">
            <w:pPr>
              <w:rPr>
                <w:rFonts w:asciiTheme="majorHAnsi" w:eastAsia="Franklin Gothic Book" w:hAnsiTheme="majorHAnsi" w:cstheme="majorHAnsi"/>
                <w:sz w:val="20"/>
                <w:szCs w:val="20"/>
                <w:lang w:val="fr-CA"/>
              </w:rPr>
            </w:pPr>
            <w:sdt>
              <w:sdtPr>
                <w:rPr>
                  <w:rFonts w:asciiTheme="majorHAnsi" w:hAnsiTheme="majorHAnsi" w:cstheme="majorHAnsi"/>
                  <w:sz w:val="20"/>
                  <w:szCs w:val="20"/>
                </w:rPr>
                <w:id w:val="71934984"/>
                <w:placeholder>
                  <w:docPart w:val="1B3D4D50102C42D5A2644CC3C05F536F"/>
                </w:placeholder>
                <w:showingPlcHdr/>
              </w:sdtPr>
              <w:sdtContent>
                <w:permStart w:id="1889473846" w:edGrp="everyone"/>
                <w:r w:rsidR="009179B1" w:rsidRPr="00D252BE">
                  <w:rPr>
                    <w:rStyle w:val="Textedelespacerserv"/>
                    <w:rFonts w:asciiTheme="majorHAnsi" w:hAnsiTheme="majorHAnsi" w:cstheme="majorHAnsi"/>
                    <w:sz w:val="20"/>
                    <w:szCs w:val="20"/>
                    <w:lang w:val="fr-CA"/>
                  </w:rPr>
                  <w:t xml:space="preserve">                            </w:t>
                </w:r>
                <w:permEnd w:id="1889473846"/>
              </w:sdtContent>
            </w:sdt>
          </w:p>
        </w:tc>
        <w:permStart w:id="425675507" w:edGrp="everyone"/>
        <w:tc>
          <w:tcPr>
            <w:tcW w:w="482" w:type="dxa"/>
            <w:tcBorders>
              <w:right w:val="nil"/>
            </w:tcBorders>
            <w:vAlign w:val="center"/>
          </w:tcPr>
          <w:p w14:paraId="5D1981B7"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263272052"/>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425675507"/>
          </w:p>
        </w:tc>
        <w:tc>
          <w:tcPr>
            <w:tcW w:w="3060" w:type="dxa"/>
            <w:tcBorders>
              <w:left w:val="nil"/>
            </w:tcBorders>
            <w:vAlign w:val="center"/>
          </w:tcPr>
          <w:p w14:paraId="369235D4" w14:textId="77777777" w:rsidR="00D33DCF" w:rsidRPr="00D33DCF" w:rsidRDefault="00D33DCF" w:rsidP="00A946E5">
            <w:pPr>
              <w:rPr>
                <w:rFonts w:asciiTheme="majorHAnsi" w:eastAsia="MS Gothic" w:hAnsiTheme="majorHAnsi" w:cstheme="majorHAnsi"/>
                <w:color w:val="000000" w:themeColor="text1"/>
                <w:sz w:val="20"/>
                <w:szCs w:val="20"/>
                <w:lang w:val="fr-CA"/>
              </w:rPr>
            </w:pPr>
            <w:r w:rsidRPr="00D33DCF">
              <w:rPr>
                <w:rFonts w:asciiTheme="majorHAnsi" w:eastAsia="MS Gothic" w:hAnsiTheme="majorHAnsi" w:cstheme="majorHAnsi"/>
                <w:color w:val="000000" w:themeColor="text1"/>
                <w:sz w:val="20"/>
                <w:szCs w:val="20"/>
                <w:lang w:val="fr-CA"/>
              </w:rPr>
              <w:t>Désinvestissement face aux difficultés de l'enfant</w:t>
            </w:r>
          </w:p>
          <w:p w14:paraId="2227D285" w14:textId="5302A28F" w:rsidR="00D33DCF" w:rsidRPr="00D33DCF" w:rsidRDefault="00000000" w:rsidP="00A946E5">
            <w:pPr>
              <w:rPr>
                <w:rFonts w:asciiTheme="majorHAnsi" w:eastAsia="Franklin Gothic Book" w:hAnsiTheme="majorHAnsi" w:cstheme="majorHAnsi"/>
                <w:sz w:val="20"/>
                <w:szCs w:val="20"/>
                <w:lang w:val="fr-CA"/>
              </w:rPr>
            </w:pPr>
            <w:sdt>
              <w:sdtPr>
                <w:rPr>
                  <w:rFonts w:asciiTheme="majorHAnsi" w:hAnsiTheme="majorHAnsi" w:cstheme="majorHAnsi"/>
                  <w:sz w:val="20"/>
                  <w:szCs w:val="20"/>
                </w:rPr>
                <w:id w:val="-957478672"/>
                <w:placeholder>
                  <w:docPart w:val="472E837CBBF94CD4A5B9EF9829819224"/>
                </w:placeholder>
                <w:showingPlcHdr/>
              </w:sdtPr>
              <w:sdtContent>
                <w:permStart w:id="1262161902" w:edGrp="everyone"/>
                <w:r w:rsidR="009179B1">
                  <w:rPr>
                    <w:rStyle w:val="Textedelespacerserv"/>
                    <w:rFonts w:asciiTheme="majorHAnsi" w:hAnsiTheme="majorHAnsi" w:cstheme="majorHAnsi"/>
                    <w:sz w:val="20"/>
                    <w:szCs w:val="20"/>
                  </w:rPr>
                  <w:t xml:space="preserve">                            </w:t>
                </w:r>
                <w:permEnd w:id="1262161902"/>
              </w:sdtContent>
            </w:sdt>
          </w:p>
        </w:tc>
        <w:permStart w:id="1570389551" w:edGrp="everyone"/>
        <w:tc>
          <w:tcPr>
            <w:tcW w:w="540" w:type="dxa"/>
            <w:tcBorders>
              <w:right w:val="nil"/>
            </w:tcBorders>
            <w:vAlign w:val="center"/>
          </w:tcPr>
          <w:p w14:paraId="6CC3FD3F"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1288318858"/>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1570389551"/>
          </w:p>
        </w:tc>
        <w:tc>
          <w:tcPr>
            <w:tcW w:w="3420" w:type="dxa"/>
            <w:tcBorders>
              <w:left w:val="nil"/>
            </w:tcBorders>
            <w:vAlign w:val="center"/>
          </w:tcPr>
          <w:p w14:paraId="35D75E49" w14:textId="77777777" w:rsidR="00D33DCF" w:rsidRPr="00D33DCF" w:rsidRDefault="00D33DCF" w:rsidP="00A946E5">
            <w:pPr>
              <w:rPr>
                <w:rFonts w:asciiTheme="majorHAnsi" w:eastAsia="Franklin Gothic Book" w:hAnsiTheme="majorHAnsi" w:cstheme="majorHAnsi"/>
                <w:color w:val="000000" w:themeColor="text1"/>
                <w:sz w:val="20"/>
                <w:szCs w:val="20"/>
                <w:lang w:val="fr-CA"/>
              </w:rPr>
            </w:pPr>
            <w:r w:rsidRPr="00D33DCF">
              <w:rPr>
                <w:rFonts w:asciiTheme="majorHAnsi" w:eastAsia="Franklin Gothic Book" w:hAnsiTheme="majorHAnsi" w:cstheme="majorHAnsi"/>
                <w:color w:val="000000" w:themeColor="text1"/>
                <w:sz w:val="20"/>
                <w:szCs w:val="20"/>
                <w:lang w:val="fr-CA"/>
              </w:rPr>
              <w:t>Symptôme dépressif</w:t>
            </w:r>
          </w:p>
          <w:p w14:paraId="2248EEDD" w14:textId="3F1EBA20" w:rsidR="00D33DCF" w:rsidRPr="00D33DCF" w:rsidRDefault="00000000" w:rsidP="00A946E5">
            <w:pPr>
              <w:rPr>
                <w:rFonts w:asciiTheme="majorHAnsi" w:eastAsia="Franklin Gothic Book" w:hAnsiTheme="majorHAnsi" w:cstheme="majorHAnsi"/>
                <w:sz w:val="20"/>
                <w:szCs w:val="20"/>
                <w:lang w:val="fr-CA"/>
              </w:rPr>
            </w:pPr>
            <w:sdt>
              <w:sdtPr>
                <w:rPr>
                  <w:rFonts w:asciiTheme="majorHAnsi" w:hAnsiTheme="majorHAnsi" w:cstheme="majorHAnsi"/>
                  <w:sz w:val="20"/>
                  <w:szCs w:val="20"/>
                </w:rPr>
                <w:id w:val="-1756423522"/>
                <w:placeholder>
                  <w:docPart w:val="DB73456109D94AA094006623E6743EA0"/>
                </w:placeholder>
                <w:showingPlcHdr/>
              </w:sdtPr>
              <w:sdtContent>
                <w:permStart w:id="366489953" w:edGrp="everyone"/>
                <w:r w:rsidR="009179B1">
                  <w:rPr>
                    <w:rStyle w:val="Textedelespacerserv"/>
                    <w:rFonts w:asciiTheme="majorHAnsi" w:hAnsiTheme="majorHAnsi" w:cstheme="majorHAnsi"/>
                    <w:sz w:val="20"/>
                    <w:szCs w:val="20"/>
                  </w:rPr>
                  <w:t xml:space="preserve">                            </w:t>
                </w:r>
                <w:permEnd w:id="366489953"/>
              </w:sdtContent>
            </w:sdt>
          </w:p>
        </w:tc>
      </w:tr>
      <w:permStart w:id="1987332480" w:edGrp="everyone"/>
      <w:tr w:rsidR="00D33DCF" w:rsidRPr="00D33DCF" w14:paraId="557F4A4E" w14:textId="77777777" w:rsidTr="00CC0206">
        <w:trPr>
          <w:trHeight w:val="720"/>
        </w:trPr>
        <w:tc>
          <w:tcPr>
            <w:tcW w:w="607" w:type="dxa"/>
            <w:tcBorders>
              <w:right w:val="nil"/>
            </w:tcBorders>
            <w:vAlign w:val="center"/>
          </w:tcPr>
          <w:p w14:paraId="1DB0EB4C"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920482990"/>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1987332480"/>
          </w:p>
        </w:tc>
        <w:tc>
          <w:tcPr>
            <w:tcW w:w="2848" w:type="dxa"/>
            <w:tcBorders>
              <w:left w:val="nil"/>
            </w:tcBorders>
            <w:vAlign w:val="center"/>
          </w:tcPr>
          <w:p w14:paraId="273F8958" w14:textId="77777777"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Rigidité</w:t>
            </w:r>
          </w:p>
          <w:p w14:paraId="4B84BA6D" w14:textId="6002D7C9"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2063217377"/>
                <w:placeholder>
                  <w:docPart w:val="A0CCA58089FB4795A9D0D03ED1B92146"/>
                </w:placeholder>
                <w:showingPlcHdr/>
              </w:sdtPr>
              <w:sdtContent>
                <w:permStart w:id="1681790105" w:edGrp="everyone"/>
                <w:r w:rsidR="009179B1">
                  <w:rPr>
                    <w:rStyle w:val="Textedelespacerserv"/>
                    <w:rFonts w:asciiTheme="majorHAnsi" w:hAnsiTheme="majorHAnsi" w:cstheme="majorHAnsi"/>
                    <w:sz w:val="20"/>
                    <w:szCs w:val="20"/>
                  </w:rPr>
                  <w:t xml:space="preserve">                            </w:t>
                </w:r>
                <w:permEnd w:id="1681790105"/>
              </w:sdtContent>
            </w:sdt>
          </w:p>
        </w:tc>
        <w:permStart w:id="1592918391" w:edGrp="everyone"/>
        <w:tc>
          <w:tcPr>
            <w:tcW w:w="482" w:type="dxa"/>
            <w:tcBorders>
              <w:right w:val="nil"/>
            </w:tcBorders>
            <w:vAlign w:val="center"/>
          </w:tcPr>
          <w:p w14:paraId="3DF0D00C"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2008972639"/>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1592918391"/>
          </w:p>
        </w:tc>
        <w:tc>
          <w:tcPr>
            <w:tcW w:w="3060" w:type="dxa"/>
            <w:tcBorders>
              <w:left w:val="nil"/>
            </w:tcBorders>
            <w:vAlign w:val="center"/>
          </w:tcPr>
          <w:p w14:paraId="5A6A3E24" w14:textId="77777777" w:rsidR="00D33DCF" w:rsidRPr="00D33DCF" w:rsidRDefault="00D33DCF" w:rsidP="00A946E5">
            <w:pPr>
              <w:rPr>
                <w:rFonts w:asciiTheme="majorHAnsi" w:hAnsiTheme="majorHAnsi" w:cstheme="majorHAnsi"/>
                <w:sz w:val="20"/>
                <w:szCs w:val="20"/>
                <w:lang w:val="fr-CA"/>
              </w:rPr>
            </w:pPr>
            <w:r w:rsidRPr="00D33DCF">
              <w:rPr>
                <w:rFonts w:asciiTheme="majorHAnsi" w:hAnsiTheme="majorHAnsi" w:cstheme="majorHAnsi"/>
                <w:sz w:val="20"/>
                <w:szCs w:val="20"/>
                <w:lang w:val="fr-CA"/>
              </w:rPr>
              <w:t>Attachement difficile avec l’enfant</w:t>
            </w:r>
          </w:p>
          <w:p w14:paraId="38DEC67E" w14:textId="054912DA" w:rsidR="00D33DCF" w:rsidRPr="00D33DCF" w:rsidRDefault="00000000" w:rsidP="00A946E5">
            <w:pPr>
              <w:rPr>
                <w:rFonts w:asciiTheme="majorHAnsi" w:eastAsia="MS Gothic" w:hAnsiTheme="majorHAnsi" w:cstheme="majorHAnsi"/>
                <w:color w:val="000000" w:themeColor="text1"/>
                <w:sz w:val="20"/>
                <w:szCs w:val="20"/>
                <w:lang w:val="fr-CA"/>
              </w:rPr>
            </w:pPr>
            <w:sdt>
              <w:sdtPr>
                <w:rPr>
                  <w:rFonts w:asciiTheme="majorHAnsi" w:hAnsiTheme="majorHAnsi" w:cstheme="majorHAnsi"/>
                  <w:sz w:val="20"/>
                  <w:szCs w:val="20"/>
                </w:rPr>
                <w:id w:val="1996452788"/>
                <w:placeholder>
                  <w:docPart w:val="0B2391E4DCC84F6E9BF429722A152602"/>
                </w:placeholder>
                <w:showingPlcHdr/>
              </w:sdtPr>
              <w:sdtContent>
                <w:permStart w:id="1559364660" w:edGrp="everyone"/>
                <w:r w:rsidR="009179B1">
                  <w:rPr>
                    <w:rStyle w:val="Textedelespacerserv"/>
                    <w:rFonts w:asciiTheme="majorHAnsi" w:hAnsiTheme="majorHAnsi" w:cstheme="majorHAnsi"/>
                    <w:sz w:val="20"/>
                    <w:szCs w:val="20"/>
                  </w:rPr>
                  <w:t xml:space="preserve">                            </w:t>
                </w:r>
                <w:permEnd w:id="1559364660"/>
              </w:sdtContent>
            </w:sdt>
          </w:p>
        </w:tc>
        <w:permStart w:id="92763273" w:edGrp="everyone"/>
        <w:tc>
          <w:tcPr>
            <w:tcW w:w="540" w:type="dxa"/>
            <w:tcBorders>
              <w:right w:val="nil"/>
            </w:tcBorders>
            <w:vAlign w:val="center"/>
          </w:tcPr>
          <w:p w14:paraId="55719A53" w14:textId="77777777"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lang w:val="fr-CA"/>
                </w:rPr>
                <w:id w:val="-1954090417"/>
                <w14:checkbox>
                  <w14:checked w14:val="0"/>
                  <w14:checkedState w14:val="2612" w14:font="MS Gothic"/>
                  <w14:uncheckedState w14:val="2610" w14:font="MS Gothic"/>
                </w14:checkbox>
              </w:sdtPr>
              <w:sdtContent>
                <w:r w:rsidR="00D33DCF" w:rsidRPr="00D33DCF">
                  <w:rPr>
                    <w:rFonts w:ascii="Segoe UI Symbol" w:eastAsia="MS Gothic" w:hAnsi="Segoe UI Symbol" w:cs="Segoe UI Symbol"/>
                    <w:sz w:val="20"/>
                    <w:szCs w:val="20"/>
                    <w:lang w:val="fr-CA"/>
                  </w:rPr>
                  <w:t>☐</w:t>
                </w:r>
              </w:sdtContent>
            </w:sdt>
            <w:permEnd w:id="92763273"/>
          </w:p>
        </w:tc>
        <w:tc>
          <w:tcPr>
            <w:tcW w:w="3420" w:type="dxa"/>
            <w:tcBorders>
              <w:left w:val="nil"/>
            </w:tcBorders>
            <w:vAlign w:val="center"/>
          </w:tcPr>
          <w:p w14:paraId="023A5818" w14:textId="77777777" w:rsidR="00D33DCF" w:rsidRPr="00D33DCF" w:rsidRDefault="00D33DCF" w:rsidP="00A946E5">
            <w:pPr>
              <w:rPr>
                <w:rFonts w:asciiTheme="majorHAnsi" w:eastAsia="MS Gothic" w:hAnsiTheme="majorHAnsi" w:cstheme="majorHAnsi"/>
                <w:color w:val="000000" w:themeColor="text1"/>
                <w:sz w:val="20"/>
                <w:szCs w:val="20"/>
                <w:lang w:val="fr-CA"/>
              </w:rPr>
            </w:pPr>
            <w:r w:rsidRPr="00D33DCF">
              <w:rPr>
                <w:rFonts w:asciiTheme="majorHAnsi" w:eastAsia="MS Gothic" w:hAnsiTheme="majorHAnsi" w:cstheme="majorHAnsi"/>
                <w:color w:val="000000" w:themeColor="text1"/>
                <w:sz w:val="20"/>
                <w:szCs w:val="20"/>
                <w:lang w:val="fr-CA"/>
              </w:rPr>
              <w:t xml:space="preserve">Autres </w:t>
            </w:r>
          </w:p>
          <w:p w14:paraId="13524073" w14:textId="3850D9FA" w:rsidR="00D33DCF" w:rsidRPr="00D33DCF" w:rsidRDefault="00000000" w:rsidP="00A946E5">
            <w:pPr>
              <w:rPr>
                <w:rFonts w:asciiTheme="majorHAnsi" w:hAnsiTheme="majorHAnsi" w:cstheme="majorHAnsi"/>
                <w:sz w:val="20"/>
                <w:szCs w:val="20"/>
                <w:lang w:val="fr-CA"/>
              </w:rPr>
            </w:pPr>
            <w:sdt>
              <w:sdtPr>
                <w:rPr>
                  <w:rFonts w:asciiTheme="majorHAnsi" w:hAnsiTheme="majorHAnsi" w:cstheme="majorHAnsi"/>
                  <w:sz w:val="20"/>
                  <w:szCs w:val="20"/>
                </w:rPr>
                <w:id w:val="412906448"/>
                <w:placeholder>
                  <w:docPart w:val="320E4C1A602B4F819F25B400FB4DB884"/>
                </w:placeholder>
                <w:showingPlcHdr/>
              </w:sdtPr>
              <w:sdtContent>
                <w:permStart w:id="696658537" w:edGrp="everyone"/>
                <w:r w:rsidR="009179B1">
                  <w:rPr>
                    <w:rStyle w:val="Textedelespacerserv"/>
                    <w:rFonts w:asciiTheme="majorHAnsi" w:hAnsiTheme="majorHAnsi" w:cstheme="majorHAnsi"/>
                    <w:sz w:val="20"/>
                    <w:szCs w:val="20"/>
                  </w:rPr>
                  <w:t xml:space="preserve">                            </w:t>
                </w:r>
                <w:permEnd w:id="696658537"/>
              </w:sdtContent>
            </w:sdt>
          </w:p>
        </w:tc>
      </w:tr>
    </w:tbl>
    <w:p w14:paraId="4F0AD449" w14:textId="77777777" w:rsidR="00D33DCF" w:rsidRDefault="00D33DCF" w:rsidP="00A6208E">
      <w:pPr>
        <w:spacing w:after="120"/>
        <w:rPr>
          <w:rFonts w:asciiTheme="majorHAnsi" w:hAnsiTheme="majorHAnsi" w:cstheme="majorHAnsi"/>
          <w:sz w:val="20"/>
          <w:szCs w:val="20"/>
        </w:rPr>
      </w:pPr>
    </w:p>
    <w:p w14:paraId="0804A0AD" w14:textId="77777777" w:rsidR="009E3CF6" w:rsidRDefault="009E3CF6" w:rsidP="00A946E5">
      <w:pPr>
        <w:spacing w:after="120"/>
        <w:jc w:val="center"/>
        <w:rPr>
          <w:rFonts w:asciiTheme="majorHAnsi" w:hAnsiTheme="majorHAnsi" w:cstheme="majorHAnsi"/>
          <w:b/>
          <w:bCs/>
          <w:sz w:val="20"/>
          <w:szCs w:val="20"/>
        </w:rPr>
      </w:pPr>
    </w:p>
    <w:p w14:paraId="4B0D3187" w14:textId="77777777" w:rsidR="009E3CF6" w:rsidRDefault="009E3CF6" w:rsidP="00A946E5">
      <w:pPr>
        <w:spacing w:after="120"/>
        <w:jc w:val="center"/>
        <w:rPr>
          <w:rFonts w:asciiTheme="majorHAnsi" w:hAnsiTheme="majorHAnsi" w:cstheme="majorHAnsi"/>
          <w:b/>
          <w:bCs/>
          <w:sz w:val="20"/>
          <w:szCs w:val="20"/>
        </w:rPr>
      </w:pPr>
    </w:p>
    <w:p w14:paraId="1B4E4EC6" w14:textId="77777777" w:rsidR="009E3CF6" w:rsidRDefault="009E3CF6" w:rsidP="00A946E5">
      <w:pPr>
        <w:spacing w:after="120"/>
        <w:jc w:val="center"/>
        <w:rPr>
          <w:rFonts w:asciiTheme="majorHAnsi" w:hAnsiTheme="majorHAnsi" w:cstheme="majorHAnsi"/>
          <w:b/>
          <w:bCs/>
          <w:sz w:val="20"/>
          <w:szCs w:val="20"/>
        </w:rPr>
      </w:pPr>
    </w:p>
    <w:p w14:paraId="360DE40F" w14:textId="77777777" w:rsidR="009E3CF6" w:rsidRDefault="009E3CF6" w:rsidP="00A946E5">
      <w:pPr>
        <w:spacing w:after="120"/>
        <w:jc w:val="center"/>
        <w:rPr>
          <w:rFonts w:asciiTheme="majorHAnsi" w:hAnsiTheme="majorHAnsi" w:cstheme="majorHAnsi"/>
          <w:b/>
          <w:bCs/>
          <w:sz w:val="20"/>
          <w:szCs w:val="20"/>
        </w:rPr>
      </w:pPr>
    </w:p>
    <w:p w14:paraId="202F8954" w14:textId="2630B7F4" w:rsidR="00DA4F58" w:rsidRPr="00DA4F58" w:rsidRDefault="00A6208E" w:rsidP="00A946E5">
      <w:pPr>
        <w:spacing w:after="120"/>
        <w:jc w:val="center"/>
        <w:rPr>
          <w:rFonts w:asciiTheme="majorHAnsi" w:hAnsiTheme="majorHAnsi" w:cstheme="majorHAnsi"/>
          <w:b/>
          <w:bCs/>
          <w:sz w:val="20"/>
          <w:szCs w:val="20"/>
          <w:lang w:val="fr-CA"/>
        </w:rPr>
      </w:pPr>
      <w:r>
        <w:rPr>
          <w:rFonts w:asciiTheme="majorHAnsi" w:hAnsiTheme="majorHAnsi" w:cstheme="majorHAnsi"/>
          <w:b/>
          <w:bCs/>
          <w:sz w:val="20"/>
          <w:szCs w:val="20"/>
          <w:lang w:val="fr-CA"/>
        </w:rPr>
        <w:t>À la prochaine section, v</w:t>
      </w:r>
      <w:r w:rsidR="00DA4F58" w:rsidRPr="00DA4F58">
        <w:rPr>
          <w:rFonts w:asciiTheme="majorHAnsi" w:hAnsiTheme="majorHAnsi" w:cstheme="majorHAnsi"/>
          <w:b/>
          <w:bCs/>
          <w:sz w:val="20"/>
          <w:szCs w:val="20"/>
          <w:lang w:val="fr-CA"/>
        </w:rPr>
        <w:t>euillez indiquer les partenaires ACTUELS au dossier de la famille, ainsi que le nom de l’intervenant</w:t>
      </w:r>
    </w:p>
    <w:p w14:paraId="5AB41057" w14:textId="5A9E856E" w:rsidR="00DA4F58" w:rsidRPr="0026570F" w:rsidRDefault="00DA4F58" w:rsidP="00DA4F58">
      <w:pPr>
        <w:spacing w:after="120"/>
        <w:jc w:val="center"/>
        <w:rPr>
          <w:rFonts w:asciiTheme="majorHAnsi" w:hAnsiTheme="majorHAnsi" w:cstheme="majorHAnsi"/>
          <w:i/>
          <w:iCs/>
          <w:color w:val="EE0000"/>
          <w:sz w:val="18"/>
          <w:szCs w:val="18"/>
          <w:lang w:val="fr-CA"/>
        </w:rPr>
      </w:pPr>
      <w:r w:rsidRPr="0026570F">
        <w:rPr>
          <w:rFonts w:asciiTheme="majorHAnsi" w:hAnsiTheme="majorHAnsi" w:cstheme="majorHAnsi"/>
          <w:i/>
          <w:iCs/>
          <w:color w:val="EE0000"/>
          <w:sz w:val="18"/>
          <w:szCs w:val="18"/>
          <w:lang w:val="fr-CA"/>
        </w:rPr>
        <w:t xml:space="preserve">*Si les parents ou le jeune souhaitent qu’un partenaire se retire du projet AGIR Ensemble, veuillez-nous en </w:t>
      </w:r>
      <w:r w:rsidR="0026570F" w:rsidRPr="0026570F">
        <w:rPr>
          <w:rFonts w:asciiTheme="majorHAnsi" w:hAnsiTheme="majorHAnsi" w:cstheme="majorHAnsi"/>
          <w:i/>
          <w:iCs/>
          <w:color w:val="EE0000"/>
          <w:sz w:val="18"/>
          <w:szCs w:val="18"/>
          <w:lang w:val="fr-CA"/>
        </w:rPr>
        <w:t>aviser</w:t>
      </w:r>
      <w:r w:rsidRPr="0026570F">
        <w:rPr>
          <w:rFonts w:asciiTheme="majorHAnsi" w:hAnsiTheme="majorHAnsi" w:cstheme="majorHAnsi"/>
          <w:i/>
          <w:iCs/>
          <w:color w:val="EE0000"/>
          <w:sz w:val="18"/>
          <w:szCs w:val="18"/>
          <w:lang w:val="fr-CA"/>
        </w:rPr>
        <w:t xml:space="preserve"> dans les meilleurs délais.</w:t>
      </w:r>
    </w:p>
    <w:tbl>
      <w:tblPr>
        <w:tblStyle w:val="Grilledutableau"/>
        <w:tblW w:w="10885" w:type="dxa"/>
        <w:tblLayout w:type="fixed"/>
        <w:tblLook w:val="04A0" w:firstRow="1" w:lastRow="0" w:firstColumn="1" w:lastColumn="0" w:noHBand="0" w:noVBand="1"/>
      </w:tblPr>
      <w:tblGrid>
        <w:gridCol w:w="625"/>
        <w:gridCol w:w="2064"/>
        <w:gridCol w:w="2551"/>
        <w:gridCol w:w="515"/>
        <w:gridCol w:w="2178"/>
        <w:gridCol w:w="2952"/>
      </w:tblGrid>
      <w:tr w:rsidR="00470558" w:rsidRPr="00A96640" w14:paraId="56EF039E" w14:textId="77777777" w:rsidTr="00A946E5">
        <w:trPr>
          <w:trHeight w:val="440"/>
        </w:trPr>
        <w:tc>
          <w:tcPr>
            <w:tcW w:w="10885" w:type="dxa"/>
            <w:gridSpan w:val="6"/>
            <w:shd w:val="clear" w:color="auto" w:fill="000000" w:themeFill="text1"/>
            <w:vAlign w:val="center"/>
          </w:tcPr>
          <w:p w14:paraId="22D16A7D" w14:textId="6CFF9A06" w:rsidR="00470558" w:rsidRPr="0026570F" w:rsidRDefault="00470558" w:rsidP="00A946E5">
            <w:pPr>
              <w:jc w:val="center"/>
              <w:rPr>
                <w:rFonts w:asciiTheme="majorHAnsi" w:hAnsiTheme="majorHAnsi" w:cstheme="majorHAnsi"/>
                <w:b/>
                <w:bCs/>
                <w:color w:val="FFFFFF" w:themeColor="background1"/>
                <w:sz w:val="20"/>
                <w:szCs w:val="20"/>
                <w:lang w:val="fr-CA"/>
              </w:rPr>
            </w:pPr>
            <w:r w:rsidRPr="0026570F">
              <w:rPr>
                <w:rFonts w:asciiTheme="majorHAnsi" w:hAnsiTheme="majorHAnsi" w:cstheme="majorHAnsi"/>
                <w:b/>
                <w:bCs/>
                <w:color w:val="FFFFFF" w:themeColor="background1"/>
                <w:sz w:val="20"/>
                <w:szCs w:val="20"/>
                <w:lang w:val="fr-CA"/>
              </w:rPr>
              <w:t>Organismes au dossier du jeune ou de la famille</w:t>
            </w:r>
            <w:r w:rsidR="0026570F" w:rsidRPr="0026570F">
              <w:rPr>
                <w:rFonts w:asciiTheme="majorHAnsi" w:hAnsiTheme="majorHAnsi" w:cstheme="majorHAnsi"/>
                <w:b/>
                <w:bCs/>
                <w:color w:val="FFFFFF" w:themeColor="background1"/>
                <w:sz w:val="20"/>
                <w:szCs w:val="20"/>
                <w:lang w:val="fr-CA"/>
              </w:rPr>
              <w:t xml:space="preserve"> actuellement</w:t>
            </w:r>
          </w:p>
        </w:tc>
      </w:tr>
      <w:tr w:rsidR="00470558" w:rsidRPr="00912009" w14:paraId="629F01C4" w14:textId="77777777" w:rsidTr="00A946E5">
        <w:trPr>
          <w:trHeight w:val="360"/>
        </w:trPr>
        <w:tc>
          <w:tcPr>
            <w:tcW w:w="2689" w:type="dxa"/>
            <w:gridSpan w:val="2"/>
            <w:vAlign w:val="center"/>
          </w:tcPr>
          <w:p w14:paraId="2A6AA5CF" w14:textId="77777777" w:rsidR="00470558" w:rsidRPr="00912009" w:rsidRDefault="00470558" w:rsidP="00A946E5">
            <w:pPr>
              <w:jc w:val="center"/>
              <w:rPr>
                <w:rFonts w:asciiTheme="majorHAnsi" w:hAnsiTheme="majorHAnsi" w:cstheme="majorHAnsi"/>
                <w:b/>
                <w:bCs/>
                <w:color w:val="FFFFFF" w:themeColor="background1"/>
                <w:sz w:val="20"/>
                <w:szCs w:val="20"/>
              </w:rPr>
            </w:pPr>
            <w:proofErr w:type="spellStart"/>
            <w:r w:rsidRPr="00912009">
              <w:rPr>
                <w:rFonts w:asciiTheme="majorHAnsi" w:eastAsia="Franklin Gothic Book" w:hAnsiTheme="majorHAnsi" w:cstheme="majorHAnsi"/>
                <w:b/>
                <w:bCs/>
                <w:sz w:val="20"/>
                <w:szCs w:val="20"/>
              </w:rPr>
              <w:t>Organismes</w:t>
            </w:r>
            <w:proofErr w:type="spellEnd"/>
          </w:p>
        </w:tc>
        <w:tc>
          <w:tcPr>
            <w:tcW w:w="2551" w:type="dxa"/>
            <w:vAlign w:val="center"/>
          </w:tcPr>
          <w:p w14:paraId="5867AEC5" w14:textId="77777777" w:rsidR="00470558" w:rsidRPr="00912009" w:rsidRDefault="00470558" w:rsidP="00A946E5">
            <w:pPr>
              <w:jc w:val="center"/>
              <w:rPr>
                <w:rFonts w:asciiTheme="majorHAnsi" w:hAnsiTheme="majorHAnsi" w:cstheme="majorHAnsi"/>
                <w:b/>
                <w:bCs/>
                <w:color w:val="FFFFFF" w:themeColor="background1"/>
                <w:sz w:val="20"/>
                <w:szCs w:val="20"/>
              </w:rPr>
            </w:pPr>
            <w:r w:rsidRPr="00912009">
              <w:rPr>
                <w:rFonts w:asciiTheme="majorHAnsi" w:eastAsia="Franklin Gothic Book" w:hAnsiTheme="majorHAnsi" w:cstheme="majorHAnsi"/>
                <w:b/>
                <w:bCs/>
                <w:sz w:val="20"/>
                <w:szCs w:val="20"/>
              </w:rPr>
              <w:t>Nom de l’intervenant</w:t>
            </w:r>
          </w:p>
        </w:tc>
        <w:tc>
          <w:tcPr>
            <w:tcW w:w="2693" w:type="dxa"/>
            <w:gridSpan w:val="2"/>
            <w:vAlign w:val="center"/>
          </w:tcPr>
          <w:p w14:paraId="1CA89ABA" w14:textId="77777777" w:rsidR="00470558" w:rsidRPr="00912009" w:rsidRDefault="00470558" w:rsidP="00A946E5">
            <w:pPr>
              <w:jc w:val="center"/>
              <w:rPr>
                <w:rFonts w:asciiTheme="majorHAnsi" w:hAnsiTheme="majorHAnsi" w:cstheme="majorHAnsi"/>
                <w:b/>
                <w:bCs/>
                <w:color w:val="FFFFFF" w:themeColor="background1"/>
                <w:sz w:val="20"/>
                <w:szCs w:val="20"/>
              </w:rPr>
            </w:pPr>
            <w:r w:rsidRPr="00912009">
              <w:rPr>
                <w:rFonts w:asciiTheme="majorHAnsi" w:eastAsia="Franklin Gothic Book" w:hAnsiTheme="majorHAnsi" w:cstheme="majorHAnsi"/>
                <w:b/>
                <w:bCs/>
                <w:sz w:val="20"/>
                <w:szCs w:val="20"/>
              </w:rPr>
              <w:t>Organismes</w:t>
            </w:r>
          </w:p>
        </w:tc>
        <w:tc>
          <w:tcPr>
            <w:tcW w:w="2952" w:type="dxa"/>
            <w:vAlign w:val="center"/>
          </w:tcPr>
          <w:p w14:paraId="0B449F46" w14:textId="77777777" w:rsidR="00470558" w:rsidRPr="00912009" w:rsidRDefault="00470558" w:rsidP="00A946E5">
            <w:pPr>
              <w:jc w:val="center"/>
              <w:rPr>
                <w:rFonts w:asciiTheme="majorHAnsi" w:hAnsiTheme="majorHAnsi" w:cstheme="majorHAnsi"/>
                <w:b/>
                <w:bCs/>
                <w:color w:val="FFFFFF" w:themeColor="background1"/>
                <w:sz w:val="20"/>
                <w:szCs w:val="20"/>
              </w:rPr>
            </w:pPr>
            <w:r w:rsidRPr="00912009">
              <w:rPr>
                <w:rFonts w:asciiTheme="majorHAnsi" w:eastAsia="Franklin Gothic Book" w:hAnsiTheme="majorHAnsi" w:cstheme="majorHAnsi"/>
                <w:b/>
                <w:bCs/>
                <w:sz w:val="20"/>
                <w:szCs w:val="20"/>
              </w:rPr>
              <w:t>Nom de l’intervenant</w:t>
            </w:r>
          </w:p>
        </w:tc>
      </w:tr>
      <w:permStart w:id="257111580" w:edGrp="everyone"/>
      <w:tr w:rsidR="00470558" w:rsidRPr="00912009" w14:paraId="5892BE36" w14:textId="77777777" w:rsidTr="00CC0206">
        <w:trPr>
          <w:trHeight w:val="432"/>
        </w:trPr>
        <w:tc>
          <w:tcPr>
            <w:tcW w:w="625" w:type="dxa"/>
            <w:tcBorders>
              <w:right w:val="nil"/>
            </w:tcBorders>
            <w:vAlign w:val="center"/>
          </w:tcPr>
          <w:p w14:paraId="0913A508"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23715215"/>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257111580"/>
          </w:p>
        </w:tc>
        <w:tc>
          <w:tcPr>
            <w:tcW w:w="2064" w:type="dxa"/>
            <w:tcBorders>
              <w:left w:val="nil"/>
            </w:tcBorders>
            <w:vAlign w:val="center"/>
          </w:tcPr>
          <w:p w14:paraId="51AEDBCD" w14:textId="6721A207" w:rsidR="00470558" w:rsidRPr="00470558" w:rsidRDefault="00470558" w:rsidP="00A835E5">
            <w:pPr>
              <w:rPr>
                <w:rFonts w:asciiTheme="majorHAnsi" w:hAnsiTheme="majorHAnsi" w:cstheme="majorHAnsi"/>
                <w:sz w:val="20"/>
                <w:szCs w:val="20"/>
                <w:lang w:val="fr-CA"/>
              </w:rPr>
            </w:pPr>
            <w:r w:rsidRPr="00470558">
              <w:rPr>
                <w:rFonts w:asciiTheme="majorHAnsi" w:eastAsia="Franklin Gothic Book" w:hAnsiTheme="majorHAnsi" w:cstheme="majorHAnsi"/>
                <w:sz w:val="20"/>
                <w:szCs w:val="20"/>
                <w:lang w:val="fr-CA"/>
              </w:rPr>
              <w:t xml:space="preserve">Maison de la </w:t>
            </w:r>
            <w:r w:rsidR="00FC1615">
              <w:rPr>
                <w:rFonts w:asciiTheme="majorHAnsi" w:eastAsia="Franklin Gothic Book" w:hAnsiTheme="majorHAnsi" w:cstheme="majorHAnsi"/>
                <w:sz w:val="20"/>
                <w:szCs w:val="20"/>
                <w:lang w:val="fr-CA"/>
              </w:rPr>
              <w:t>F</w:t>
            </w:r>
            <w:r w:rsidRPr="00470558">
              <w:rPr>
                <w:rFonts w:asciiTheme="majorHAnsi" w:eastAsia="Franklin Gothic Book" w:hAnsiTheme="majorHAnsi" w:cstheme="majorHAnsi"/>
                <w:sz w:val="20"/>
                <w:szCs w:val="20"/>
                <w:lang w:val="fr-CA"/>
              </w:rPr>
              <w:t>amille Drummond</w:t>
            </w:r>
          </w:p>
        </w:tc>
        <w:tc>
          <w:tcPr>
            <w:tcW w:w="2551" w:type="dxa"/>
            <w:vAlign w:val="center"/>
          </w:tcPr>
          <w:p w14:paraId="3C3334A5" w14:textId="14EDDDCD"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1347137652"/>
                <w:placeholder>
                  <w:docPart w:val="BDFD21A8EA964E74BCCA1717E03694A0"/>
                </w:placeholder>
                <w:showingPlcHdr/>
              </w:sdtPr>
              <w:sdtContent>
                <w:permStart w:id="571560739" w:edGrp="everyone"/>
                <w:r w:rsidR="009179B1">
                  <w:rPr>
                    <w:rStyle w:val="Textedelespacerserv"/>
                    <w:rFonts w:asciiTheme="majorHAnsi" w:hAnsiTheme="majorHAnsi" w:cstheme="majorHAnsi"/>
                    <w:sz w:val="20"/>
                    <w:szCs w:val="20"/>
                  </w:rPr>
                  <w:t xml:space="preserve">                            </w:t>
                </w:r>
                <w:permEnd w:id="571560739"/>
              </w:sdtContent>
            </w:sdt>
          </w:p>
        </w:tc>
        <w:permStart w:id="318838368" w:edGrp="everyone"/>
        <w:tc>
          <w:tcPr>
            <w:tcW w:w="515" w:type="dxa"/>
            <w:tcBorders>
              <w:right w:val="nil"/>
            </w:tcBorders>
            <w:vAlign w:val="center"/>
          </w:tcPr>
          <w:p w14:paraId="13776A5F"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1429110839"/>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318838368"/>
          </w:p>
        </w:tc>
        <w:tc>
          <w:tcPr>
            <w:tcW w:w="2178" w:type="dxa"/>
            <w:tcBorders>
              <w:left w:val="nil"/>
            </w:tcBorders>
            <w:vAlign w:val="center"/>
          </w:tcPr>
          <w:p w14:paraId="67387C7A" w14:textId="77777777" w:rsidR="00470558" w:rsidRPr="00912009" w:rsidRDefault="00470558" w:rsidP="00A835E5">
            <w:pPr>
              <w:rPr>
                <w:rFonts w:asciiTheme="majorHAnsi" w:hAnsiTheme="majorHAnsi" w:cstheme="majorHAnsi"/>
                <w:sz w:val="20"/>
                <w:szCs w:val="20"/>
              </w:rPr>
            </w:pPr>
            <w:r w:rsidRPr="00912009">
              <w:rPr>
                <w:rFonts w:asciiTheme="majorHAnsi" w:hAnsiTheme="majorHAnsi" w:cstheme="majorHAnsi"/>
                <w:sz w:val="20"/>
                <w:szCs w:val="20"/>
              </w:rPr>
              <w:t>APPAMM Drummond</w:t>
            </w:r>
          </w:p>
        </w:tc>
        <w:tc>
          <w:tcPr>
            <w:tcW w:w="2952" w:type="dxa"/>
            <w:vAlign w:val="center"/>
          </w:tcPr>
          <w:p w14:paraId="7D0C3679" w14:textId="74450D4D"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556462596"/>
                <w:placeholder>
                  <w:docPart w:val="D2D43AAECAA446BEB75FA732EC819CA0"/>
                </w:placeholder>
                <w:showingPlcHdr/>
              </w:sdtPr>
              <w:sdtContent>
                <w:permStart w:id="1782408608" w:edGrp="everyone"/>
                <w:r w:rsidR="009179B1">
                  <w:rPr>
                    <w:rStyle w:val="Textedelespacerserv"/>
                    <w:rFonts w:asciiTheme="majorHAnsi" w:hAnsiTheme="majorHAnsi" w:cstheme="majorHAnsi"/>
                    <w:sz w:val="20"/>
                    <w:szCs w:val="20"/>
                  </w:rPr>
                  <w:t xml:space="preserve">                            </w:t>
                </w:r>
                <w:permEnd w:id="1782408608"/>
              </w:sdtContent>
            </w:sdt>
          </w:p>
        </w:tc>
      </w:tr>
      <w:permStart w:id="1497766645" w:edGrp="everyone"/>
      <w:tr w:rsidR="00470558" w:rsidRPr="00912009" w14:paraId="6843C7EC" w14:textId="77777777" w:rsidTr="00CC0206">
        <w:trPr>
          <w:trHeight w:val="432"/>
        </w:trPr>
        <w:tc>
          <w:tcPr>
            <w:tcW w:w="625" w:type="dxa"/>
            <w:tcBorders>
              <w:right w:val="nil"/>
            </w:tcBorders>
            <w:vAlign w:val="center"/>
          </w:tcPr>
          <w:p w14:paraId="1097FA02"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1023439365"/>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1497766645"/>
          </w:p>
        </w:tc>
        <w:tc>
          <w:tcPr>
            <w:tcW w:w="2064" w:type="dxa"/>
            <w:tcBorders>
              <w:left w:val="nil"/>
            </w:tcBorders>
            <w:vAlign w:val="center"/>
          </w:tcPr>
          <w:p w14:paraId="315ED0C8" w14:textId="77777777" w:rsidR="00470558" w:rsidRPr="00912009" w:rsidRDefault="00470558" w:rsidP="00A835E5">
            <w:pPr>
              <w:rPr>
                <w:rFonts w:asciiTheme="majorHAnsi" w:hAnsiTheme="majorHAnsi" w:cstheme="majorHAnsi"/>
                <w:sz w:val="20"/>
                <w:szCs w:val="20"/>
              </w:rPr>
            </w:pPr>
            <w:r w:rsidRPr="00912009">
              <w:rPr>
                <w:rFonts w:asciiTheme="majorHAnsi" w:eastAsia="Franklin Gothic Book" w:hAnsiTheme="majorHAnsi" w:cstheme="majorHAnsi"/>
                <w:sz w:val="20"/>
                <w:szCs w:val="20"/>
              </w:rPr>
              <w:t>Autisme Centre-du-Québec</w:t>
            </w:r>
          </w:p>
        </w:tc>
        <w:tc>
          <w:tcPr>
            <w:tcW w:w="2551" w:type="dxa"/>
            <w:vAlign w:val="center"/>
          </w:tcPr>
          <w:p w14:paraId="1D7C4906" w14:textId="18A43CD5"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902105731"/>
                <w:placeholder>
                  <w:docPart w:val="0D05CA8700904327BF26931BFBCBEBFE"/>
                </w:placeholder>
                <w:showingPlcHdr/>
              </w:sdtPr>
              <w:sdtContent>
                <w:permStart w:id="261244695" w:edGrp="everyone"/>
                <w:r w:rsidR="009179B1">
                  <w:rPr>
                    <w:rStyle w:val="Textedelespacerserv"/>
                    <w:rFonts w:asciiTheme="majorHAnsi" w:hAnsiTheme="majorHAnsi" w:cstheme="majorHAnsi"/>
                    <w:sz w:val="20"/>
                    <w:szCs w:val="20"/>
                  </w:rPr>
                  <w:t xml:space="preserve">                            </w:t>
                </w:r>
                <w:permEnd w:id="261244695"/>
              </w:sdtContent>
            </w:sdt>
          </w:p>
        </w:tc>
        <w:permStart w:id="1465587791" w:edGrp="everyone"/>
        <w:tc>
          <w:tcPr>
            <w:tcW w:w="515" w:type="dxa"/>
            <w:tcBorders>
              <w:right w:val="nil"/>
            </w:tcBorders>
            <w:vAlign w:val="center"/>
          </w:tcPr>
          <w:p w14:paraId="440A1FC8"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1246382507"/>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1465587791"/>
          </w:p>
        </w:tc>
        <w:tc>
          <w:tcPr>
            <w:tcW w:w="2178" w:type="dxa"/>
            <w:tcBorders>
              <w:left w:val="nil"/>
            </w:tcBorders>
            <w:vAlign w:val="center"/>
          </w:tcPr>
          <w:p w14:paraId="537202C3" w14:textId="77777777" w:rsidR="00470558" w:rsidRPr="00912009" w:rsidRDefault="00470558" w:rsidP="00A835E5">
            <w:pPr>
              <w:rPr>
                <w:rFonts w:asciiTheme="majorHAnsi" w:hAnsiTheme="majorHAnsi" w:cstheme="majorHAnsi"/>
                <w:sz w:val="20"/>
                <w:szCs w:val="20"/>
              </w:rPr>
            </w:pPr>
            <w:r w:rsidRPr="00912009">
              <w:rPr>
                <w:rFonts w:asciiTheme="majorHAnsi" w:hAnsiTheme="majorHAnsi" w:cstheme="majorHAnsi"/>
                <w:sz w:val="20"/>
                <w:szCs w:val="20"/>
              </w:rPr>
              <w:t>Action toxicomanie</w:t>
            </w:r>
          </w:p>
        </w:tc>
        <w:tc>
          <w:tcPr>
            <w:tcW w:w="2952" w:type="dxa"/>
            <w:vAlign w:val="center"/>
          </w:tcPr>
          <w:p w14:paraId="57E0DB24" w14:textId="2925C269"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1344587704"/>
                <w:placeholder>
                  <w:docPart w:val="43423E807A8D4FD58C77893A36BB1724"/>
                </w:placeholder>
                <w:showingPlcHdr/>
              </w:sdtPr>
              <w:sdtContent>
                <w:permStart w:id="128984643" w:edGrp="everyone"/>
                <w:r w:rsidR="009179B1">
                  <w:rPr>
                    <w:rStyle w:val="Textedelespacerserv"/>
                    <w:rFonts w:asciiTheme="majorHAnsi" w:hAnsiTheme="majorHAnsi" w:cstheme="majorHAnsi"/>
                    <w:sz w:val="20"/>
                    <w:szCs w:val="20"/>
                  </w:rPr>
                  <w:t xml:space="preserve">                            </w:t>
                </w:r>
                <w:permEnd w:id="128984643"/>
              </w:sdtContent>
            </w:sdt>
          </w:p>
        </w:tc>
      </w:tr>
      <w:permStart w:id="172443402" w:edGrp="everyone"/>
      <w:tr w:rsidR="00470558" w:rsidRPr="00912009" w14:paraId="77A58CD5" w14:textId="77777777" w:rsidTr="00CC0206">
        <w:trPr>
          <w:trHeight w:val="432"/>
        </w:trPr>
        <w:tc>
          <w:tcPr>
            <w:tcW w:w="625" w:type="dxa"/>
            <w:tcBorders>
              <w:right w:val="nil"/>
            </w:tcBorders>
            <w:vAlign w:val="center"/>
          </w:tcPr>
          <w:p w14:paraId="0B598C64"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1000774133"/>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172443402"/>
          </w:p>
        </w:tc>
        <w:tc>
          <w:tcPr>
            <w:tcW w:w="2064" w:type="dxa"/>
            <w:tcBorders>
              <w:left w:val="nil"/>
            </w:tcBorders>
            <w:vAlign w:val="center"/>
          </w:tcPr>
          <w:p w14:paraId="056BA223" w14:textId="77777777" w:rsidR="00470558" w:rsidRPr="00912009" w:rsidRDefault="00470558" w:rsidP="00A835E5">
            <w:pPr>
              <w:rPr>
                <w:rFonts w:asciiTheme="majorHAnsi" w:hAnsiTheme="majorHAnsi" w:cstheme="majorHAnsi"/>
                <w:sz w:val="20"/>
                <w:szCs w:val="20"/>
              </w:rPr>
            </w:pPr>
            <w:r w:rsidRPr="00912009">
              <w:rPr>
                <w:rFonts w:asciiTheme="majorHAnsi" w:eastAsia="Franklin Gothic Book" w:hAnsiTheme="majorHAnsi" w:cstheme="majorHAnsi"/>
                <w:sz w:val="20"/>
                <w:szCs w:val="20"/>
              </w:rPr>
              <w:t>CAVAC</w:t>
            </w:r>
          </w:p>
        </w:tc>
        <w:tc>
          <w:tcPr>
            <w:tcW w:w="2551" w:type="dxa"/>
            <w:vAlign w:val="center"/>
          </w:tcPr>
          <w:p w14:paraId="0D37C8F9" w14:textId="60395816" w:rsidR="00470558" w:rsidRPr="009179B1" w:rsidRDefault="00000000" w:rsidP="00A946E5">
            <w:pPr>
              <w:rPr>
                <w:rFonts w:asciiTheme="majorHAnsi" w:hAnsiTheme="majorHAnsi" w:cstheme="majorHAnsi"/>
                <w:b/>
                <w:bCs/>
                <w:sz w:val="20"/>
                <w:szCs w:val="20"/>
              </w:rPr>
            </w:pPr>
            <w:sdt>
              <w:sdtPr>
                <w:rPr>
                  <w:rFonts w:asciiTheme="majorHAnsi" w:hAnsiTheme="majorHAnsi" w:cstheme="majorHAnsi"/>
                  <w:sz w:val="20"/>
                  <w:szCs w:val="20"/>
                </w:rPr>
                <w:id w:val="-157694227"/>
                <w:placeholder>
                  <w:docPart w:val="40FEC5E59EC948DF975E52095BD4CCBE"/>
                </w:placeholder>
                <w:showingPlcHdr/>
              </w:sdtPr>
              <w:sdtContent>
                <w:permStart w:id="1865705644" w:edGrp="everyone"/>
                <w:r w:rsidR="009179B1">
                  <w:rPr>
                    <w:rStyle w:val="Textedelespacerserv"/>
                    <w:rFonts w:asciiTheme="majorHAnsi" w:hAnsiTheme="majorHAnsi" w:cstheme="majorHAnsi"/>
                    <w:sz w:val="20"/>
                    <w:szCs w:val="20"/>
                  </w:rPr>
                  <w:t xml:space="preserve">                            </w:t>
                </w:r>
                <w:permEnd w:id="1865705644"/>
              </w:sdtContent>
            </w:sdt>
          </w:p>
        </w:tc>
        <w:permStart w:id="690972756" w:edGrp="everyone"/>
        <w:tc>
          <w:tcPr>
            <w:tcW w:w="515" w:type="dxa"/>
            <w:tcBorders>
              <w:right w:val="nil"/>
            </w:tcBorders>
            <w:vAlign w:val="center"/>
          </w:tcPr>
          <w:p w14:paraId="3025AB09"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580417902"/>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690972756"/>
          </w:p>
        </w:tc>
        <w:tc>
          <w:tcPr>
            <w:tcW w:w="2178" w:type="dxa"/>
            <w:tcBorders>
              <w:left w:val="nil"/>
            </w:tcBorders>
            <w:vAlign w:val="center"/>
          </w:tcPr>
          <w:p w14:paraId="301F430D" w14:textId="77777777" w:rsidR="00470558" w:rsidRPr="00912009" w:rsidRDefault="00470558" w:rsidP="00A835E5">
            <w:pPr>
              <w:rPr>
                <w:rFonts w:asciiTheme="majorHAnsi" w:hAnsiTheme="majorHAnsi" w:cstheme="majorHAnsi"/>
                <w:sz w:val="20"/>
                <w:szCs w:val="20"/>
              </w:rPr>
            </w:pPr>
            <w:r>
              <w:rPr>
                <w:rFonts w:asciiTheme="majorHAnsi" w:hAnsiTheme="majorHAnsi" w:cstheme="majorHAnsi"/>
                <w:sz w:val="20"/>
                <w:szCs w:val="20"/>
              </w:rPr>
              <w:t xml:space="preserve">Centre Pie </w:t>
            </w:r>
          </w:p>
        </w:tc>
        <w:tc>
          <w:tcPr>
            <w:tcW w:w="2952" w:type="dxa"/>
            <w:vAlign w:val="center"/>
          </w:tcPr>
          <w:p w14:paraId="3A5C07D7" w14:textId="62616D6D"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2099399949"/>
                <w:placeholder>
                  <w:docPart w:val="D7027101AB124107907A49E9CF70AEF3"/>
                </w:placeholder>
                <w:showingPlcHdr/>
              </w:sdtPr>
              <w:sdtContent>
                <w:permStart w:id="1785017306" w:edGrp="everyone"/>
                <w:r w:rsidR="009179B1">
                  <w:rPr>
                    <w:rStyle w:val="Textedelespacerserv"/>
                    <w:rFonts w:asciiTheme="majorHAnsi" w:hAnsiTheme="majorHAnsi" w:cstheme="majorHAnsi"/>
                    <w:sz w:val="20"/>
                    <w:szCs w:val="20"/>
                  </w:rPr>
                  <w:t xml:space="preserve">                            </w:t>
                </w:r>
                <w:permEnd w:id="1785017306"/>
              </w:sdtContent>
            </w:sdt>
          </w:p>
        </w:tc>
      </w:tr>
      <w:permStart w:id="275404599" w:edGrp="everyone"/>
      <w:tr w:rsidR="00470558" w:rsidRPr="00912009" w14:paraId="2D772D97" w14:textId="77777777" w:rsidTr="00CC0206">
        <w:trPr>
          <w:trHeight w:val="432"/>
        </w:trPr>
        <w:tc>
          <w:tcPr>
            <w:tcW w:w="625" w:type="dxa"/>
            <w:tcBorders>
              <w:right w:val="nil"/>
            </w:tcBorders>
            <w:vAlign w:val="center"/>
          </w:tcPr>
          <w:p w14:paraId="2518BD65"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773631860"/>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275404599"/>
          </w:p>
        </w:tc>
        <w:tc>
          <w:tcPr>
            <w:tcW w:w="2064" w:type="dxa"/>
            <w:tcBorders>
              <w:left w:val="nil"/>
            </w:tcBorders>
            <w:vAlign w:val="center"/>
          </w:tcPr>
          <w:p w14:paraId="41268277" w14:textId="77777777" w:rsidR="00470558" w:rsidRPr="00912009" w:rsidRDefault="00470558" w:rsidP="00A835E5">
            <w:pPr>
              <w:rPr>
                <w:rFonts w:asciiTheme="majorHAnsi" w:hAnsiTheme="majorHAnsi" w:cstheme="majorHAnsi"/>
                <w:sz w:val="20"/>
                <w:szCs w:val="20"/>
              </w:rPr>
            </w:pPr>
            <w:r w:rsidRPr="00912009">
              <w:rPr>
                <w:rFonts w:asciiTheme="majorHAnsi" w:eastAsia="Franklin Gothic Book" w:hAnsiTheme="majorHAnsi" w:cstheme="majorHAnsi"/>
                <w:sz w:val="20"/>
                <w:szCs w:val="20"/>
              </w:rPr>
              <w:t>Le Rendez-Vous Familial</w:t>
            </w:r>
          </w:p>
        </w:tc>
        <w:tc>
          <w:tcPr>
            <w:tcW w:w="2551" w:type="dxa"/>
            <w:vAlign w:val="center"/>
          </w:tcPr>
          <w:p w14:paraId="7D67E099" w14:textId="3A23ED15"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1147006817"/>
                <w:placeholder>
                  <w:docPart w:val="B2A7CE63972E44069812A967052D7722"/>
                </w:placeholder>
                <w:showingPlcHdr/>
              </w:sdtPr>
              <w:sdtContent>
                <w:permStart w:id="576412752" w:edGrp="everyone"/>
                <w:r w:rsidR="009179B1">
                  <w:rPr>
                    <w:rStyle w:val="Textedelespacerserv"/>
                    <w:rFonts w:asciiTheme="majorHAnsi" w:hAnsiTheme="majorHAnsi" w:cstheme="majorHAnsi"/>
                    <w:sz w:val="20"/>
                    <w:szCs w:val="20"/>
                  </w:rPr>
                  <w:t xml:space="preserve">                            </w:t>
                </w:r>
                <w:permEnd w:id="576412752"/>
              </w:sdtContent>
            </w:sdt>
          </w:p>
        </w:tc>
        <w:permStart w:id="1257126884" w:edGrp="everyone"/>
        <w:tc>
          <w:tcPr>
            <w:tcW w:w="515" w:type="dxa"/>
            <w:tcBorders>
              <w:right w:val="nil"/>
            </w:tcBorders>
            <w:vAlign w:val="center"/>
          </w:tcPr>
          <w:p w14:paraId="152057D4"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192549096"/>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1257126884"/>
          </w:p>
        </w:tc>
        <w:tc>
          <w:tcPr>
            <w:tcW w:w="2178" w:type="dxa"/>
            <w:tcBorders>
              <w:left w:val="nil"/>
            </w:tcBorders>
            <w:vAlign w:val="center"/>
          </w:tcPr>
          <w:p w14:paraId="14D61871" w14:textId="77777777" w:rsidR="00470558" w:rsidRPr="00912009" w:rsidRDefault="00470558" w:rsidP="00A835E5">
            <w:pPr>
              <w:rPr>
                <w:rFonts w:asciiTheme="majorHAnsi" w:hAnsiTheme="majorHAnsi" w:cstheme="majorHAnsi"/>
                <w:sz w:val="20"/>
                <w:szCs w:val="20"/>
              </w:rPr>
            </w:pPr>
            <w:r w:rsidRPr="00912009">
              <w:rPr>
                <w:rFonts w:asciiTheme="majorHAnsi" w:eastAsia="Franklin Gothic Book" w:hAnsiTheme="majorHAnsi" w:cstheme="majorHAnsi"/>
                <w:sz w:val="20"/>
                <w:szCs w:val="20"/>
              </w:rPr>
              <w:t>Intro Drummondville</w:t>
            </w:r>
          </w:p>
        </w:tc>
        <w:tc>
          <w:tcPr>
            <w:tcW w:w="2952" w:type="dxa"/>
            <w:vAlign w:val="center"/>
          </w:tcPr>
          <w:p w14:paraId="747451E8" w14:textId="1B387739"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1159808375"/>
                <w:placeholder>
                  <w:docPart w:val="0D9E69E363894975BDB0076D07C670CD"/>
                </w:placeholder>
                <w:showingPlcHdr/>
              </w:sdtPr>
              <w:sdtContent>
                <w:permStart w:id="477307142" w:edGrp="everyone"/>
                <w:r w:rsidR="009179B1">
                  <w:rPr>
                    <w:rStyle w:val="Textedelespacerserv"/>
                    <w:rFonts w:asciiTheme="majorHAnsi" w:hAnsiTheme="majorHAnsi" w:cstheme="majorHAnsi"/>
                    <w:sz w:val="20"/>
                    <w:szCs w:val="20"/>
                  </w:rPr>
                  <w:t xml:space="preserve">                            </w:t>
                </w:r>
                <w:permEnd w:id="477307142"/>
              </w:sdtContent>
            </w:sdt>
          </w:p>
        </w:tc>
      </w:tr>
      <w:permStart w:id="1444155714" w:edGrp="everyone"/>
      <w:tr w:rsidR="00470558" w:rsidRPr="00912009" w14:paraId="362E7102" w14:textId="77777777" w:rsidTr="00CC0206">
        <w:trPr>
          <w:trHeight w:val="432"/>
        </w:trPr>
        <w:tc>
          <w:tcPr>
            <w:tcW w:w="625" w:type="dxa"/>
            <w:tcBorders>
              <w:right w:val="nil"/>
            </w:tcBorders>
            <w:vAlign w:val="center"/>
          </w:tcPr>
          <w:p w14:paraId="501CBA85"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586995153"/>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1444155714"/>
          </w:p>
        </w:tc>
        <w:tc>
          <w:tcPr>
            <w:tcW w:w="2064" w:type="dxa"/>
            <w:tcBorders>
              <w:left w:val="nil"/>
            </w:tcBorders>
            <w:vAlign w:val="center"/>
          </w:tcPr>
          <w:p w14:paraId="792C50C9" w14:textId="77777777" w:rsidR="00470558" w:rsidRPr="00912009" w:rsidRDefault="00470558" w:rsidP="00A835E5">
            <w:pPr>
              <w:rPr>
                <w:rFonts w:asciiTheme="majorHAnsi" w:eastAsia="Franklin Gothic Book" w:hAnsiTheme="majorHAnsi" w:cstheme="majorHAnsi"/>
                <w:sz w:val="20"/>
                <w:szCs w:val="20"/>
              </w:rPr>
            </w:pPr>
            <w:r>
              <w:rPr>
                <w:rFonts w:asciiTheme="majorHAnsi" w:eastAsia="Franklin Gothic Book" w:hAnsiTheme="majorHAnsi" w:cstheme="majorHAnsi"/>
                <w:sz w:val="20"/>
                <w:szCs w:val="20"/>
              </w:rPr>
              <w:t>Répit SAM</w:t>
            </w:r>
          </w:p>
        </w:tc>
        <w:tc>
          <w:tcPr>
            <w:tcW w:w="2551" w:type="dxa"/>
            <w:vAlign w:val="center"/>
          </w:tcPr>
          <w:p w14:paraId="3424325F" w14:textId="5BFC61D0" w:rsidR="00470558" w:rsidRPr="00912009" w:rsidRDefault="00000000" w:rsidP="00A946E5">
            <w:pPr>
              <w:rPr>
                <w:rFonts w:asciiTheme="majorHAnsi" w:eastAsia="Franklin Gothic Book" w:hAnsiTheme="majorHAnsi" w:cstheme="majorHAnsi"/>
                <w:color w:val="000000" w:themeColor="text1"/>
                <w:sz w:val="20"/>
                <w:szCs w:val="20"/>
              </w:rPr>
            </w:pPr>
            <w:sdt>
              <w:sdtPr>
                <w:rPr>
                  <w:rFonts w:asciiTheme="majorHAnsi" w:hAnsiTheme="majorHAnsi" w:cstheme="majorHAnsi"/>
                  <w:sz w:val="20"/>
                  <w:szCs w:val="20"/>
                </w:rPr>
                <w:id w:val="-630092497"/>
                <w:placeholder>
                  <w:docPart w:val="DB715EB9AA8E4DE39D5B9B1CBE2ED8F9"/>
                </w:placeholder>
                <w:showingPlcHdr/>
              </w:sdtPr>
              <w:sdtContent>
                <w:permStart w:id="776096013" w:edGrp="everyone"/>
                <w:r w:rsidR="009179B1">
                  <w:rPr>
                    <w:rStyle w:val="Textedelespacerserv"/>
                    <w:rFonts w:asciiTheme="majorHAnsi" w:hAnsiTheme="majorHAnsi" w:cstheme="majorHAnsi"/>
                    <w:sz w:val="20"/>
                    <w:szCs w:val="20"/>
                  </w:rPr>
                  <w:t xml:space="preserve">                            </w:t>
                </w:r>
                <w:permEnd w:id="776096013"/>
              </w:sdtContent>
            </w:sdt>
          </w:p>
        </w:tc>
        <w:permStart w:id="864374690" w:edGrp="everyone"/>
        <w:tc>
          <w:tcPr>
            <w:tcW w:w="515" w:type="dxa"/>
            <w:tcBorders>
              <w:right w:val="nil"/>
            </w:tcBorders>
            <w:vAlign w:val="center"/>
          </w:tcPr>
          <w:p w14:paraId="6BAD2A05"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867485073"/>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864374690"/>
          </w:p>
        </w:tc>
        <w:tc>
          <w:tcPr>
            <w:tcW w:w="2178" w:type="dxa"/>
            <w:tcBorders>
              <w:left w:val="nil"/>
            </w:tcBorders>
            <w:vAlign w:val="center"/>
          </w:tcPr>
          <w:p w14:paraId="6D31F4E7" w14:textId="77777777" w:rsidR="00470558" w:rsidRPr="00912009" w:rsidRDefault="00470558" w:rsidP="00A835E5">
            <w:pPr>
              <w:rPr>
                <w:rFonts w:asciiTheme="majorHAnsi" w:eastAsia="Franklin Gothic Book" w:hAnsiTheme="majorHAnsi" w:cstheme="majorHAnsi"/>
                <w:sz w:val="20"/>
                <w:szCs w:val="20"/>
              </w:rPr>
            </w:pPr>
            <w:r>
              <w:rPr>
                <w:rFonts w:asciiTheme="majorHAnsi" w:eastAsia="Franklin Gothic Book" w:hAnsiTheme="majorHAnsi" w:cstheme="majorHAnsi"/>
                <w:sz w:val="20"/>
                <w:szCs w:val="20"/>
              </w:rPr>
              <w:t>Partance</w:t>
            </w:r>
          </w:p>
        </w:tc>
        <w:tc>
          <w:tcPr>
            <w:tcW w:w="2952" w:type="dxa"/>
            <w:vAlign w:val="center"/>
          </w:tcPr>
          <w:p w14:paraId="308D421F" w14:textId="5E34A5C0" w:rsidR="00470558" w:rsidRPr="00912009" w:rsidRDefault="00000000" w:rsidP="00A946E5">
            <w:pPr>
              <w:rPr>
                <w:rFonts w:asciiTheme="majorHAnsi" w:eastAsia="Franklin Gothic Book" w:hAnsiTheme="majorHAnsi" w:cstheme="majorHAnsi"/>
                <w:color w:val="000000" w:themeColor="text1"/>
                <w:sz w:val="20"/>
                <w:szCs w:val="20"/>
              </w:rPr>
            </w:pPr>
            <w:sdt>
              <w:sdtPr>
                <w:rPr>
                  <w:rFonts w:asciiTheme="majorHAnsi" w:hAnsiTheme="majorHAnsi" w:cstheme="majorHAnsi"/>
                  <w:sz w:val="20"/>
                  <w:szCs w:val="20"/>
                </w:rPr>
                <w:id w:val="76720348"/>
                <w:placeholder>
                  <w:docPart w:val="BCB72AFA0B0042499CDF1493E5A2A279"/>
                </w:placeholder>
                <w:showingPlcHdr/>
              </w:sdtPr>
              <w:sdtContent>
                <w:permStart w:id="735652050" w:edGrp="everyone"/>
                <w:r w:rsidR="009179B1">
                  <w:rPr>
                    <w:rStyle w:val="Textedelespacerserv"/>
                    <w:rFonts w:asciiTheme="majorHAnsi" w:hAnsiTheme="majorHAnsi" w:cstheme="majorHAnsi"/>
                    <w:sz w:val="20"/>
                    <w:szCs w:val="20"/>
                  </w:rPr>
                  <w:t xml:space="preserve">                            </w:t>
                </w:r>
                <w:permEnd w:id="735652050"/>
              </w:sdtContent>
            </w:sdt>
          </w:p>
        </w:tc>
      </w:tr>
      <w:permStart w:id="1315728212" w:edGrp="everyone"/>
      <w:tr w:rsidR="00470558" w:rsidRPr="00912009" w14:paraId="2F822ED8" w14:textId="77777777" w:rsidTr="00CC0206">
        <w:trPr>
          <w:trHeight w:val="432"/>
        </w:trPr>
        <w:tc>
          <w:tcPr>
            <w:tcW w:w="625" w:type="dxa"/>
            <w:tcBorders>
              <w:right w:val="nil"/>
            </w:tcBorders>
            <w:vAlign w:val="center"/>
          </w:tcPr>
          <w:p w14:paraId="2EB23A16"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161437884"/>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1315728212"/>
          </w:p>
        </w:tc>
        <w:tc>
          <w:tcPr>
            <w:tcW w:w="2064" w:type="dxa"/>
            <w:tcBorders>
              <w:left w:val="nil"/>
            </w:tcBorders>
            <w:vAlign w:val="center"/>
          </w:tcPr>
          <w:p w14:paraId="066B281A" w14:textId="56482155" w:rsidR="00470558" w:rsidRPr="00912009" w:rsidRDefault="00470558" w:rsidP="00A835E5">
            <w:pPr>
              <w:rPr>
                <w:rFonts w:asciiTheme="majorHAnsi" w:hAnsiTheme="majorHAnsi" w:cstheme="majorHAnsi"/>
                <w:sz w:val="20"/>
                <w:szCs w:val="20"/>
              </w:rPr>
            </w:pPr>
            <w:r>
              <w:rPr>
                <w:rFonts w:asciiTheme="majorHAnsi" w:eastAsia="Franklin Gothic Book" w:hAnsiTheme="majorHAnsi" w:cstheme="majorHAnsi"/>
                <w:sz w:val="20"/>
                <w:szCs w:val="20"/>
              </w:rPr>
              <w:t>Centre Normand Léveillé</w:t>
            </w:r>
          </w:p>
        </w:tc>
        <w:tc>
          <w:tcPr>
            <w:tcW w:w="2551" w:type="dxa"/>
            <w:vAlign w:val="center"/>
          </w:tcPr>
          <w:p w14:paraId="57EE1335" w14:textId="6CBC451D"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1372106869"/>
                <w:placeholder>
                  <w:docPart w:val="87A4BEB8E3054F919FFE41150F524B0E"/>
                </w:placeholder>
                <w:showingPlcHdr/>
              </w:sdtPr>
              <w:sdtContent>
                <w:permStart w:id="191918307" w:edGrp="everyone"/>
                <w:r w:rsidR="009179B1">
                  <w:rPr>
                    <w:rStyle w:val="Textedelespacerserv"/>
                    <w:rFonts w:asciiTheme="majorHAnsi" w:hAnsiTheme="majorHAnsi" w:cstheme="majorHAnsi"/>
                    <w:sz w:val="20"/>
                    <w:szCs w:val="20"/>
                  </w:rPr>
                  <w:t xml:space="preserve">                            </w:t>
                </w:r>
                <w:permEnd w:id="191918307"/>
              </w:sdtContent>
            </w:sdt>
          </w:p>
        </w:tc>
        <w:permStart w:id="1046547394" w:edGrp="everyone"/>
        <w:tc>
          <w:tcPr>
            <w:tcW w:w="515" w:type="dxa"/>
            <w:tcBorders>
              <w:right w:val="nil"/>
            </w:tcBorders>
            <w:vAlign w:val="center"/>
          </w:tcPr>
          <w:p w14:paraId="6363C712"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1028999829"/>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1046547394"/>
          </w:p>
        </w:tc>
        <w:tc>
          <w:tcPr>
            <w:tcW w:w="2178" w:type="dxa"/>
            <w:tcBorders>
              <w:left w:val="nil"/>
            </w:tcBorders>
            <w:vAlign w:val="center"/>
          </w:tcPr>
          <w:p w14:paraId="05D8F02F" w14:textId="77777777" w:rsidR="00470558" w:rsidRPr="00912009" w:rsidRDefault="00470558" w:rsidP="00A835E5">
            <w:pPr>
              <w:rPr>
                <w:rFonts w:asciiTheme="majorHAnsi" w:hAnsiTheme="majorHAnsi" w:cstheme="majorHAnsi"/>
                <w:sz w:val="20"/>
                <w:szCs w:val="20"/>
              </w:rPr>
            </w:pPr>
            <w:r w:rsidRPr="00912009">
              <w:rPr>
                <w:rFonts w:asciiTheme="majorHAnsi" w:eastAsia="Franklin Gothic Book" w:hAnsiTheme="majorHAnsi" w:cstheme="majorHAnsi"/>
                <w:sz w:val="20"/>
                <w:szCs w:val="20"/>
              </w:rPr>
              <w:t>La Parenthèse</w:t>
            </w:r>
          </w:p>
        </w:tc>
        <w:tc>
          <w:tcPr>
            <w:tcW w:w="2952" w:type="dxa"/>
            <w:vAlign w:val="center"/>
          </w:tcPr>
          <w:p w14:paraId="6E82EB1A" w14:textId="240DF0A5"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1435051916"/>
                <w:placeholder>
                  <w:docPart w:val="0AA89CD18EEE4816A128C40866724A27"/>
                </w:placeholder>
                <w:showingPlcHdr/>
              </w:sdtPr>
              <w:sdtContent>
                <w:permStart w:id="944578402" w:edGrp="everyone"/>
                <w:r w:rsidR="009179B1">
                  <w:rPr>
                    <w:rStyle w:val="Textedelespacerserv"/>
                    <w:rFonts w:asciiTheme="majorHAnsi" w:hAnsiTheme="majorHAnsi" w:cstheme="majorHAnsi"/>
                    <w:sz w:val="20"/>
                    <w:szCs w:val="20"/>
                  </w:rPr>
                  <w:t xml:space="preserve">                            </w:t>
                </w:r>
                <w:permEnd w:id="944578402"/>
              </w:sdtContent>
            </w:sdt>
          </w:p>
        </w:tc>
      </w:tr>
      <w:permStart w:id="1822182410" w:edGrp="everyone"/>
      <w:tr w:rsidR="00470558" w:rsidRPr="00912009" w14:paraId="0C49C89B" w14:textId="77777777" w:rsidTr="00CC0206">
        <w:trPr>
          <w:trHeight w:val="432"/>
        </w:trPr>
        <w:tc>
          <w:tcPr>
            <w:tcW w:w="625" w:type="dxa"/>
            <w:tcBorders>
              <w:right w:val="nil"/>
            </w:tcBorders>
            <w:vAlign w:val="center"/>
          </w:tcPr>
          <w:p w14:paraId="304BEB9D"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1665697443"/>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1822182410"/>
          </w:p>
        </w:tc>
        <w:tc>
          <w:tcPr>
            <w:tcW w:w="2064" w:type="dxa"/>
            <w:tcBorders>
              <w:left w:val="nil"/>
            </w:tcBorders>
            <w:vAlign w:val="center"/>
          </w:tcPr>
          <w:p w14:paraId="6B9AA306" w14:textId="77777777" w:rsidR="00470558" w:rsidRPr="00912009" w:rsidRDefault="00470558" w:rsidP="00A835E5">
            <w:pPr>
              <w:rPr>
                <w:rFonts w:asciiTheme="majorHAnsi" w:hAnsiTheme="majorHAnsi" w:cstheme="majorHAnsi"/>
                <w:sz w:val="20"/>
                <w:szCs w:val="20"/>
              </w:rPr>
            </w:pPr>
            <w:r w:rsidRPr="00912009">
              <w:rPr>
                <w:rFonts w:asciiTheme="majorHAnsi" w:eastAsia="Franklin Gothic Book" w:hAnsiTheme="majorHAnsi" w:cstheme="majorHAnsi"/>
                <w:sz w:val="20"/>
                <w:szCs w:val="20"/>
              </w:rPr>
              <w:t>APEHD</w:t>
            </w:r>
          </w:p>
        </w:tc>
        <w:tc>
          <w:tcPr>
            <w:tcW w:w="2551" w:type="dxa"/>
            <w:vAlign w:val="center"/>
          </w:tcPr>
          <w:p w14:paraId="266D17D7" w14:textId="11015C0F"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1933962011"/>
                <w:placeholder>
                  <w:docPart w:val="FFFF38C9602B42FE9B7DD7D140EC0753"/>
                </w:placeholder>
                <w:showingPlcHdr/>
              </w:sdtPr>
              <w:sdtContent>
                <w:permStart w:id="1022390998" w:edGrp="everyone"/>
                <w:r w:rsidR="009179B1">
                  <w:rPr>
                    <w:rStyle w:val="Textedelespacerserv"/>
                    <w:rFonts w:asciiTheme="majorHAnsi" w:hAnsiTheme="majorHAnsi" w:cstheme="majorHAnsi"/>
                    <w:sz w:val="20"/>
                    <w:szCs w:val="20"/>
                  </w:rPr>
                  <w:t xml:space="preserve">                            </w:t>
                </w:r>
                <w:permEnd w:id="1022390998"/>
              </w:sdtContent>
            </w:sdt>
          </w:p>
        </w:tc>
        <w:permStart w:id="1083667625" w:edGrp="everyone"/>
        <w:tc>
          <w:tcPr>
            <w:tcW w:w="515" w:type="dxa"/>
            <w:tcBorders>
              <w:right w:val="nil"/>
            </w:tcBorders>
            <w:vAlign w:val="center"/>
          </w:tcPr>
          <w:p w14:paraId="423853EB"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2114325284"/>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1083667625"/>
          </w:p>
        </w:tc>
        <w:tc>
          <w:tcPr>
            <w:tcW w:w="2178" w:type="dxa"/>
            <w:tcBorders>
              <w:left w:val="nil"/>
            </w:tcBorders>
            <w:vAlign w:val="center"/>
          </w:tcPr>
          <w:p w14:paraId="05F83CC9" w14:textId="0F6E0DD4" w:rsidR="00470558" w:rsidRPr="00912009" w:rsidRDefault="00470558" w:rsidP="00A835E5">
            <w:pPr>
              <w:rPr>
                <w:rFonts w:asciiTheme="majorHAnsi" w:hAnsiTheme="majorHAnsi" w:cstheme="majorHAnsi"/>
                <w:sz w:val="20"/>
                <w:szCs w:val="20"/>
              </w:rPr>
            </w:pPr>
            <w:r w:rsidRPr="00912009">
              <w:rPr>
                <w:rFonts w:asciiTheme="majorHAnsi" w:hAnsiTheme="majorHAnsi" w:cstheme="majorHAnsi"/>
                <w:sz w:val="20"/>
                <w:szCs w:val="20"/>
                <w:lang w:eastAsia="fr-CA"/>
              </w:rPr>
              <w:t xml:space="preserve">Carrefour </w:t>
            </w:r>
            <w:r w:rsidR="00FC1615">
              <w:rPr>
                <w:rFonts w:asciiTheme="majorHAnsi" w:hAnsiTheme="majorHAnsi" w:cstheme="majorHAnsi"/>
                <w:sz w:val="20"/>
                <w:szCs w:val="20"/>
                <w:lang w:eastAsia="fr-CA"/>
              </w:rPr>
              <w:t>d’</w:t>
            </w:r>
            <w:r w:rsidR="00A6208E">
              <w:rPr>
                <w:rFonts w:asciiTheme="majorHAnsi" w:hAnsiTheme="majorHAnsi" w:cstheme="majorHAnsi"/>
                <w:sz w:val="20"/>
                <w:szCs w:val="20"/>
                <w:lang w:eastAsia="fr-CA"/>
              </w:rPr>
              <w:t>E</w:t>
            </w:r>
            <w:r w:rsidRPr="00912009">
              <w:rPr>
                <w:rFonts w:asciiTheme="majorHAnsi" w:hAnsiTheme="majorHAnsi" w:cstheme="majorHAnsi"/>
                <w:sz w:val="20"/>
                <w:szCs w:val="20"/>
                <w:lang w:eastAsia="fr-CA"/>
              </w:rPr>
              <w:t>ntraide Drummond</w:t>
            </w:r>
          </w:p>
        </w:tc>
        <w:tc>
          <w:tcPr>
            <w:tcW w:w="2952" w:type="dxa"/>
            <w:vAlign w:val="center"/>
          </w:tcPr>
          <w:p w14:paraId="1F409967" w14:textId="0F4029EF"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711694236"/>
                <w:placeholder>
                  <w:docPart w:val="DF010133AF5E46138EE7E7C61B0C7C4D"/>
                </w:placeholder>
                <w:showingPlcHdr/>
              </w:sdtPr>
              <w:sdtContent>
                <w:permStart w:id="924667479" w:edGrp="everyone"/>
                <w:r w:rsidR="009179B1">
                  <w:rPr>
                    <w:rStyle w:val="Textedelespacerserv"/>
                    <w:rFonts w:asciiTheme="majorHAnsi" w:hAnsiTheme="majorHAnsi" w:cstheme="majorHAnsi"/>
                    <w:sz w:val="20"/>
                    <w:szCs w:val="20"/>
                  </w:rPr>
                  <w:t xml:space="preserve">                            </w:t>
                </w:r>
                <w:permEnd w:id="924667479"/>
              </w:sdtContent>
            </w:sdt>
          </w:p>
        </w:tc>
      </w:tr>
      <w:permStart w:id="1990880396" w:edGrp="everyone"/>
      <w:tr w:rsidR="00470558" w:rsidRPr="00912009" w14:paraId="1DE66FEB" w14:textId="77777777" w:rsidTr="00CC0206">
        <w:trPr>
          <w:trHeight w:val="432"/>
        </w:trPr>
        <w:tc>
          <w:tcPr>
            <w:tcW w:w="625" w:type="dxa"/>
            <w:tcBorders>
              <w:right w:val="nil"/>
            </w:tcBorders>
            <w:vAlign w:val="center"/>
          </w:tcPr>
          <w:p w14:paraId="05A1A107"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2081200041"/>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1990880396"/>
          </w:p>
        </w:tc>
        <w:tc>
          <w:tcPr>
            <w:tcW w:w="2064" w:type="dxa"/>
            <w:tcBorders>
              <w:left w:val="nil"/>
            </w:tcBorders>
            <w:vAlign w:val="center"/>
          </w:tcPr>
          <w:p w14:paraId="24AB3E4B" w14:textId="005512DB" w:rsidR="00470558" w:rsidRPr="00470558" w:rsidRDefault="00FC1615" w:rsidP="00A835E5">
            <w:pPr>
              <w:rPr>
                <w:rFonts w:asciiTheme="majorHAnsi" w:hAnsiTheme="majorHAnsi" w:cstheme="majorHAnsi"/>
                <w:sz w:val="20"/>
                <w:szCs w:val="20"/>
                <w:lang w:val="fr-CA"/>
              </w:rPr>
            </w:pPr>
            <w:r>
              <w:rPr>
                <w:rFonts w:asciiTheme="majorHAnsi" w:eastAsia="Franklin Gothic Book" w:hAnsiTheme="majorHAnsi" w:cstheme="majorHAnsi"/>
                <w:sz w:val="20"/>
                <w:szCs w:val="20"/>
                <w:lang w:val="fr-CA"/>
              </w:rPr>
              <w:t>CPSC</w:t>
            </w:r>
            <w:r w:rsidR="00470558" w:rsidRPr="00470558">
              <w:rPr>
                <w:rFonts w:asciiTheme="majorHAnsi" w:eastAsia="Franklin Gothic Book" w:hAnsiTheme="majorHAnsi" w:cstheme="majorHAnsi"/>
                <w:sz w:val="20"/>
                <w:szCs w:val="20"/>
                <w:lang w:val="fr-CA"/>
              </w:rPr>
              <w:t xml:space="preserve"> - Les petits bonheurs</w:t>
            </w:r>
          </w:p>
        </w:tc>
        <w:tc>
          <w:tcPr>
            <w:tcW w:w="2551" w:type="dxa"/>
            <w:vAlign w:val="center"/>
          </w:tcPr>
          <w:p w14:paraId="5881984A" w14:textId="68C9350D"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1384916792"/>
                <w:placeholder>
                  <w:docPart w:val="05980170F56B4ACCBEFF712E1B8D0787"/>
                </w:placeholder>
                <w:showingPlcHdr/>
              </w:sdtPr>
              <w:sdtContent>
                <w:permStart w:id="1026516783" w:edGrp="everyone"/>
                <w:r w:rsidR="009179B1">
                  <w:rPr>
                    <w:rStyle w:val="Textedelespacerserv"/>
                    <w:rFonts w:asciiTheme="majorHAnsi" w:hAnsiTheme="majorHAnsi" w:cstheme="majorHAnsi"/>
                    <w:sz w:val="20"/>
                    <w:szCs w:val="20"/>
                  </w:rPr>
                  <w:t xml:space="preserve">                            </w:t>
                </w:r>
                <w:permEnd w:id="1026516783"/>
              </w:sdtContent>
            </w:sdt>
          </w:p>
        </w:tc>
        <w:permStart w:id="1141866369" w:edGrp="everyone"/>
        <w:tc>
          <w:tcPr>
            <w:tcW w:w="515" w:type="dxa"/>
            <w:tcBorders>
              <w:right w:val="nil"/>
            </w:tcBorders>
            <w:vAlign w:val="center"/>
          </w:tcPr>
          <w:p w14:paraId="7EBC2EF0"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1758245770"/>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1141866369"/>
          </w:p>
        </w:tc>
        <w:tc>
          <w:tcPr>
            <w:tcW w:w="2178" w:type="dxa"/>
            <w:tcBorders>
              <w:left w:val="nil"/>
            </w:tcBorders>
            <w:vAlign w:val="center"/>
          </w:tcPr>
          <w:p w14:paraId="1461A826" w14:textId="77777777" w:rsidR="00470558" w:rsidRPr="00912009" w:rsidRDefault="00470558" w:rsidP="00A835E5">
            <w:pPr>
              <w:rPr>
                <w:rFonts w:asciiTheme="majorHAnsi" w:hAnsiTheme="majorHAnsi" w:cstheme="majorHAnsi"/>
                <w:sz w:val="20"/>
                <w:szCs w:val="20"/>
              </w:rPr>
            </w:pPr>
            <w:r w:rsidRPr="00912009">
              <w:rPr>
                <w:rFonts w:asciiTheme="majorHAnsi" w:eastAsia="Franklin Gothic Book" w:hAnsiTheme="majorHAnsi" w:cstheme="majorHAnsi"/>
                <w:sz w:val="20"/>
                <w:szCs w:val="20"/>
              </w:rPr>
              <w:t>L’Envolée des mères</w:t>
            </w:r>
          </w:p>
        </w:tc>
        <w:tc>
          <w:tcPr>
            <w:tcW w:w="2952" w:type="dxa"/>
            <w:vAlign w:val="center"/>
          </w:tcPr>
          <w:p w14:paraId="017C7022" w14:textId="3E0EA697"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1425920595"/>
                <w:placeholder>
                  <w:docPart w:val="ECC9CE2555F24E4B8AF77EDC695246D0"/>
                </w:placeholder>
                <w:showingPlcHdr/>
              </w:sdtPr>
              <w:sdtContent>
                <w:permStart w:id="2140871047" w:edGrp="everyone"/>
                <w:r w:rsidR="009179B1">
                  <w:rPr>
                    <w:rStyle w:val="Textedelespacerserv"/>
                    <w:rFonts w:asciiTheme="majorHAnsi" w:hAnsiTheme="majorHAnsi" w:cstheme="majorHAnsi"/>
                    <w:sz w:val="20"/>
                    <w:szCs w:val="20"/>
                  </w:rPr>
                  <w:t xml:space="preserve">                            </w:t>
                </w:r>
                <w:permEnd w:id="2140871047"/>
              </w:sdtContent>
            </w:sdt>
          </w:p>
        </w:tc>
      </w:tr>
      <w:permStart w:id="629351179" w:edGrp="everyone"/>
      <w:tr w:rsidR="00470558" w:rsidRPr="00912009" w14:paraId="7A7E146E" w14:textId="77777777" w:rsidTr="00CC0206">
        <w:trPr>
          <w:trHeight w:val="432"/>
        </w:trPr>
        <w:tc>
          <w:tcPr>
            <w:tcW w:w="625" w:type="dxa"/>
            <w:tcBorders>
              <w:right w:val="nil"/>
            </w:tcBorders>
            <w:vAlign w:val="center"/>
          </w:tcPr>
          <w:p w14:paraId="2C603A41"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494923553"/>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629351179"/>
          </w:p>
        </w:tc>
        <w:tc>
          <w:tcPr>
            <w:tcW w:w="2064" w:type="dxa"/>
            <w:tcBorders>
              <w:left w:val="nil"/>
            </w:tcBorders>
            <w:vAlign w:val="center"/>
          </w:tcPr>
          <w:p w14:paraId="02A79138" w14:textId="283393A5" w:rsidR="00470558" w:rsidRPr="00470558" w:rsidRDefault="00470558" w:rsidP="00A835E5">
            <w:pPr>
              <w:rPr>
                <w:rFonts w:asciiTheme="majorHAnsi" w:hAnsiTheme="majorHAnsi" w:cstheme="majorHAnsi"/>
                <w:sz w:val="20"/>
                <w:szCs w:val="20"/>
                <w:lang w:val="fr-CA"/>
              </w:rPr>
            </w:pPr>
            <w:r w:rsidRPr="00470558">
              <w:rPr>
                <w:rFonts w:asciiTheme="majorHAnsi" w:eastAsia="Franklin Gothic Book" w:hAnsiTheme="majorHAnsi" w:cstheme="majorHAnsi"/>
                <w:sz w:val="20"/>
                <w:szCs w:val="20"/>
                <w:lang w:val="fr-CA"/>
              </w:rPr>
              <w:t>Centre de ressources pour hommes</w:t>
            </w:r>
          </w:p>
        </w:tc>
        <w:tc>
          <w:tcPr>
            <w:tcW w:w="2551" w:type="dxa"/>
            <w:vAlign w:val="center"/>
          </w:tcPr>
          <w:p w14:paraId="717AB2A6" w14:textId="74F33C5C"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1563251157"/>
                <w:placeholder>
                  <w:docPart w:val="429ACA9BE79C4E339A39F3CA31E697FD"/>
                </w:placeholder>
                <w:showingPlcHdr/>
              </w:sdtPr>
              <w:sdtContent>
                <w:permStart w:id="151453705" w:edGrp="everyone"/>
                <w:r w:rsidR="009179B1">
                  <w:rPr>
                    <w:rStyle w:val="Textedelespacerserv"/>
                    <w:rFonts w:asciiTheme="majorHAnsi" w:hAnsiTheme="majorHAnsi" w:cstheme="majorHAnsi"/>
                    <w:sz w:val="20"/>
                    <w:szCs w:val="20"/>
                  </w:rPr>
                  <w:t xml:space="preserve">                            </w:t>
                </w:r>
                <w:permEnd w:id="151453705"/>
              </w:sdtContent>
            </w:sdt>
          </w:p>
        </w:tc>
        <w:permStart w:id="706168704" w:edGrp="everyone"/>
        <w:tc>
          <w:tcPr>
            <w:tcW w:w="515" w:type="dxa"/>
            <w:tcBorders>
              <w:right w:val="nil"/>
            </w:tcBorders>
            <w:vAlign w:val="center"/>
          </w:tcPr>
          <w:p w14:paraId="0B246D54"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1603948686"/>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706168704"/>
          </w:p>
        </w:tc>
        <w:tc>
          <w:tcPr>
            <w:tcW w:w="2178" w:type="dxa"/>
            <w:tcBorders>
              <w:left w:val="nil"/>
            </w:tcBorders>
            <w:vAlign w:val="center"/>
          </w:tcPr>
          <w:p w14:paraId="0F82E864" w14:textId="77777777" w:rsidR="00470558" w:rsidRPr="00912009" w:rsidRDefault="00470558" w:rsidP="00A835E5">
            <w:pPr>
              <w:rPr>
                <w:rFonts w:asciiTheme="majorHAnsi" w:hAnsiTheme="majorHAnsi" w:cstheme="majorHAnsi"/>
                <w:sz w:val="20"/>
                <w:szCs w:val="20"/>
              </w:rPr>
            </w:pPr>
            <w:r w:rsidRPr="00912009">
              <w:rPr>
                <w:rFonts w:asciiTheme="majorHAnsi" w:eastAsia="MS Gothic" w:hAnsiTheme="majorHAnsi" w:cstheme="majorHAnsi"/>
                <w:sz w:val="20"/>
                <w:szCs w:val="20"/>
              </w:rPr>
              <w:t>Emphase MCQ</w:t>
            </w:r>
          </w:p>
        </w:tc>
        <w:tc>
          <w:tcPr>
            <w:tcW w:w="2952" w:type="dxa"/>
            <w:vAlign w:val="center"/>
          </w:tcPr>
          <w:p w14:paraId="2C19F2A3" w14:textId="62F023DC"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675184440"/>
                <w:placeholder>
                  <w:docPart w:val="88B870BEAB7C4F1DB39BC7E50473EDE5"/>
                </w:placeholder>
                <w:showingPlcHdr/>
              </w:sdtPr>
              <w:sdtContent>
                <w:permStart w:id="1477142680" w:edGrp="everyone"/>
                <w:r w:rsidR="009179B1">
                  <w:rPr>
                    <w:rStyle w:val="Textedelespacerserv"/>
                    <w:rFonts w:asciiTheme="majorHAnsi" w:hAnsiTheme="majorHAnsi" w:cstheme="majorHAnsi"/>
                    <w:sz w:val="20"/>
                    <w:szCs w:val="20"/>
                  </w:rPr>
                  <w:t xml:space="preserve">                            </w:t>
                </w:r>
                <w:permEnd w:id="1477142680"/>
              </w:sdtContent>
            </w:sdt>
          </w:p>
        </w:tc>
      </w:tr>
      <w:permStart w:id="1885491721" w:edGrp="everyone"/>
      <w:tr w:rsidR="00470558" w:rsidRPr="00912009" w14:paraId="0FEB6719" w14:textId="77777777" w:rsidTr="00CC0206">
        <w:trPr>
          <w:trHeight w:val="432"/>
        </w:trPr>
        <w:tc>
          <w:tcPr>
            <w:tcW w:w="625" w:type="dxa"/>
            <w:tcBorders>
              <w:right w:val="nil"/>
            </w:tcBorders>
            <w:vAlign w:val="center"/>
          </w:tcPr>
          <w:p w14:paraId="51E2A929"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2081355196"/>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1885491721"/>
          </w:p>
        </w:tc>
        <w:tc>
          <w:tcPr>
            <w:tcW w:w="2064" w:type="dxa"/>
            <w:tcBorders>
              <w:left w:val="nil"/>
            </w:tcBorders>
            <w:vAlign w:val="center"/>
          </w:tcPr>
          <w:p w14:paraId="7F8064A1" w14:textId="5DB3EBA5" w:rsidR="00470558" w:rsidRPr="00912009" w:rsidRDefault="00470558" w:rsidP="00A835E5">
            <w:pPr>
              <w:rPr>
                <w:rFonts w:asciiTheme="majorHAnsi" w:hAnsiTheme="majorHAnsi" w:cstheme="majorHAnsi"/>
                <w:sz w:val="20"/>
                <w:szCs w:val="20"/>
              </w:rPr>
            </w:pPr>
            <w:r w:rsidRPr="00912009">
              <w:rPr>
                <w:rFonts w:asciiTheme="majorHAnsi" w:eastAsia="Franklin Gothic Book" w:hAnsiTheme="majorHAnsi" w:cstheme="majorHAnsi"/>
                <w:sz w:val="20"/>
                <w:szCs w:val="20"/>
              </w:rPr>
              <w:t>La Rose des Vents</w:t>
            </w:r>
          </w:p>
        </w:tc>
        <w:tc>
          <w:tcPr>
            <w:tcW w:w="2551" w:type="dxa"/>
            <w:vAlign w:val="center"/>
          </w:tcPr>
          <w:p w14:paraId="7BA1736A" w14:textId="68FA87DF"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828335832"/>
                <w:placeholder>
                  <w:docPart w:val="B1F5C656701641C596FD199AD3F7CA2C"/>
                </w:placeholder>
                <w:showingPlcHdr/>
              </w:sdtPr>
              <w:sdtContent>
                <w:permStart w:id="1226990707" w:edGrp="everyone"/>
                <w:r w:rsidR="009179B1">
                  <w:rPr>
                    <w:rStyle w:val="Textedelespacerserv"/>
                    <w:rFonts w:asciiTheme="majorHAnsi" w:hAnsiTheme="majorHAnsi" w:cstheme="majorHAnsi"/>
                    <w:sz w:val="20"/>
                    <w:szCs w:val="20"/>
                  </w:rPr>
                  <w:t xml:space="preserve">                            </w:t>
                </w:r>
                <w:permEnd w:id="1226990707"/>
              </w:sdtContent>
            </w:sdt>
          </w:p>
        </w:tc>
        <w:permStart w:id="1111296485" w:edGrp="everyone"/>
        <w:tc>
          <w:tcPr>
            <w:tcW w:w="515" w:type="dxa"/>
            <w:tcBorders>
              <w:right w:val="nil"/>
            </w:tcBorders>
            <w:vAlign w:val="center"/>
          </w:tcPr>
          <w:p w14:paraId="7BD59E51"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1783026272"/>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1111296485"/>
          </w:p>
        </w:tc>
        <w:tc>
          <w:tcPr>
            <w:tcW w:w="2178" w:type="dxa"/>
            <w:tcBorders>
              <w:left w:val="nil"/>
            </w:tcBorders>
            <w:vAlign w:val="center"/>
          </w:tcPr>
          <w:p w14:paraId="4D279085" w14:textId="77777777" w:rsidR="00470558" w:rsidRPr="00912009" w:rsidRDefault="00470558" w:rsidP="00A835E5">
            <w:pPr>
              <w:rPr>
                <w:rFonts w:asciiTheme="majorHAnsi" w:hAnsiTheme="majorHAnsi" w:cstheme="majorHAnsi"/>
                <w:sz w:val="20"/>
                <w:szCs w:val="20"/>
              </w:rPr>
            </w:pPr>
            <w:r w:rsidRPr="00912009">
              <w:rPr>
                <w:rFonts w:asciiTheme="majorHAnsi" w:eastAsia="Franklin Gothic Book" w:hAnsiTheme="majorHAnsi" w:cstheme="majorHAnsi"/>
                <w:sz w:val="20"/>
                <w:szCs w:val="20"/>
              </w:rPr>
              <w:t>La Piaule</w:t>
            </w:r>
          </w:p>
        </w:tc>
        <w:tc>
          <w:tcPr>
            <w:tcW w:w="2952" w:type="dxa"/>
            <w:vAlign w:val="center"/>
          </w:tcPr>
          <w:p w14:paraId="01E02B57" w14:textId="676B682D"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414065528"/>
                <w:placeholder>
                  <w:docPart w:val="4DF48DCAF6794B3B89254170ADD1CBCB"/>
                </w:placeholder>
                <w:showingPlcHdr/>
              </w:sdtPr>
              <w:sdtContent>
                <w:permStart w:id="1364295383" w:edGrp="everyone"/>
                <w:r w:rsidR="009179B1">
                  <w:rPr>
                    <w:rStyle w:val="Textedelespacerserv"/>
                    <w:rFonts w:asciiTheme="majorHAnsi" w:hAnsiTheme="majorHAnsi" w:cstheme="majorHAnsi"/>
                    <w:sz w:val="20"/>
                    <w:szCs w:val="20"/>
                  </w:rPr>
                  <w:t xml:space="preserve">                            </w:t>
                </w:r>
                <w:permEnd w:id="1364295383"/>
              </w:sdtContent>
            </w:sdt>
          </w:p>
        </w:tc>
      </w:tr>
      <w:permStart w:id="1605445890" w:edGrp="everyone"/>
      <w:tr w:rsidR="00470558" w:rsidRPr="00912009" w14:paraId="1DCBBE1B" w14:textId="77777777" w:rsidTr="00CC0206">
        <w:trPr>
          <w:trHeight w:val="432"/>
        </w:trPr>
        <w:tc>
          <w:tcPr>
            <w:tcW w:w="625" w:type="dxa"/>
            <w:tcBorders>
              <w:right w:val="nil"/>
            </w:tcBorders>
            <w:vAlign w:val="center"/>
          </w:tcPr>
          <w:p w14:paraId="54DEF04B"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1556767560"/>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1605445890"/>
          </w:p>
        </w:tc>
        <w:tc>
          <w:tcPr>
            <w:tcW w:w="2064" w:type="dxa"/>
            <w:tcBorders>
              <w:left w:val="nil"/>
            </w:tcBorders>
            <w:vAlign w:val="center"/>
          </w:tcPr>
          <w:p w14:paraId="07B53F4C" w14:textId="77777777" w:rsidR="00470558" w:rsidRPr="00912009" w:rsidRDefault="00470558" w:rsidP="00A835E5">
            <w:pPr>
              <w:rPr>
                <w:rFonts w:asciiTheme="majorHAnsi" w:hAnsiTheme="majorHAnsi" w:cstheme="majorHAnsi"/>
                <w:sz w:val="20"/>
                <w:szCs w:val="20"/>
              </w:rPr>
            </w:pPr>
            <w:r>
              <w:rPr>
                <w:rFonts w:asciiTheme="majorHAnsi" w:hAnsiTheme="majorHAnsi" w:cstheme="majorHAnsi"/>
                <w:sz w:val="20"/>
                <w:szCs w:val="20"/>
              </w:rPr>
              <w:t>CJE</w:t>
            </w:r>
          </w:p>
        </w:tc>
        <w:tc>
          <w:tcPr>
            <w:tcW w:w="2551" w:type="dxa"/>
            <w:vAlign w:val="center"/>
          </w:tcPr>
          <w:p w14:paraId="4F49F61D" w14:textId="7F84CBFE"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1241864551"/>
                <w:placeholder>
                  <w:docPart w:val="FC87E3C5D0274CABABB37D5C9FA1CA33"/>
                </w:placeholder>
                <w:showingPlcHdr/>
              </w:sdtPr>
              <w:sdtContent>
                <w:permStart w:id="1718112660" w:edGrp="everyone"/>
                <w:r w:rsidR="009179B1">
                  <w:rPr>
                    <w:rStyle w:val="Textedelespacerserv"/>
                    <w:rFonts w:asciiTheme="majorHAnsi" w:hAnsiTheme="majorHAnsi" w:cstheme="majorHAnsi"/>
                    <w:sz w:val="20"/>
                    <w:szCs w:val="20"/>
                  </w:rPr>
                  <w:t xml:space="preserve">                            </w:t>
                </w:r>
                <w:permEnd w:id="1718112660"/>
              </w:sdtContent>
            </w:sdt>
          </w:p>
        </w:tc>
        <w:permStart w:id="689581820" w:edGrp="everyone"/>
        <w:tc>
          <w:tcPr>
            <w:tcW w:w="515" w:type="dxa"/>
            <w:tcBorders>
              <w:right w:val="nil"/>
            </w:tcBorders>
            <w:vAlign w:val="center"/>
          </w:tcPr>
          <w:p w14:paraId="63739684"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1426568987"/>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689581820"/>
          </w:p>
        </w:tc>
        <w:tc>
          <w:tcPr>
            <w:tcW w:w="2178" w:type="dxa"/>
            <w:tcBorders>
              <w:left w:val="nil"/>
            </w:tcBorders>
            <w:vAlign w:val="center"/>
          </w:tcPr>
          <w:p w14:paraId="646239F1" w14:textId="77777777" w:rsidR="00470558" w:rsidRPr="00470558" w:rsidRDefault="00470558" w:rsidP="00A835E5">
            <w:pPr>
              <w:rPr>
                <w:rFonts w:asciiTheme="majorHAnsi" w:hAnsiTheme="majorHAnsi" w:cstheme="majorHAnsi"/>
                <w:sz w:val="20"/>
                <w:szCs w:val="20"/>
                <w:lang w:val="fr-CA"/>
              </w:rPr>
            </w:pPr>
            <w:r w:rsidRPr="00470558">
              <w:rPr>
                <w:rFonts w:asciiTheme="majorHAnsi" w:eastAsia="MS Gothic" w:hAnsiTheme="majorHAnsi" w:cstheme="majorHAnsi"/>
                <w:sz w:val="20"/>
                <w:szCs w:val="20"/>
                <w:lang w:val="fr-CA"/>
              </w:rPr>
              <w:t>Trans-Mauricie/Centre-du-Québec</w:t>
            </w:r>
          </w:p>
        </w:tc>
        <w:tc>
          <w:tcPr>
            <w:tcW w:w="2952" w:type="dxa"/>
            <w:vAlign w:val="center"/>
          </w:tcPr>
          <w:p w14:paraId="2755B349" w14:textId="693FB887"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508488576"/>
                <w:placeholder>
                  <w:docPart w:val="A0490B13B67A4EF3886AE7F62D65C414"/>
                </w:placeholder>
                <w:showingPlcHdr/>
              </w:sdtPr>
              <w:sdtContent>
                <w:permStart w:id="1971944338" w:edGrp="everyone"/>
                <w:r w:rsidR="009179B1">
                  <w:rPr>
                    <w:rStyle w:val="Textedelespacerserv"/>
                    <w:rFonts w:asciiTheme="majorHAnsi" w:hAnsiTheme="majorHAnsi" w:cstheme="majorHAnsi"/>
                    <w:sz w:val="20"/>
                    <w:szCs w:val="20"/>
                  </w:rPr>
                  <w:t xml:space="preserve">                            </w:t>
                </w:r>
                <w:permEnd w:id="1971944338"/>
              </w:sdtContent>
            </w:sdt>
          </w:p>
        </w:tc>
      </w:tr>
      <w:permStart w:id="1484930580" w:edGrp="everyone"/>
      <w:tr w:rsidR="00470558" w:rsidRPr="00912009" w14:paraId="43D374EB" w14:textId="77777777" w:rsidTr="00CC0206">
        <w:trPr>
          <w:trHeight w:val="432"/>
        </w:trPr>
        <w:tc>
          <w:tcPr>
            <w:tcW w:w="625" w:type="dxa"/>
            <w:tcBorders>
              <w:right w:val="nil"/>
            </w:tcBorders>
            <w:vAlign w:val="center"/>
          </w:tcPr>
          <w:p w14:paraId="2C48C955"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1606482762"/>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1484930580"/>
          </w:p>
        </w:tc>
        <w:tc>
          <w:tcPr>
            <w:tcW w:w="2064" w:type="dxa"/>
            <w:tcBorders>
              <w:left w:val="nil"/>
            </w:tcBorders>
            <w:vAlign w:val="center"/>
          </w:tcPr>
          <w:p w14:paraId="7F608C34" w14:textId="77777777" w:rsidR="00470558" w:rsidRPr="00912009" w:rsidRDefault="00470558" w:rsidP="00A835E5">
            <w:pPr>
              <w:rPr>
                <w:rFonts w:asciiTheme="majorHAnsi" w:hAnsiTheme="majorHAnsi" w:cstheme="majorHAnsi"/>
                <w:sz w:val="20"/>
                <w:szCs w:val="20"/>
              </w:rPr>
            </w:pPr>
            <w:r>
              <w:rPr>
                <w:rFonts w:asciiTheme="majorHAnsi" w:hAnsiTheme="majorHAnsi" w:cstheme="majorHAnsi"/>
                <w:sz w:val="20"/>
                <w:szCs w:val="20"/>
              </w:rPr>
              <w:t>CALACS</w:t>
            </w:r>
          </w:p>
        </w:tc>
        <w:tc>
          <w:tcPr>
            <w:tcW w:w="2551" w:type="dxa"/>
            <w:vAlign w:val="center"/>
          </w:tcPr>
          <w:p w14:paraId="35EFAE49" w14:textId="46931ADE"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1012566458"/>
                <w:placeholder>
                  <w:docPart w:val="A615DA0538104190AEA955A00703B9B8"/>
                </w:placeholder>
                <w:showingPlcHdr/>
              </w:sdtPr>
              <w:sdtContent>
                <w:permStart w:id="2115796903" w:edGrp="everyone"/>
                <w:r w:rsidR="009179B1">
                  <w:rPr>
                    <w:rStyle w:val="Textedelespacerserv"/>
                    <w:rFonts w:asciiTheme="majorHAnsi" w:hAnsiTheme="majorHAnsi" w:cstheme="majorHAnsi"/>
                    <w:sz w:val="20"/>
                    <w:szCs w:val="20"/>
                  </w:rPr>
                  <w:t xml:space="preserve">                            </w:t>
                </w:r>
                <w:permEnd w:id="2115796903"/>
              </w:sdtContent>
            </w:sdt>
          </w:p>
        </w:tc>
        <w:permStart w:id="1539455095" w:edGrp="everyone"/>
        <w:tc>
          <w:tcPr>
            <w:tcW w:w="515" w:type="dxa"/>
            <w:tcBorders>
              <w:right w:val="nil"/>
            </w:tcBorders>
            <w:vAlign w:val="center"/>
          </w:tcPr>
          <w:p w14:paraId="46FE090D"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1250157246"/>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1539455095"/>
          </w:p>
        </w:tc>
        <w:tc>
          <w:tcPr>
            <w:tcW w:w="2178" w:type="dxa"/>
            <w:tcBorders>
              <w:left w:val="nil"/>
            </w:tcBorders>
            <w:vAlign w:val="center"/>
          </w:tcPr>
          <w:p w14:paraId="1AAE0C18" w14:textId="77777777" w:rsidR="00470558" w:rsidRPr="00912009" w:rsidRDefault="00470558" w:rsidP="00A835E5">
            <w:pPr>
              <w:rPr>
                <w:rFonts w:asciiTheme="majorHAnsi" w:hAnsiTheme="majorHAnsi" w:cstheme="majorHAnsi"/>
                <w:sz w:val="20"/>
                <w:szCs w:val="20"/>
              </w:rPr>
            </w:pPr>
            <w:r w:rsidRPr="00912009">
              <w:rPr>
                <w:rFonts w:asciiTheme="majorHAnsi" w:eastAsia="Franklin Gothic Book" w:hAnsiTheme="majorHAnsi" w:cstheme="majorHAnsi"/>
                <w:sz w:val="20"/>
                <w:szCs w:val="20"/>
              </w:rPr>
              <w:t>L</w:t>
            </w:r>
            <w:r>
              <w:rPr>
                <w:rFonts w:asciiTheme="majorHAnsi" w:eastAsia="Franklin Gothic Book" w:hAnsiTheme="majorHAnsi" w:cstheme="majorHAnsi"/>
                <w:sz w:val="20"/>
                <w:szCs w:val="20"/>
              </w:rPr>
              <w:t>e Tremplin</w:t>
            </w:r>
          </w:p>
        </w:tc>
        <w:tc>
          <w:tcPr>
            <w:tcW w:w="2952" w:type="dxa"/>
            <w:vAlign w:val="center"/>
          </w:tcPr>
          <w:p w14:paraId="2212BC6D" w14:textId="222386DB"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241070462"/>
                <w:placeholder>
                  <w:docPart w:val="D98C968D48BF4FC39B899C92D1B9D4E0"/>
                </w:placeholder>
                <w:showingPlcHdr/>
              </w:sdtPr>
              <w:sdtContent>
                <w:permStart w:id="1329865271" w:edGrp="everyone"/>
                <w:r w:rsidR="009179B1">
                  <w:rPr>
                    <w:rStyle w:val="Textedelespacerserv"/>
                    <w:rFonts w:asciiTheme="majorHAnsi" w:hAnsiTheme="majorHAnsi" w:cstheme="majorHAnsi"/>
                    <w:sz w:val="20"/>
                    <w:szCs w:val="20"/>
                  </w:rPr>
                  <w:t xml:space="preserve">                            </w:t>
                </w:r>
                <w:permEnd w:id="1329865271"/>
              </w:sdtContent>
            </w:sdt>
          </w:p>
        </w:tc>
      </w:tr>
      <w:permStart w:id="1890726267" w:edGrp="everyone"/>
      <w:tr w:rsidR="00470558" w:rsidRPr="00912009" w14:paraId="530FF927" w14:textId="77777777" w:rsidTr="00CC0206">
        <w:trPr>
          <w:trHeight w:val="432"/>
        </w:trPr>
        <w:tc>
          <w:tcPr>
            <w:tcW w:w="625" w:type="dxa"/>
            <w:tcBorders>
              <w:right w:val="nil"/>
            </w:tcBorders>
            <w:vAlign w:val="center"/>
          </w:tcPr>
          <w:p w14:paraId="2239349D"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1675253048"/>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1890726267"/>
          </w:p>
        </w:tc>
        <w:tc>
          <w:tcPr>
            <w:tcW w:w="2064" w:type="dxa"/>
            <w:tcBorders>
              <w:left w:val="nil"/>
              <w:bottom w:val="single" w:sz="4" w:space="0" w:color="auto"/>
            </w:tcBorders>
            <w:vAlign w:val="center"/>
          </w:tcPr>
          <w:p w14:paraId="07A42B54" w14:textId="4FEBBE0B" w:rsidR="00470558" w:rsidRPr="00912009" w:rsidRDefault="00470558" w:rsidP="00A835E5">
            <w:pPr>
              <w:rPr>
                <w:rFonts w:asciiTheme="majorHAnsi" w:hAnsiTheme="majorHAnsi" w:cstheme="majorHAnsi"/>
                <w:sz w:val="20"/>
                <w:szCs w:val="20"/>
              </w:rPr>
            </w:pPr>
            <w:r>
              <w:rPr>
                <w:rFonts w:asciiTheme="majorHAnsi" w:eastAsia="MS Gothic" w:hAnsiTheme="majorHAnsi" w:cstheme="majorHAnsi"/>
                <w:sz w:val="20"/>
                <w:szCs w:val="20"/>
              </w:rPr>
              <w:t>R</w:t>
            </w:r>
            <w:r w:rsidR="00A6208E">
              <w:rPr>
                <w:rFonts w:asciiTheme="majorHAnsi" w:eastAsia="MS Gothic" w:hAnsiTheme="majorHAnsi" w:cstheme="majorHAnsi"/>
                <w:sz w:val="20"/>
                <w:szCs w:val="20"/>
              </w:rPr>
              <w:t>AFT</w:t>
            </w:r>
          </w:p>
        </w:tc>
        <w:tc>
          <w:tcPr>
            <w:tcW w:w="2551" w:type="dxa"/>
            <w:tcBorders>
              <w:bottom w:val="single" w:sz="4" w:space="0" w:color="auto"/>
            </w:tcBorders>
            <w:vAlign w:val="center"/>
          </w:tcPr>
          <w:p w14:paraId="401EE326" w14:textId="23E434E9"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1932230894"/>
                <w:placeholder>
                  <w:docPart w:val="BDA564505BFF43BFB8D1970788CB8E49"/>
                </w:placeholder>
                <w:showingPlcHdr/>
              </w:sdtPr>
              <w:sdtContent>
                <w:permStart w:id="1583301575" w:edGrp="everyone"/>
                <w:r w:rsidR="009179B1">
                  <w:rPr>
                    <w:rStyle w:val="Textedelespacerserv"/>
                    <w:rFonts w:asciiTheme="majorHAnsi" w:hAnsiTheme="majorHAnsi" w:cstheme="majorHAnsi"/>
                    <w:sz w:val="20"/>
                    <w:szCs w:val="20"/>
                  </w:rPr>
                  <w:t xml:space="preserve">                            </w:t>
                </w:r>
                <w:permEnd w:id="1583301575"/>
              </w:sdtContent>
            </w:sdt>
          </w:p>
        </w:tc>
        <w:permStart w:id="2019839844" w:edGrp="everyone"/>
        <w:tc>
          <w:tcPr>
            <w:tcW w:w="515" w:type="dxa"/>
            <w:tcBorders>
              <w:bottom w:val="single" w:sz="4" w:space="0" w:color="auto"/>
              <w:right w:val="nil"/>
            </w:tcBorders>
            <w:vAlign w:val="center"/>
          </w:tcPr>
          <w:p w14:paraId="7BFCF408" w14:textId="77777777" w:rsidR="00470558" w:rsidRPr="00912009" w:rsidRDefault="00000000" w:rsidP="00FC1615">
            <w:pPr>
              <w:jc w:val="center"/>
              <w:rPr>
                <w:rFonts w:asciiTheme="majorHAnsi" w:hAnsiTheme="majorHAnsi" w:cstheme="majorHAnsi"/>
                <w:sz w:val="20"/>
                <w:szCs w:val="20"/>
              </w:rPr>
            </w:pPr>
            <w:sdt>
              <w:sdtPr>
                <w:rPr>
                  <w:rFonts w:asciiTheme="majorHAnsi" w:hAnsiTheme="majorHAnsi" w:cstheme="majorHAnsi"/>
                  <w:sz w:val="20"/>
                  <w:szCs w:val="20"/>
                </w:rPr>
                <w:id w:val="-1488771969"/>
                <w14:checkbox>
                  <w14:checked w14:val="0"/>
                  <w14:checkedState w14:val="2612" w14:font="MS Gothic"/>
                  <w14:uncheckedState w14:val="2610" w14:font="MS Gothic"/>
                </w14:checkbox>
              </w:sdtPr>
              <w:sdtContent>
                <w:r w:rsidR="00470558" w:rsidRPr="00912009">
                  <w:rPr>
                    <w:rFonts w:ascii="Segoe UI Symbol" w:eastAsia="MS Gothic" w:hAnsi="Segoe UI Symbol" w:cs="Segoe UI Symbol"/>
                    <w:sz w:val="20"/>
                    <w:szCs w:val="20"/>
                  </w:rPr>
                  <w:t>☐</w:t>
                </w:r>
              </w:sdtContent>
            </w:sdt>
            <w:permEnd w:id="2019839844"/>
          </w:p>
        </w:tc>
        <w:tc>
          <w:tcPr>
            <w:tcW w:w="2178" w:type="dxa"/>
            <w:tcBorders>
              <w:left w:val="nil"/>
              <w:bottom w:val="single" w:sz="4" w:space="0" w:color="auto"/>
            </w:tcBorders>
            <w:vAlign w:val="center"/>
          </w:tcPr>
          <w:p w14:paraId="322ABED5" w14:textId="272B5A8C" w:rsidR="00470558" w:rsidRPr="00912009" w:rsidRDefault="00470558" w:rsidP="00A835E5">
            <w:pPr>
              <w:rPr>
                <w:rFonts w:asciiTheme="majorHAnsi" w:hAnsiTheme="majorHAnsi" w:cstheme="majorHAnsi"/>
                <w:sz w:val="20"/>
                <w:szCs w:val="20"/>
              </w:rPr>
            </w:pPr>
            <w:r>
              <w:rPr>
                <w:rFonts w:asciiTheme="majorHAnsi" w:hAnsiTheme="majorHAnsi" w:cstheme="majorHAnsi"/>
                <w:sz w:val="20"/>
                <w:szCs w:val="20"/>
              </w:rPr>
              <w:t xml:space="preserve">Maison des </w:t>
            </w:r>
            <w:r w:rsidR="004A1A48">
              <w:rPr>
                <w:rFonts w:asciiTheme="majorHAnsi" w:hAnsiTheme="majorHAnsi" w:cstheme="majorHAnsi"/>
                <w:sz w:val="20"/>
                <w:szCs w:val="20"/>
              </w:rPr>
              <w:t>femmes</w:t>
            </w:r>
            <w:r>
              <w:rPr>
                <w:rFonts w:asciiTheme="majorHAnsi" w:hAnsiTheme="majorHAnsi" w:cstheme="majorHAnsi"/>
                <w:sz w:val="20"/>
                <w:szCs w:val="20"/>
              </w:rPr>
              <w:t xml:space="preserve"> </w:t>
            </w:r>
          </w:p>
        </w:tc>
        <w:tc>
          <w:tcPr>
            <w:tcW w:w="2952" w:type="dxa"/>
            <w:tcBorders>
              <w:bottom w:val="single" w:sz="4" w:space="0" w:color="auto"/>
            </w:tcBorders>
            <w:vAlign w:val="center"/>
          </w:tcPr>
          <w:p w14:paraId="2CE7C8D2" w14:textId="6BA6FD3C" w:rsidR="00470558" w:rsidRPr="00912009" w:rsidRDefault="00000000" w:rsidP="00A946E5">
            <w:pPr>
              <w:rPr>
                <w:rFonts w:asciiTheme="majorHAnsi" w:hAnsiTheme="majorHAnsi" w:cstheme="majorHAnsi"/>
                <w:sz w:val="20"/>
                <w:szCs w:val="20"/>
              </w:rPr>
            </w:pPr>
            <w:sdt>
              <w:sdtPr>
                <w:rPr>
                  <w:rFonts w:asciiTheme="majorHAnsi" w:hAnsiTheme="majorHAnsi" w:cstheme="majorHAnsi"/>
                  <w:sz w:val="20"/>
                  <w:szCs w:val="20"/>
                </w:rPr>
                <w:id w:val="587894659"/>
                <w:placeholder>
                  <w:docPart w:val="94E1E448DE4A4FB6B839DD2C5A21F03D"/>
                </w:placeholder>
                <w:showingPlcHdr/>
              </w:sdtPr>
              <w:sdtContent>
                <w:permStart w:id="129106346" w:edGrp="everyone"/>
                <w:r w:rsidR="009179B1">
                  <w:rPr>
                    <w:rStyle w:val="Textedelespacerserv"/>
                    <w:rFonts w:asciiTheme="majorHAnsi" w:hAnsiTheme="majorHAnsi" w:cstheme="majorHAnsi"/>
                    <w:sz w:val="20"/>
                    <w:szCs w:val="20"/>
                  </w:rPr>
                  <w:t xml:space="preserve">                            </w:t>
                </w:r>
                <w:permEnd w:id="129106346"/>
              </w:sdtContent>
            </w:sdt>
          </w:p>
        </w:tc>
      </w:tr>
      <w:permStart w:id="233378877" w:edGrp="everyone"/>
      <w:tr w:rsidR="005D0456" w:rsidRPr="00912009" w14:paraId="7BCFE0D1" w14:textId="77777777" w:rsidTr="00CC0206">
        <w:trPr>
          <w:trHeight w:val="432"/>
        </w:trPr>
        <w:tc>
          <w:tcPr>
            <w:tcW w:w="625" w:type="dxa"/>
            <w:tcBorders>
              <w:right w:val="nil"/>
            </w:tcBorders>
            <w:vAlign w:val="center"/>
          </w:tcPr>
          <w:p w14:paraId="73864007" w14:textId="58A2F1D3" w:rsidR="005D0456" w:rsidRDefault="00000000" w:rsidP="005D0456">
            <w:pPr>
              <w:jc w:val="center"/>
              <w:rPr>
                <w:rFonts w:asciiTheme="majorHAnsi" w:hAnsiTheme="majorHAnsi" w:cstheme="majorHAnsi"/>
                <w:sz w:val="20"/>
                <w:szCs w:val="20"/>
              </w:rPr>
            </w:pPr>
            <w:sdt>
              <w:sdtPr>
                <w:rPr>
                  <w:rFonts w:asciiTheme="majorHAnsi" w:hAnsiTheme="majorHAnsi" w:cstheme="majorHAnsi"/>
                  <w:sz w:val="20"/>
                  <w:szCs w:val="20"/>
                </w:rPr>
                <w:id w:val="-476070012"/>
                <w14:checkbox>
                  <w14:checked w14:val="0"/>
                  <w14:checkedState w14:val="2612" w14:font="MS Gothic"/>
                  <w14:uncheckedState w14:val="2610" w14:font="MS Gothic"/>
                </w14:checkbox>
              </w:sdtPr>
              <w:sdtContent>
                <w:r w:rsidR="005D0456" w:rsidRPr="00912009">
                  <w:rPr>
                    <w:rFonts w:ascii="Segoe UI Symbol" w:eastAsia="MS Gothic" w:hAnsi="Segoe UI Symbol" w:cs="Segoe UI Symbol"/>
                    <w:sz w:val="20"/>
                    <w:szCs w:val="20"/>
                  </w:rPr>
                  <w:t>☐</w:t>
                </w:r>
              </w:sdtContent>
            </w:sdt>
            <w:permEnd w:id="233378877"/>
          </w:p>
        </w:tc>
        <w:tc>
          <w:tcPr>
            <w:tcW w:w="2064" w:type="dxa"/>
            <w:tcBorders>
              <w:left w:val="nil"/>
              <w:bottom w:val="single" w:sz="4" w:space="0" w:color="auto"/>
            </w:tcBorders>
            <w:vAlign w:val="center"/>
          </w:tcPr>
          <w:p w14:paraId="00533765" w14:textId="7D06C87F" w:rsidR="005D0456" w:rsidRDefault="005D0456" w:rsidP="005D0456">
            <w:pPr>
              <w:rPr>
                <w:rFonts w:asciiTheme="majorHAnsi" w:eastAsia="MS Gothic" w:hAnsiTheme="majorHAnsi" w:cstheme="majorHAnsi"/>
                <w:sz w:val="20"/>
                <w:szCs w:val="20"/>
              </w:rPr>
            </w:pPr>
            <w:r w:rsidRPr="00470558">
              <w:rPr>
                <w:rFonts w:asciiTheme="majorHAnsi" w:hAnsiTheme="majorHAnsi" w:cstheme="majorHAnsi"/>
                <w:sz w:val="20"/>
                <w:szCs w:val="20"/>
                <w:lang w:val="fr-CA"/>
              </w:rPr>
              <w:t xml:space="preserve">Établissement scolaire : </w:t>
            </w:r>
          </w:p>
        </w:tc>
        <w:tc>
          <w:tcPr>
            <w:tcW w:w="2551" w:type="dxa"/>
            <w:tcBorders>
              <w:bottom w:val="single" w:sz="4" w:space="0" w:color="auto"/>
            </w:tcBorders>
            <w:vAlign w:val="center"/>
          </w:tcPr>
          <w:p w14:paraId="1380DD75" w14:textId="43FD0A3B" w:rsidR="005D0456" w:rsidRDefault="00000000" w:rsidP="005D0456">
            <w:pPr>
              <w:rPr>
                <w:rFonts w:asciiTheme="majorHAnsi" w:hAnsiTheme="majorHAnsi" w:cstheme="majorHAnsi"/>
                <w:sz w:val="20"/>
                <w:szCs w:val="20"/>
              </w:rPr>
            </w:pPr>
            <w:sdt>
              <w:sdtPr>
                <w:rPr>
                  <w:rFonts w:asciiTheme="majorHAnsi" w:hAnsiTheme="majorHAnsi" w:cstheme="majorHAnsi"/>
                  <w:sz w:val="20"/>
                  <w:szCs w:val="20"/>
                </w:rPr>
                <w:id w:val="-313106918"/>
                <w:placeholder>
                  <w:docPart w:val="8591E26C539B44F3AE13695703E78032"/>
                </w:placeholder>
                <w:showingPlcHdr/>
              </w:sdtPr>
              <w:sdtContent>
                <w:permStart w:id="486090991" w:edGrp="everyone"/>
                <w:r w:rsidR="005D0456">
                  <w:rPr>
                    <w:rStyle w:val="Textedelespacerserv"/>
                    <w:rFonts w:asciiTheme="majorHAnsi" w:hAnsiTheme="majorHAnsi" w:cstheme="majorHAnsi"/>
                    <w:sz w:val="20"/>
                    <w:szCs w:val="20"/>
                  </w:rPr>
                  <w:t xml:space="preserve">                            </w:t>
                </w:r>
                <w:permEnd w:id="486090991"/>
              </w:sdtContent>
            </w:sdt>
          </w:p>
        </w:tc>
        <w:permStart w:id="617366156" w:edGrp="everyone"/>
        <w:tc>
          <w:tcPr>
            <w:tcW w:w="515" w:type="dxa"/>
            <w:tcBorders>
              <w:bottom w:val="single" w:sz="4" w:space="0" w:color="auto"/>
              <w:right w:val="nil"/>
            </w:tcBorders>
            <w:vAlign w:val="center"/>
          </w:tcPr>
          <w:p w14:paraId="51BC9B16" w14:textId="5C4B7EC1" w:rsidR="005D0456" w:rsidRDefault="00000000" w:rsidP="005D0456">
            <w:pPr>
              <w:jc w:val="center"/>
              <w:rPr>
                <w:rFonts w:asciiTheme="majorHAnsi" w:hAnsiTheme="majorHAnsi" w:cstheme="majorHAnsi"/>
                <w:sz w:val="20"/>
                <w:szCs w:val="20"/>
              </w:rPr>
            </w:pPr>
            <w:sdt>
              <w:sdtPr>
                <w:rPr>
                  <w:rFonts w:asciiTheme="majorHAnsi" w:hAnsiTheme="majorHAnsi" w:cstheme="majorHAnsi"/>
                  <w:sz w:val="20"/>
                  <w:szCs w:val="20"/>
                </w:rPr>
                <w:id w:val="693037468"/>
                <w14:checkbox>
                  <w14:checked w14:val="0"/>
                  <w14:checkedState w14:val="2612" w14:font="MS Gothic"/>
                  <w14:uncheckedState w14:val="2610" w14:font="MS Gothic"/>
                </w14:checkbox>
              </w:sdtPr>
              <w:sdtContent>
                <w:r w:rsidR="005D0456" w:rsidRPr="00912009">
                  <w:rPr>
                    <w:rFonts w:ascii="Segoe UI Symbol" w:eastAsia="MS Gothic" w:hAnsi="Segoe UI Symbol" w:cs="Segoe UI Symbol"/>
                    <w:sz w:val="20"/>
                    <w:szCs w:val="20"/>
                  </w:rPr>
                  <w:t>☐</w:t>
                </w:r>
              </w:sdtContent>
            </w:sdt>
            <w:permEnd w:id="617366156"/>
          </w:p>
        </w:tc>
        <w:tc>
          <w:tcPr>
            <w:tcW w:w="2178" w:type="dxa"/>
            <w:tcBorders>
              <w:left w:val="nil"/>
              <w:bottom w:val="single" w:sz="4" w:space="0" w:color="auto"/>
            </w:tcBorders>
            <w:vAlign w:val="center"/>
          </w:tcPr>
          <w:p w14:paraId="4B966B12" w14:textId="77381BD2" w:rsidR="005D0456" w:rsidRDefault="00D8324C" w:rsidP="005D0456">
            <w:pPr>
              <w:rPr>
                <w:rFonts w:asciiTheme="majorHAnsi" w:hAnsiTheme="majorHAnsi" w:cstheme="majorHAnsi"/>
                <w:sz w:val="20"/>
                <w:szCs w:val="20"/>
              </w:rPr>
            </w:pPr>
            <w:r>
              <w:rPr>
                <w:rFonts w:asciiTheme="majorHAnsi" w:hAnsiTheme="majorHAnsi" w:cstheme="majorHAnsi"/>
                <w:sz w:val="20"/>
                <w:szCs w:val="20"/>
              </w:rPr>
              <w:t>Comptoir Alimentaire</w:t>
            </w:r>
          </w:p>
        </w:tc>
        <w:tc>
          <w:tcPr>
            <w:tcW w:w="2952" w:type="dxa"/>
            <w:tcBorders>
              <w:bottom w:val="single" w:sz="4" w:space="0" w:color="auto"/>
            </w:tcBorders>
            <w:vAlign w:val="center"/>
          </w:tcPr>
          <w:p w14:paraId="649679EA" w14:textId="0DC2CE4C" w:rsidR="005D0456" w:rsidRDefault="00000000" w:rsidP="005D0456">
            <w:pPr>
              <w:rPr>
                <w:rFonts w:asciiTheme="majorHAnsi" w:hAnsiTheme="majorHAnsi" w:cstheme="majorHAnsi"/>
                <w:sz w:val="20"/>
                <w:szCs w:val="20"/>
              </w:rPr>
            </w:pPr>
            <w:sdt>
              <w:sdtPr>
                <w:rPr>
                  <w:rFonts w:asciiTheme="majorHAnsi" w:hAnsiTheme="majorHAnsi" w:cstheme="majorHAnsi"/>
                  <w:sz w:val="20"/>
                  <w:szCs w:val="20"/>
                </w:rPr>
                <w:id w:val="-1877622083"/>
                <w:placeholder>
                  <w:docPart w:val="6857E1D51A4344A49FB7C4B4A366C1E7"/>
                </w:placeholder>
                <w:showingPlcHdr/>
              </w:sdtPr>
              <w:sdtContent>
                <w:permStart w:id="8261932" w:edGrp="everyone"/>
                <w:r w:rsidR="00D8324C">
                  <w:rPr>
                    <w:rStyle w:val="Textedelespacerserv"/>
                    <w:rFonts w:asciiTheme="majorHAnsi" w:hAnsiTheme="majorHAnsi" w:cstheme="majorHAnsi"/>
                    <w:sz w:val="20"/>
                    <w:szCs w:val="20"/>
                  </w:rPr>
                  <w:t xml:space="preserve">                            </w:t>
                </w:r>
                <w:permEnd w:id="8261932"/>
              </w:sdtContent>
            </w:sdt>
          </w:p>
        </w:tc>
      </w:tr>
      <w:permStart w:id="195776163" w:edGrp="everyone"/>
      <w:tr w:rsidR="005D0456" w:rsidRPr="00A96640" w14:paraId="7477DAD7" w14:textId="77777777" w:rsidTr="00CC0206">
        <w:trPr>
          <w:trHeight w:val="432"/>
        </w:trPr>
        <w:tc>
          <w:tcPr>
            <w:tcW w:w="625" w:type="dxa"/>
            <w:tcBorders>
              <w:right w:val="nil"/>
            </w:tcBorders>
            <w:vAlign w:val="center"/>
          </w:tcPr>
          <w:p w14:paraId="26D63758" w14:textId="77777777" w:rsidR="005D0456" w:rsidRPr="00912009" w:rsidRDefault="00000000" w:rsidP="005D0456">
            <w:pPr>
              <w:jc w:val="center"/>
              <w:rPr>
                <w:rFonts w:asciiTheme="majorHAnsi" w:hAnsiTheme="majorHAnsi" w:cstheme="majorHAnsi"/>
                <w:sz w:val="20"/>
                <w:szCs w:val="20"/>
              </w:rPr>
            </w:pPr>
            <w:sdt>
              <w:sdtPr>
                <w:rPr>
                  <w:rFonts w:asciiTheme="majorHAnsi" w:hAnsiTheme="majorHAnsi" w:cstheme="majorHAnsi"/>
                  <w:sz w:val="20"/>
                  <w:szCs w:val="20"/>
                </w:rPr>
                <w:id w:val="-329919784"/>
                <w14:checkbox>
                  <w14:checked w14:val="0"/>
                  <w14:checkedState w14:val="2612" w14:font="MS Gothic"/>
                  <w14:uncheckedState w14:val="2610" w14:font="MS Gothic"/>
                </w14:checkbox>
              </w:sdtPr>
              <w:sdtContent>
                <w:r w:rsidR="005D0456">
                  <w:rPr>
                    <w:rFonts w:ascii="MS Gothic" w:eastAsia="MS Gothic" w:hAnsi="MS Gothic" w:cstheme="majorHAnsi" w:hint="eastAsia"/>
                    <w:sz w:val="20"/>
                    <w:szCs w:val="20"/>
                  </w:rPr>
                  <w:t>☐</w:t>
                </w:r>
              </w:sdtContent>
            </w:sdt>
            <w:permEnd w:id="195776163"/>
          </w:p>
        </w:tc>
        <w:tc>
          <w:tcPr>
            <w:tcW w:w="10260" w:type="dxa"/>
            <w:gridSpan w:val="5"/>
            <w:tcBorders>
              <w:left w:val="nil"/>
            </w:tcBorders>
            <w:vAlign w:val="center"/>
          </w:tcPr>
          <w:p w14:paraId="316A2C82" w14:textId="77777777" w:rsidR="00A96640" w:rsidRDefault="00EF50DD" w:rsidP="005D0456">
            <w:pPr>
              <w:rPr>
                <w:sz w:val="20"/>
                <w:szCs w:val="20"/>
                <w:lang w:val="fr-CA"/>
              </w:rPr>
            </w:pPr>
            <w:r w:rsidRPr="00EF50DD">
              <w:rPr>
                <w:sz w:val="20"/>
                <w:szCs w:val="20"/>
                <w:lang w:val="fr-CA"/>
              </w:rPr>
              <w:t>Santé Québec Mauricie-et-Centre-du-Québec Universitaire</w:t>
            </w:r>
            <w:r w:rsidR="00A96640">
              <w:rPr>
                <w:sz w:val="20"/>
                <w:szCs w:val="20"/>
                <w:lang w:val="fr-CA"/>
              </w:rPr>
              <w:t xml:space="preserve"> </w:t>
            </w:r>
            <w:r w:rsidR="005D0456" w:rsidRPr="00470558">
              <w:rPr>
                <w:rFonts w:asciiTheme="majorHAnsi" w:hAnsiTheme="majorHAnsi" w:cstheme="majorHAnsi"/>
                <w:sz w:val="20"/>
                <w:szCs w:val="20"/>
                <w:lang w:val="fr-CA" w:eastAsia="fr-CA"/>
              </w:rPr>
              <w:t>(DI-TSA-DP, DPJ, JED, PIN</w:t>
            </w:r>
            <w:r w:rsidR="005D0456">
              <w:rPr>
                <w:rFonts w:asciiTheme="majorHAnsi" w:hAnsiTheme="majorHAnsi" w:cstheme="majorHAnsi"/>
                <w:sz w:val="20"/>
                <w:szCs w:val="20"/>
                <w:lang w:val="fr-CA" w:eastAsia="fr-CA"/>
              </w:rPr>
              <w:t>,</w:t>
            </w:r>
            <w:r w:rsidR="005D0456" w:rsidRPr="00470558">
              <w:rPr>
                <w:rFonts w:asciiTheme="majorHAnsi" w:hAnsiTheme="majorHAnsi" w:cstheme="majorHAnsi"/>
                <w:sz w:val="20"/>
                <w:szCs w:val="20"/>
                <w:lang w:val="fr-CA" w:eastAsia="fr-CA"/>
              </w:rPr>
              <w:t xml:space="preserve"> Domrémy, SMJ, SMA,</w:t>
            </w:r>
            <w:r w:rsidR="005D0456">
              <w:rPr>
                <w:rFonts w:asciiTheme="majorHAnsi" w:hAnsiTheme="majorHAnsi" w:cstheme="majorHAnsi"/>
                <w:sz w:val="20"/>
                <w:szCs w:val="20"/>
                <w:lang w:val="fr-CA" w:eastAsia="fr-CA"/>
              </w:rPr>
              <w:t xml:space="preserve"> </w:t>
            </w:r>
            <w:r w:rsidR="005D0456" w:rsidRPr="00470558">
              <w:rPr>
                <w:rFonts w:asciiTheme="majorHAnsi" w:hAnsiTheme="majorHAnsi" w:cstheme="majorHAnsi"/>
                <w:sz w:val="20"/>
                <w:szCs w:val="20"/>
                <w:lang w:val="fr-CA" w:eastAsia="fr-CA"/>
              </w:rPr>
              <w:t>etc.)</w:t>
            </w:r>
            <w:r w:rsidR="00A96640">
              <w:rPr>
                <w:sz w:val="20"/>
                <w:szCs w:val="20"/>
                <w:lang w:val="fr-CA"/>
              </w:rPr>
              <w:t xml:space="preserve"> </w:t>
            </w:r>
          </w:p>
          <w:p w14:paraId="7B39D39B" w14:textId="4AEAEBF0" w:rsidR="005D0456" w:rsidRPr="00EF50DD" w:rsidRDefault="005D0456" w:rsidP="005D0456">
            <w:pPr>
              <w:rPr>
                <w:sz w:val="20"/>
                <w:szCs w:val="20"/>
                <w:lang w:val="fr-CA"/>
              </w:rPr>
            </w:pPr>
            <w:r>
              <w:rPr>
                <w:rFonts w:asciiTheme="majorHAnsi" w:hAnsiTheme="majorHAnsi" w:cstheme="majorHAnsi"/>
                <w:sz w:val="20"/>
                <w:szCs w:val="20"/>
                <w:lang w:val="fr-CA" w:eastAsia="fr-CA"/>
              </w:rPr>
              <w:t xml:space="preserve"> </w:t>
            </w:r>
            <w:sdt>
              <w:sdtPr>
                <w:rPr>
                  <w:rFonts w:asciiTheme="majorHAnsi" w:hAnsiTheme="majorHAnsi" w:cstheme="majorHAnsi"/>
                  <w:sz w:val="20"/>
                  <w:szCs w:val="20"/>
                </w:rPr>
                <w:id w:val="-48921470"/>
                <w:placeholder>
                  <w:docPart w:val="CBF0424FC7354628B5E8F09578A73D2A"/>
                </w:placeholder>
                <w:showingPlcHdr/>
              </w:sdtPr>
              <w:sdtContent>
                <w:permStart w:id="338846273" w:edGrp="everyone"/>
                <w:r w:rsidRPr="00D252BE">
                  <w:rPr>
                    <w:rStyle w:val="Textedelespacerserv"/>
                    <w:rFonts w:asciiTheme="majorHAnsi" w:hAnsiTheme="majorHAnsi" w:cstheme="majorHAnsi"/>
                    <w:sz w:val="20"/>
                    <w:szCs w:val="20"/>
                    <w:lang w:val="fr-CA"/>
                  </w:rPr>
                  <w:t xml:space="preserve">                            </w:t>
                </w:r>
                <w:permEnd w:id="338846273"/>
              </w:sdtContent>
            </w:sdt>
          </w:p>
        </w:tc>
      </w:tr>
      <w:permStart w:id="1971210140" w:edGrp="everyone"/>
      <w:tr w:rsidR="005D0456" w:rsidRPr="00A86FA6" w14:paraId="574406D8" w14:textId="77777777" w:rsidTr="00CC0206">
        <w:trPr>
          <w:trHeight w:val="432"/>
        </w:trPr>
        <w:tc>
          <w:tcPr>
            <w:tcW w:w="625" w:type="dxa"/>
            <w:tcBorders>
              <w:right w:val="nil"/>
            </w:tcBorders>
            <w:vAlign w:val="center"/>
          </w:tcPr>
          <w:p w14:paraId="43FB2826" w14:textId="77777777" w:rsidR="005D0456" w:rsidRPr="00912009" w:rsidRDefault="00000000" w:rsidP="005D0456">
            <w:pPr>
              <w:jc w:val="center"/>
              <w:rPr>
                <w:rFonts w:asciiTheme="majorHAnsi" w:hAnsiTheme="majorHAnsi" w:cstheme="majorHAnsi"/>
                <w:sz w:val="20"/>
                <w:szCs w:val="20"/>
              </w:rPr>
            </w:pPr>
            <w:sdt>
              <w:sdtPr>
                <w:rPr>
                  <w:rFonts w:asciiTheme="majorHAnsi" w:hAnsiTheme="majorHAnsi" w:cstheme="majorHAnsi"/>
                  <w:sz w:val="20"/>
                  <w:szCs w:val="20"/>
                </w:rPr>
                <w:id w:val="-339392779"/>
                <w14:checkbox>
                  <w14:checked w14:val="0"/>
                  <w14:checkedState w14:val="2612" w14:font="MS Gothic"/>
                  <w14:uncheckedState w14:val="2610" w14:font="MS Gothic"/>
                </w14:checkbox>
              </w:sdtPr>
              <w:sdtContent>
                <w:r w:rsidR="005D0456" w:rsidRPr="00912009">
                  <w:rPr>
                    <w:rFonts w:ascii="Segoe UI Symbol" w:eastAsia="MS Gothic" w:hAnsi="Segoe UI Symbol" w:cs="Segoe UI Symbol"/>
                    <w:sz w:val="20"/>
                    <w:szCs w:val="20"/>
                  </w:rPr>
                  <w:t>☐</w:t>
                </w:r>
              </w:sdtContent>
            </w:sdt>
            <w:permEnd w:id="1971210140"/>
          </w:p>
        </w:tc>
        <w:tc>
          <w:tcPr>
            <w:tcW w:w="10260" w:type="dxa"/>
            <w:gridSpan w:val="5"/>
            <w:tcBorders>
              <w:left w:val="nil"/>
            </w:tcBorders>
            <w:vAlign w:val="center"/>
          </w:tcPr>
          <w:p w14:paraId="15401A77" w14:textId="4F71630D" w:rsidR="005D0456" w:rsidRPr="00470558" w:rsidRDefault="005D0456" w:rsidP="005D0456">
            <w:pPr>
              <w:rPr>
                <w:rFonts w:asciiTheme="majorHAnsi" w:eastAsia="Franklin Gothic Book" w:hAnsiTheme="majorHAnsi" w:cstheme="majorHAnsi"/>
                <w:color w:val="000000" w:themeColor="text1"/>
                <w:sz w:val="20"/>
                <w:szCs w:val="20"/>
                <w:lang w:val="fr-CA"/>
              </w:rPr>
            </w:pPr>
            <w:r w:rsidRPr="00470558">
              <w:rPr>
                <w:rFonts w:asciiTheme="majorHAnsi" w:eastAsia="MS Gothic" w:hAnsiTheme="majorHAnsi" w:cstheme="majorHAnsi"/>
                <w:sz w:val="20"/>
                <w:szCs w:val="20"/>
                <w:lang w:val="fr-CA"/>
              </w:rPr>
              <w:t xml:space="preserve">Milieu de garde/CPE : </w:t>
            </w:r>
            <w:sdt>
              <w:sdtPr>
                <w:rPr>
                  <w:rFonts w:asciiTheme="majorHAnsi" w:hAnsiTheme="majorHAnsi" w:cstheme="majorHAnsi"/>
                  <w:sz w:val="20"/>
                  <w:szCs w:val="20"/>
                </w:rPr>
                <w:id w:val="-581530277"/>
                <w:placeholder>
                  <w:docPart w:val="C1C63A591E9F497D92C87B53D170D59B"/>
                </w:placeholder>
                <w:showingPlcHdr/>
              </w:sdtPr>
              <w:sdtContent>
                <w:permStart w:id="877992141" w:edGrp="everyone"/>
                <w:r>
                  <w:rPr>
                    <w:rStyle w:val="Textedelespacerserv"/>
                    <w:rFonts w:asciiTheme="majorHAnsi" w:hAnsiTheme="majorHAnsi" w:cstheme="majorHAnsi"/>
                    <w:sz w:val="20"/>
                    <w:szCs w:val="20"/>
                  </w:rPr>
                  <w:t xml:space="preserve">                            </w:t>
                </w:r>
                <w:permEnd w:id="877992141"/>
              </w:sdtContent>
            </w:sdt>
          </w:p>
        </w:tc>
      </w:tr>
      <w:permStart w:id="1931811257" w:edGrp="everyone"/>
      <w:tr w:rsidR="005D0456" w:rsidRPr="00A86FA6" w14:paraId="5BD849FB" w14:textId="77777777" w:rsidTr="00CC0206">
        <w:trPr>
          <w:trHeight w:val="432"/>
        </w:trPr>
        <w:tc>
          <w:tcPr>
            <w:tcW w:w="625" w:type="dxa"/>
            <w:tcBorders>
              <w:right w:val="nil"/>
            </w:tcBorders>
            <w:vAlign w:val="center"/>
          </w:tcPr>
          <w:p w14:paraId="67C76E79" w14:textId="77777777" w:rsidR="005D0456" w:rsidRDefault="00000000" w:rsidP="005D0456">
            <w:pPr>
              <w:jc w:val="center"/>
              <w:rPr>
                <w:rFonts w:asciiTheme="majorHAnsi" w:hAnsiTheme="majorHAnsi" w:cstheme="majorHAnsi"/>
                <w:sz w:val="20"/>
                <w:szCs w:val="20"/>
              </w:rPr>
            </w:pPr>
            <w:sdt>
              <w:sdtPr>
                <w:rPr>
                  <w:rFonts w:asciiTheme="majorHAnsi" w:hAnsiTheme="majorHAnsi" w:cstheme="majorHAnsi"/>
                  <w:sz w:val="20"/>
                  <w:szCs w:val="20"/>
                </w:rPr>
                <w:id w:val="821627829"/>
                <w14:checkbox>
                  <w14:checked w14:val="0"/>
                  <w14:checkedState w14:val="2612" w14:font="MS Gothic"/>
                  <w14:uncheckedState w14:val="2610" w14:font="MS Gothic"/>
                </w14:checkbox>
              </w:sdtPr>
              <w:sdtContent>
                <w:r w:rsidR="005D0456" w:rsidRPr="00912009">
                  <w:rPr>
                    <w:rFonts w:ascii="Segoe UI Symbol" w:eastAsia="MS Gothic" w:hAnsi="Segoe UI Symbol" w:cs="Segoe UI Symbol"/>
                    <w:sz w:val="20"/>
                    <w:szCs w:val="20"/>
                  </w:rPr>
                  <w:t>☐</w:t>
                </w:r>
              </w:sdtContent>
            </w:sdt>
            <w:permEnd w:id="1931811257"/>
          </w:p>
        </w:tc>
        <w:tc>
          <w:tcPr>
            <w:tcW w:w="10260" w:type="dxa"/>
            <w:gridSpan w:val="5"/>
            <w:tcBorders>
              <w:left w:val="nil"/>
            </w:tcBorders>
            <w:vAlign w:val="center"/>
          </w:tcPr>
          <w:p w14:paraId="68E60846" w14:textId="1B52352A" w:rsidR="005D0456" w:rsidRPr="00470558" w:rsidRDefault="005D0456" w:rsidP="005D0456">
            <w:pPr>
              <w:rPr>
                <w:rFonts w:asciiTheme="majorHAnsi" w:eastAsia="Franklin Gothic Book" w:hAnsiTheme="majorHAnsi" w:cstheme="majorHAnsi"/>
                <w:color w:val="000000" w:themeColor="text1"/>
                <w:sz w:val="20"/>
                <w:szCs w:val="20"/>
                <w:lang w:val="fr-CA"/>
              </w:rPr>
            </w:pPr>
            <w:r w:rsidRPr="00470558">
              <w:rPr>
                <w:rFonts w:asciiTheme="majorHAnsi" w:eastAsia="MS Gothic" w:hAnsiTheme="majorHAnsi" w:cstheme="majorHAnsi"/>
                <w:sz w:val="20"/>
                <w:szCs w:val="20"/>
                <w:lang w:val="fr-CA"/>
              </w:rPr>
              <w:t xml:space="preserve">Médecin, pédopsychiatre : </w:t>
            </w:r>
            <w:sdt>
              <w:sdtPr>
                <w:rPr>
                  <w:rFonts w:asciiTheme="majorHAnsi" w:hAnsiTheme="majorHAnsi" w:cstheme="majorHAnsi"/>
                  <w:sz w:val="20"/>
                  <w:szCs w:val="20"/>
                </w:rPr>
                <w:id w:val="410135207"/>
                <w:placeholder>
                  <w:docPart w:val="11075AEEA108494E804F3F09251A2F01"/>
                </w:placeholder>
                <w:showingPlcHdr/>
              </w:sdtPr>
              <w:sdtContent>
                <w:permStart w:id="296897037" w:edGrp="everyone"/>
                <w:r>
                  <w:rPr>
                    <w:rStyle w:val="Textedelespacerserv"/>
                    <w:rFonts w:asciiTheme="majorHAnsi" w:hAnsiTheme="majorHAnsi" w:cstheme="majorHAnsi"/>
                    <w:sz w:val="20"/>
                    <w:szCs w:val="20"/>
                  </w:rPr>
                  <w:t xml:space="preserve">                            </w:t>
                </w:r>
                <w:permEnd w:id="296897037"/>
              </w:sdtContent>
            </w:sdt>
          </w:p>
        </w:tc>
      </w:tr>
      <w:permStart w:id="462452671" w:edGrp="everyone"/>
      <w:tr w:rsidR="005D0456" w:rsidRPr="00912009" w14:paraId="4C542CF1" w14:textId="77777777" w:rsidTr="00CC0206">
        <w:trPr>
          <w:trHeight w:val="432"/>
        </w:trPr>
        <w:tc>
          <w:tcPr>
            <w:tcW w:w="625" w:type="dxa"/>
            <w:tcBorders>
              <w:right w:val="nil"/>
            </w:tcBorders>
            <w:vAlign w:val="center"/>
          </w:tcPr>
          <w:p w14:paraId="139B193F" w14:textId="77777777" w:rsidR="005D0456" w:rsidRPr="00912009" w:rsidRDefault="00000000" w:rsidP="005D0456">
            <w:pPr>
              <w:jc w:val="center"/>
              <w:rPr>
                <w:rFonts w:asciiTheme="majorHAnsi" w:hAnsiTheme="majorHAnsi" w:cstheme="majorHAnsi"/>
                <w:sz w:val="20"/>
                <w:szCs w:val="20"/>
              </w:rPr>
            </w:pPr>
            <w:sdt>
              <w:sdtPr>
                <w:rPr>
                  <w:rFonts w:asciiTheme="majorHAnsi" w:hAnsiTheme="majorHAnsi" w:cstheme="majorHAnsi"/>
                  <w:sz w:val="20"/>
                  <w:szCs w:val="20"/>
                </w:rPr>
                <w:id w:val="1359930924"/>
                <w14:checkbox>
                  <w14:checked w14:val="0"/>
                  <w14:checkedState w14:val="2612" w14:font="MS Gothic"/>
                  <w14:uncheckedState w14:val="2610" w14:font="MS Gothic"/>
                </w14:checkbox>
              </w:sdtPr>
              <w:sdtContent>
                <w:r w:rsidR="005D0456" w:rsidRPr="00912009">
                  <w:rPr>
                    <w:rFonts w:ascii="Segoe UI Symbol" w:eastAsia="MS Gothic" w:hAnsi="Segoe UI Symbol" w:cs="Segoe UI Symbol"/>
                    <w:sz w:val="20"/>
                    <w:szCs w:val="20"/>
                  </w:rPr>
                  <w:t>☐</w:t>
                </w:r>
              </w:sdtContent>
            </w:sdt>
            <w:permEnd w:id="462452671"/>
          </w:p>
        </w:tc>
        <w:tc>
          <w:tcPr>
            <w:tcW w:w="10260" w:type="dxa"/>
            <w:gridSpan w:val="5"/>
            <w:tcBorders>
              <w:left w:val="nil"/>
            </w:tcBorders>
            <w:vAlign w:val="center"/>
          </w:tcPr>
          <w:p w14:paraId="4024516A" w14:textId="22E94EB7" w:rsidR="005D0456" w:rsidRDefault="005D0456" w:rsidP="005D0456">
            <w:pPr>
              <w:rPr>
                <w:rFonts w:asciiTheme="majorHAnsi" w:eastAsia="MS Gothic" w:hAnsiTheme="majorHAnsi" w:cstheme="majorHAnsi"/>
                <w:sz w:val="20"/>
                <w:szCs w:val="20"/>
              </w:rPr>
            </w:pPr>
            <w:r>
              <w:rPr>
                <w:rFonts w:asciiTheme="majorHAnsi" w:eastAsia="MS Gothic" w:hAnsiTheme="majorHAnsi" w:cstheme="majorHAnsi"/>
                <w:sz w:val="20"/>
                <w:szCs w:val="20"/>
              </w:rPr>
              <w:t>Autres :</w:t>
            </w:r>
            <w:r>
              <w:rPr>
                <w:rFonts w:asciiTheme="majorHAnsi" w:hAnsiTheme="majorHAnsi" w:cstheme="majorHAnsi"/>
                <w:sz w:val="20"/>
                <w:szCs w:val="20"/>
              </w:rPr>
              <w:t xml:space="preserve"> </w:t>
            </w:r>
            <w:sdt>
              <w:sdtPr>
                <w:rPr>
                  <w:rFonts w:asciiTheme="majorHAnsi" w:hAnsiTheme="majorHAnsi" w:cstheme="majorHAnsi"/>
                  <w:sz w:val="20"/>
                  <w:szCs w:val="20"/>
                </w:rPr>
                <w:id w:val="1395544247"/>
                <w:placeholder>
                  <w:docPart w:val="45638229D0C0458C945C5F5552A8220B"/>
                </w:placeholder>
                <w:showingPlcHdr/>
              </w:sdtPr>
              <w:sdtContent>
                <w:permStart w:id="1585274925" w:edGrp="everyone"/>
                <w:r>
                  <w:rPr>
                    <w:rStyle w:val="Textedelespacerserv"/>
                    <w:rFonts w:asciiTheme="majorHAnsi" w:hAnsiTheme="majorHAnsi" w:cstheme="majorHAnsi"/>
                    <w:sz w:val="20"/>
                    <w:szCs w:val="20"/>
                  </w:rPr>
                  <w:t xml:space="preserve">                            </w:t>
                </w:r>
                <w:permEnd w:id="1585274925"/>
              </w:sdtContent>
            </w:sdt>
          </w:p>
        </w:tc>
      </w:tr>
      <w:tr w:rsidR="005D0456" w:rsidRPr="00A96640" w14:paraId="2A0A9382" w14:textId="77777777" w:rsidTr="00A835E5">
        <w:trPr>
          <w:trHeight w:val="432"/>
        </w:trPr>
        <w:tc>
          <w:tcPr>
            <w:tcW w:w="10885" w:type="dxa"/>
            <w:gridSpan w:val="6"/>
            <w:vAlign w:val="center"/>
          </w:tcPr>
          <w:p w14:paraId="544D06CC" w14:textId="37369502" w:rsidR="005D0456" w:rsidRPr="00470558" w:rsidRDefault="005D0456" w:rsidP="005D0456">
            <w:pPr>
              <w:rPr>
                <w:rFonts w:asciiTheme="majorHAnsi" w:hAnsiTheme="majorHAnsi" w:cstheme="majorHAnsi"/>
                <w:sz w:val="20"/>
                <w:szCs w:val="20"/>
                <w:lang w:val="fr-CA"/>
              </w:rPr>
            </w:pPr>
            <w:r w:rsidRPr="00A835E5">
              <w:rPr>
                <w:rFonts w:asciiTheme="majorHAnsi" w:hAnsiTheme="majorHAnsi" w:cstheme="majorHAnsi"/>
                <w:b/>
                <w:bCs/>
                <w:sz w:val="20"/>
                <w:szCs w:val="20"/>
                <w:lang w:val="fr-CA"/>
              </w:rPr>
              <w:t>Identifier la personne la plus significative pour le parent ou pour le jeune</w:t>
            </w:r>
            <w:r w:rsidRPr="00A835E5">
              <w:rPr>
                <w:rFonts w:asciiTheme="majorHAnsi" w:hAnsiTheme="majorHAnsi" w:cstheme="majorHAnsi"/>
                <w:sz w:val="20"/>
                <w:szCs w:val="20"/>
                <w:lang w:val="fr-CA"/>
              </w:rPr>
              <w:t> </w:t>
            </w:r>
            <w:r w:rsidRPr="00470558">
              <w:rPr>
                <w:rFonts w:asciiTheme="majorHAnsi" w:hAnsiTheme="majorHAnsi" w:cstheme="majorHAnsi"/>
                <w:sz w:val="20"/>
                <w:szCs w:val="20"/>
                <w:lang w:val="fr-CA"/>
              </w:rPr>
              <w:t xml:space="preserve">:  </w:t>
            </w:r>
            <w:sdt>
              <w:sdtPr>
                <w:rPr>
                  <w:rFonts w:asciiTheme="majorHAnsi" w:hAnsiTheme="majorHAnsi" w:cstheme="majorHAnsi"/>
                  <w:sz w:val="20"/>
                  <w:szCs w:val="20"/>
                </w:rPr>
                <w:id w:val="-947395480"/>
                <w:placeholder>
                  <w:docPart w:val="6B45ACEC645F480B9599DDAE7B39EA87"/>
                </w:placeholder>
                <w:showingPlcHdr/>
              </w:sdtPr>
              <w:sdtContent>
                <w:permStart w:id="1368159091" w:edGrp="everyone"/>
                <w:r w:rsidRPr="00D252BE">
                  <w:rPr>
                    <w:rStyle w:val="Textedelespacerserv"/>
                    <w:rFonts w:asciiTheme="majorHAnsi" w:hAnsiTheme="majorHAnsi" w:cstheme="majorHAnsi"/>
                    <w:sz w:val="20"/>
                    <w:szCs w:val="20"/>
                    <w:lang w:val="fr-CA"/>
                  </w:rPr>
                  <w:t xml:space="preserve">                            </w:t>
                </w:r>
                <w:permEnd w:id="1368159091"/>
              </w:sdtContent>
            </w:sdt>
          </w:p>
        </w:tc>
      </w:tr>
    </w:tbl>
    <w:p w14:paraId="75C77908" w14:textId="21A7766B" w:rsidR="00B57517" w:rsidRPr="00330279" w:rsidRDefault="00B57517" w:rsidP="009F4035">
      <w:pPr>
        <w:spacing w:after="0"/>
        <w:rPr>
          <w:rFonts w:asciiTheme="majorHAnsi" w:hAnsiTheme="majorHAnsi" w:cstheme="majorHAnsi"/>
          <w:sz w:val="20"/>
          <w:szCs w:val="20"/>
          <w:lang w:val="fr-CA"/>
        </w:rPr>
      </w:pPr>
    </w:p>
    <w:p w14:paraId="48B9E30D" w14:textId="77777777" w:rsidR="00470558" w:rsidRPr="00470558" w:rsidRDefault="00470558" w:rsidP="00A946E5">
      <w:pPr>
        <w:spacing w:after="18"/>
        <w:ind w:right="877"/>
        <w:jc w:val="center"/>
        <w:rPr>
          <w:rFonts w:asciiTheme="majorHAnsi" w:hAnsiTheme="majorHAnsi" w:cstheme="majorHAnsi"/>
          <w:b/>
          <w:bCs/>
          <w:color w:val="EE0000"/>
          <w:sz w:val="20"/>
          <w:szCs w:val="20"/>
          <w:lang w:val="fr-CA"/>
        </w:rPr>
      </w:pPr>
      <w:r w:rsidRPr="00470558">
        <w:rPr>
          <w:rFonts w:asciiTheme="majorHAnsi" w:hAnsiTheme="majorHAnsi" w:cstheme="majorHAnsi"/>
          <w:b/>
          <w:bCs/>
          <w:color w:val="EE0000"/>
          <w:sz w:val="20"/>
          <w:szCs w:val="20"/>
          <w:lang w:val="fr-CA"/>
        </w:rPr>
        <w:t xml:space="preserve">Vous pouvez faire parvenir votre fiche de référence ET l’autorisation à communiquer des renseignements </w:t>
      </w:r>
    </w:p>
    <w:p w14:paraId="1E483601" w14:textId="137E54B4" w:rsidR="00470558" w:rsidRPr="00470558" w:rsidRDefault="00470558" w:rsidP="00A946E5">
      <w:pPr>
        <w:spacing w:after="18"/>
        <w:ind w:right="877"/>
        <w:jc w:val="center"/>
        <w:rPr>
          <w:rFonts w:asciiTheme="majorHAnsi" w:hAnsiTheme="majorHAnsi" w:cstheme="majorHAnsi"/>
          <w:b/>
          <w:bCs/>
          <w:color w:val="EE0000"/>
          <w:sz w:val="20"/>
          <w:szCs w:val="20"/>
          <w:lang w:val="fr-CA"/>
        </w:rPr>
      </w:pPr>
      <w:r w:rsidRPr="00470558">
        <w:rPr>
          <w:rFonts w:asciiTheme="majorHAnsi" w:hAnsiTheme="majorHAnsi" w:cstheme="majorHAnsi"/>
          <w:b/>
          <w:bCs/>
          <w:color w:val="EE0000"/>
          <w:sz w:val="20"/>
          <w:szCs w:val="20"/>
          <w:u w:val="single"/>
          <w:lang w:val="fr-CA"/>
        </w:rPr>
        <w:t>SIGNÉ</w:t>
      </w:r>
      <w:r w:rsidR="007F6BA6">
        <w:rPr>
          <w:rFonts w:asciiTheme="majorHAnsi" w:hAnsiTheme="majorHAnsi" w:cstheme="majorHAnsi"/>
          <w:b/>
          <w:bCs/>
          <w:color w:val="EE0000"/>
          <w:sz w:val="20"/>
          <w:szCs w:val="20"/>
          <w:u w:val="single"/>
          <w:lang w:val="fr-CA"/>
        </w:rPr>
        <w:t>E</w:t>
      </w:r>
      <w:r w:rsidRPr="00470558">
        <w:rPr>
          <w:rFonts w:asciiTheme="majorHAnsi" w:hAnsiTheme="majorHAnsi" w:cstheme="majorHAnsi"/>
          <w:b/>
          <w:bCs/>
          <w:color w:val="EE0000"/>
          <w:sz w:val="20"/>
          <w:szCs w:val="20"/>
          <w:u w:val="single"/>
          <w:lang w:val="fr-CA"/>
        </w:rPr>
        <w:t>S DE TOUS</w:t>
      </w:r>
      <w:r w:rsidRPr="00470558">
        <w:rPr>
          <w:rFonts w:asciiTheme="majorHAnsi" w:hAnsiTheme="majorHAnsi" w:cstheme="majorHAnsi"/>
          <w:b/>
          <w:bCs/>
          <w:color w:val="EE0000"/>
          <w:sz w:val="20"/>
          <w:szCs w:val="20"/>
          <w:lang w:val="fr-CA"/>
        </w:rPr>
        <w:t xml:space="preserve"> à l’adresse courriel ci-dessous </w:t>
      </w:r>
    </w:p>
    <w:p w14:paraId="534C7464" w14:textId="77777777" w:rsidR="00470558" w:rsidRPr="00470558" w:rsidRDefault="00470558" w:rsidP="00081331">
      <w:pPr>
        <w:spacing w:after="18"/>
        <w:ind w:right="877"/>
        <w:jc w:val="center"/>
        <w:rPr>
          <w:rFonts w:asciiTheme="majorHAnsi" w:hAnsiTheme="majorHAnsi" w:cstheme="majorHAnsi"/>
          <w:sz w:val="20"/>
          <w:szCs w:val="20"/>
          <w:lang w:val="fr-CA"/>
        </w:rPr>
      </w:pPr>
      <w:hyperlink r:id="rId11" w:history="1">
        <w:r w:rsidRPr="00470558">
          <w:rPr>
            <w:rStyle w:val="Lienhypertexte"/>
            <w:rFonts w:asciiTheme="majorHAnsi" w:eastAsia="Arial" w:hAnsiTheme="majorHAnsi" w:cstheme="majorHAnsi"/>
            <w:b/>
            <w:bCs/>
            <w:sz w:val="20"/>
            <w:szCs w:val="20"/>
            <w:lang w:val="fr-CA"/>
          </w:rPr>
          <w:t>agirensemble@maisonfamilledrummond.org</w:t>
        </w:r>
      </w:hyperlink>
    </w:p>
    <w:p w14:paraId="371A0ABA" w14:textId="7B638F7F" w:rsidR="00470558" w:rsidRPr="00470558" w:rsidRDefault="00470558" w:rsidP="00081331">
      <w:pPr>
        <w:pStyle w:val="Paragraphedeliste"/>
        <w:spacing w:after="120"/>
        <w:ind w:left="144" w:right="877"/>
        <w:jc w:val="center"/>
        <w:rPr>
          <w:rFonts w:asciiTheme="majorHAnsi" w:hAnsiTheme="majorHAnsi" w:cstheme="majorHAnsi"/>
          <w:b/>
          <w:bCs/>
          <w:color w:val="EE0000"/>
          <w:sz w:val="20"/>
          <w:szCs w:val="20"/>
          <w:u w:val="single"/>
          <w:lang w:val="fr-CA"/>
        </w:rPr>
      </w:pPr>
      <w:r w:rsidRPr="00470558">
        <w:rPr>
          <w:rFonts w:asciiTheme="majorHAnsi" w:hAnsiTheme="majorHAnsi" w:cstheme="majorHAnsi"/>
          <w:b/>
          <w:bCs/>
          <w:color w:val="EE0000"/>
          <w:sz w:val="20"/>
          <w:szCs w:val="20"/>
          <w:u w:val="single"/>
          <w:lang w:val="fr-CA"/>
        </w:rPr>
        <w:t>* L’AUTORISATION PARENTALE DES 2 PARENTS EST NÉCESSAIRE *</w:t>
      </w:r>
    </w:p>
    <w:tbl>
      <w:tblPr>
        <w:tblStyle w:val="Grilledutableau"/>
        <w:tblW w:w="0" w:type="auto"/>
        <w:tblInd w:w="18" w:type="dxa"/>
        <w:tblLook w:val="04A0" w:firstRow="1" w:lastRow="0" w:firstColumn="1" w:lastColumn="0" w:noHBand="0" w:noVBand="1"/>
      </w:tblPr>
      <w:tblGrid>
        <w:gridCol w:w="5526"/>
        <w:gridCol w:w="447"/>
        <w:gridCol w:w="4899"/>
      </w:tblGrid>
      <w:tr w:rsidR="00FC465E" w:rsidRPr="00470558" w14:paraId="16417036" w14:textId="77777777" w:rsidTr="007F6BA6">
        <w:trPr>
          <w:trHeight w:val="720"/>
        </w:trPr>
        <w:tc>
          <w:tcPr>
            <w:tcW w:w="5526" w:type="dxa"/>
            <w:tcBorders>
              <w:top w:val="nil"/>
              <w:left w:val="nil"/>
              <w:bottom w:val="single" w:sz="4" w:space="0" w:color="auto"/>
              <w:right w:val="nil"/>
            </w:tcBorders>
          </w:tcPr>
          <w:p w14:paraId="61570990" w14:textId="77777777" w:rsidR="00FC465E" w:rsidRDefault="00FC465E">
            <w:pPr>
              <w:rPr>
                <w:rFonts w:asciiTheme="majorHAnsi" w:hAnsiTheme="majorHAnsi" w:cstheme="majorHAnsi"/>
                <w:sz w:val="20"/>
                <w:szCs w:val="20"/>
                <w:lang w:val="fr-CA"/>
              </w:rPr>
            </w:pPr>
          </w:p>
          <w:p w14:paraId="69B0B9F5" w14:textId="77777777" w:rsidR="009F4035" w:rsidRDefault="009F4035">
            <w:pPr>
              <w:rPr>
                <w:rFonts w:asciiTheme="majorHAnsi" w:hAnsiTheme="majorHAnsi" w:cstheme="majorHAnsi"/>
                <w:sz w:val="20"/>
                <w:szCs w:val="20"/>
                <w:lang w:val="fr-CA"/>
              </w:rPr>
            </w:pPr>
          </w:p>
          <w:p w14:paraId="070E81A8" w14:textId="030FC069" w:rsidR="009F4035" w:rsidRPr="00470558" w:rsidRDefault="00000000">
            <w:pPr>
              <w:rPr>
                <w:rFonts w:asciiTheme="majorHAnsi" w:hAnsiTheme="majorHAnsi" w:cstheme="majorHAnsi"/>
                <w:sz w:val="20"/>
                <w:szCs w:val="20"/>
                <w:lang w:val="fr-CA"/>
              </w:rPr>
            </w:pPr>
            <w:sdt>
              <w:sdtPr>
                <w:rPr>
                  <w:rFonts w:asciiTheme="majorHAnsi" w:hAnsiTheme="majorHAnsi" w:cstheme="majorHAnsi"/>
                  <w:sz w:val="20"/>
                  <w:szCs w:val="20"/>
                </w:rPr>
                <w:id w:val="1560663201"/>
                <w:placeholder>
                  <w:docPart w:val="A40CAB2E5F8E40299AEDFFC29915CF7B"/>
                </w:placeholder>
                <w:showingPlcHdr/>
              </w:sdtPr>
              <w:sdtContent>
                <w:permStart w:id="1510622624" w:edGrp="everyone"/>
                <w:r w:rsidR="009179B1">
                  <w:rPr>
                    <w:rStyle w:val="Textedelespacerserv"/>
                    <w:rFonts w:asciiTheme="majorHAnsi" w:hAnsiTheme="majorHAnsi" w:cstheme="majorHAnsi"/>
                    <w:sz w:val="20"/>
                    <w:szCs w:val="20"/>
                  </w:rPr>
                  <w:t xml:space="preserve">                            </w:t>
                </w:r>
                <w:permEnd w:id="1510622624"/>
              </w:sdtContent>
            </w:sdt>
          </w:p>
        </w:tc>
        <w:tc>
          <w:tcPr>
            <w:tcW w:w="447" w:type="dxa"/>
            <w:tcBorders>
              <w:top w:val="nil"/>
              <w:left w:val="nil"/>
              <w:bottom w:val="nil"/>
              <w:right w:val="nil"/>
            </w:tcBorders>
          </w:tcPr>
          <w:p w14:paraId="0AFB5BCE" w14:textId="77777777" w:rsidR="00FC465E" w:rsidRPr="00470558" w:rsidRDefault="00FC465E">
            <w:pPr>
              <w:rPr>
                <w:rFonts w:asciiTheme="majorHAnsi" w:hAnsiTheme="majorHAnsi" w:cstheme="majorHAnsi"/>
                <w:sz w:val="20"/>
                <w:szCs w:val="20"/>
                <w:lang w:val="fr-CA"/>
              </w:rPr>
            </w:pPr>
          </w:p>
        </w:tc>
        <w:tc>
          <w:tcPr>
            <w:tcW w:w="4899" w:type="dxa"/>
            <w:tcBorders>
              <w:top w:val="nil"/>
              <w:left w:val="nil"/>
              <w:bottom w:val="single" w:sz="4" w:space="0" w:color="auto"/>
              <w:right w:val="nil"/>
            </w:tcBorders>
            <w:vAlign w:val="bottom"/>
          </w:tcPr>
          <w:sdt>
            <w:sdtPr>
              <w:rPr>
                <w:rFonts w:asciiTheme="majorHAnsi" w:hAnsiTheme="majorHAnsi" w:cstheme="majorHAnsi"/>
                <w:sz w:val="20"/>
                <w:szCs w:val="20"/>
              </w:rPr>
              <w:id w:val="-1341544850"/>
              <w:placeholder>
                <w:docPart w:val="C4CCEE853455407CA5D4FCF460F757CB"/>
              </w:placeholder>
              <w:showingPlcHdr/>
              <w:date>
                <w:dateFormat w:val="yyyy-MM-dd"/>
                <w:lid w:val="fr-CA"/>
                <w:storeMappedDataAs w:val="dateTime"/>
                <w:calendar w:val="gregorian"/>
              </w:date>
            </w:sdtPr>
            <w:sdtContent>
              <w:permStart w:id="1277040839" w:edGrp="everyone" w:displacedByCustomXml="prev"/>
              <w:p w14:paraId="5290C0CE" w14:textId="7D77F715" w:rsidR="00FC465E" w:rsidRPr="009179B1" w:rsidRDefault="009179B1" w:rsidP="009179B1">
                <w:pPr>
                  <w:spacing w:before="120"/>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1277040839" w:displacedByCustomXml="next"/>
            </w:sdtContent>
          </w:sdt>
        </w:tc>
      </w:tr>
      <w:tr w:rsidR="00FC465E" w:rsidRPr="00470558" w14:paraId="33B60ACB" w14:textId="77777777" w:rsidTr="007F6BA6">
        <w:trPr>
          <w:trHeight w:val="720"/>
        </w:trPr>
        <w:tc>
          <w:tcPr>
            <w:tcW w:w="5526" w:type="dxa"/>
            <w:tcBorders>
              <w:top w:val="single" w:sz="4" w:space="0" w:color="auto"/>
              <w:left w:val="nil"/>
              <w:bottom w:val="single" w:sz="4" w:space="0" w:color="auto"/>
              <w:right w:val="nil"/>
            </w:tcBorders>
          </w:tcPr>
          <w:p w14:paraId="56DE535C" w14:textId="77777777" w:rsidR="00FC465E" w:rsidRDefault="00470558">
            <w:pPr>
              <w:rPr>
                <w:rFonts w:asciiTheme="majorHAnsi" w:eastAsia="Arial" w:hAnsiTheme="majorHAnsi" w:cstheme="majorHAnsi"/>
                <w:color w:val="000000" w:themeColor="text1"/>
                <w:sz w:val="20"/>
                <w:szCs w:val="20"/>
                <w:lang w:val="fr-CA"/>
              </w:rPr>
            </w:pPr>
            <w:r w:rsidRPr="00470558">
              <w:rPr>
                <w:rFonts w:asciiTheme="majorHAnsi" w:hAnsiTheme="majorHAnsi" w:cstheme="majorHAnsi"/>
                <w:sz w:val="20"/>
                <w:szCs w:val="20"/>
                <w:lang w:val="fr-CA"/>
              </w:rPr>
              <w:t>Référent</w:t>
            </w:r>
            <w:r w:rsidR="00FC465E" w:rsidRPr="00470558">
              <w:rPr>
                <w:rFonts w:asciiTheme="majorHAnsi" w:hAnsiTheme="majorHAnsi" w:cstheme="majorHAnsi"/>
                <w:sz w:val="20"/>
                <w:szCs w:val="20"/>
                <w:lang w:val="fr-CA"/>
              </w:rPr>
              <w:t xml:space="preserve"> </w:t>
            </w:r>
            <w:r w:rsidR="00FC465E" w:rsidRPr="00470558">
              <w:rPr>
                <w:rFonts w:asciiTheme="majorHAnsi" w:eastAsia="Arial" w:hAnsiTheme="majorHAnsi" w:cstheme="majorHAnsi"/>
                <w:i/>
                <w:iCs/>
                <w:color w:val="000000" w:themeColor="text1"/>
                <w:sz w:val="20"/>
                <w:szCs w:val="20"/>
                <w:lang w:val="fr-CA"/>
              </w:rPr>
              <w:t>(en lettres moulées)</w:t>
            </w:r>
            <w:r w:rsidR="00FC465E" w:rsidRPr="00470558">
              <w:rPr>
                <w:rFonts w:asciiTheme="majorHAnsi" w:eastAsia="Arial" w:hAnsiTheme="majorHAnsi" w:cstheme="majorHAnsi"/>
                <w:color w:val="000000" w:themeColor="text1"/>
                <w:sz w:val="20"/>
                <w:szCs w:val="20"/>
                <w:lang w:val="fr-CA"/>
              </w:rPr>
              <w:t xml:space="preserve"> :</w:t>
            </w:r>
          </w:p>
          <w:p w14:paraId="5E6842DA" w14:textId="77777777" w:rsidR="009F4035" w:rsidRDefault="009F4035">
            <w:pPr>
              <w:rPr>
                <w:rFonts w:asciiTheme="majorHAnsi" w:eastAsia="Arial" w:hAnsiTheme="majorHAnsi" w:cstheme="majorHAnsi"/>
                <w:color w:val="000000" w:themeColor="text1"/>
                <w:sz w:val="20"/>
                <w:szCs w:val="20"/>
                <w:lang w:val="fr-CA"/>
              </w:rPr>
            </w:pPr>
          </w:p>
          <w:p w14:paraId="5DA1EF70" w14:textId="77777777" w:rsidR="009F4035" w:rsidRDefault="009F4035">
            <w:pPr>
              <w:rPr>
                <w:rFonts w:asciiTheme="majorHAnsi" w:eastAsia="Arial" w:hAnsiTheme="majorHAnsi" w:cstheme="majorHAnsi"/>
                <w:color w:val="000000" w:themeColor="text1"/>
                <w:sz w:val="20"/>
                <w:szCs w:val="20"/>
                <w:lang w:val="fr-CA"/>
              </w:rPr>
            </w:pPr>
          </w:p>
          <w:p w14:paraId="3E14D50E" w14:textId="5E5A5C54" w:rsidR="009F4035" w:rsidRPr="00470558" w:rsidRDefault="009F4035">
            <w:pPr>
              <w:rPr>
                <w:rFonts w:asciiTheme="majorHAnsi" w:hAnsiTheme="majorHAnsi" w:cstheme="majorHAnsi"/>
                <w:sz w:val="20"/>
                <w:szCs w:val="20"/>
                <w:lang w:val="fr-CA"/>
              </w:rPr>
            </w:pPr>
          </w:p>
        </w:tc>
        <w:tc>
          <w:tcPr>
            <w:tcW w:w="447" w:type="dxa"/>
            <w:tcBorders>
              <w:top w:val="nil"/>
              <w:left w:val="nil"/>
              <w:bottom w:val="nil"/>
              <w:right w:val="nil"/>
            </w:tcBorders>
          </w:tcPr>
          <w:p w14:paraId="230C857B" w14:textId="77777777" w:rsidR="00FC465E" w:rsidRPr="00470558" w:rsidRDefault="00FC465E">
            <w:pPr>
              <w:rPr>
                <w:rFonts w:asciiTheme="majorHAnsi" w:hAnsiTheme="majorHAnsi" w:cstheme="majorHAnsi"/>
                <w:sz w:val="20"/>
                <w:szCs w:val="20"/>
                <w:lang w:val="fr-CA"/>
              </w:rPr>
            </w:pPr>
          </w:p>
        </w:tc>
        <w:tc>
          <w:tcPr>
            <w:tcW w:w="4899" w:type="dxa"/>
            <w:tcBorders>
              <w:top w:val="single" w:sz="4" w:space="0" w:color="auto"/>
              <w:left w:val="nil"/>
              <w:bottom w:val="single" w:sz="4" w:space="0" w:color="auto"/>
              <w:right w:val="nil"/>
            </w:tcBorders>
          </w:tcPr>
          <w:p w14:paraId="03312526" w14:textId="77777777" w:rsidR="00FC465E" w:rsidRPr="00470558" w:rsidRDefault="00FC465E" w:rsidP="0026570F">
            <w:pPr>
              <w:spacing w:after="360"/>
              <w:rPr>
                <w:rFonts w:asciiTheme="majorHAnsi" w:hAnsiTheme="majorHAnsi" w:cstheme="majorHAnsi"/>
                <w:sz w:val="20"/>
                <w:szCs w:val="20"/>
                <w:lang w:val="fr-CA"/>
              </w:rPr>
            </w:pPr>
            <w:r w:rsidRPr="00470558">
              <w:rPr>
                <w:rFonts w:asciiTheme="majorHAnsi" w:hAnsiTheme="majorHAnsi" w:cstheme="majorHAnsi"/>
                <w:sz w:val="20"/>
                <w:szCs w:val="20"/>
                <w:lang w:val="fr-CA"/>
              </w:rPr>
              <w:t>Date :</w:t>
            </w:r>
          </w:p>
          <w:sdt>
            <w:sdtPr>
              <w:rPr>
                <w:rFonts w:asciiTheme="majorHAnsi" w:hAnsiTheme="majorHAnsi" w:cstheme="majorHAnsi"/>
                <w:sz w:val="20"/>
                <w:szCs w:val="20"/>
              </w:rPr>
              <w:id w:val="760037755"/>
              <w:placeholder>
                <w:docPart w:val="E7A05BCC096049EAB427B1D421195B87"/>
              </w:placeholder>
              <w:showingPlcHdr/>
              <w:date>
                <w:dateFormat w:val="yyyy-MM-dd"/>
                <w:lid w:val="fr-CA"/>
                <w:storeMappedDataAs w:val="dateTime"/>
                <w:calendar w:val="gregorian"/>
              </w:date>
            </w:sdtPr>
            <w:sdtContent>
              <w:permStart w:id="1543779166" w:edGrp="everyone" w:displacedByCustomXml="prev"/>
              <w:p w14:paraId="403E5E57" w14:textId="29083065" w:rsidR="00330279" w:rsidRPr="009179B1" w:rsidRDefault="009179B1" w:rsidP="00330279">
                <w:pPr>
                  <w:spacing w:before="120"/>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1543779166" w:displacedByCustomXml="next"/>
            </w:sdtContent>
          </w:sdt>
        </w:tc>
      </w:tr>
      <w:tr w:rsidR="00FC465E" w:rsidRPr="00470558" w14:paraId="6C701E79" w14:textId="77777777" w:rsidTr="007F6BA6">
        <w:trPr>
          <w:trHeight w:val="720"/>
        </w:trPr>
        <w:tc>
          <w:tcPr>
            <w:tcW w:w="5526" w:type="dxa"/>
            <w:tcBorders>
              <w:top w:val="single" w:sz="4" w:space="0" w:color="auto"/>
              <w:left w:val="nil"/>
              <w:bottom w:val="single" w:sz="4" w:space="0" w:color="auto"/>
              <w:right w:val="nil"/>
            </w:tcBorders>
          </w:tcPr>
          <w:p w14:paraId="3E2D7DB0" w14:textId="77777777" w:rsidR="00FC465E" w:rsidRDefault="00FC465E">
            <w:pPr>
              <w:rPr>
                <w:rFonts w:asciiTheme="majorHAnsi" w:hAnsiTheme="majorHAnsi" w:cstheme="majorHAnsi"/>
                <w:sz w:val="20"/>
                <w:szCs w:val="20"/>
                <w:lang w:val="fr-CA"/>
              </w:rPr>
            </w:pPr>
            <w:r w:rsidRPr="00470558">
              <w:rPr>
                <w:rFonts w:asciiTheme="majorHAnsi" w:hAnsiTheme="majorHAnsi" w:cstheme="majorHAnsi"/>
                <w:sz w:val="20"/>
                <w:szCs w:val="20"/>
                <w:lang w:val="fr-CA"/>
              </w:rPr>
              <w:t>Signature</w:t>
            </w:r>
            <w:r w:rsidR="00470558" w:rsidRPr="00470558">
              <w:rPr>
                <w:rFonts w:asciiTheme="majorHAnsi" w:hAnsiTheme="majorHAnsi" w:cstheme="majorHAnsi"/>
                <w:sz w:val="20"/>
                <w:szCs w:val="20"/>
                <w:lang w:val="fr-CA"/>
              </w:rPr>
              <w:t xml:space="preserve"> du référent</w:t>
            </w:r>
            <w:r w:rsidRPr="00470558">
              <w:rPr>
                <w:rFonts w:asciiTheme="majorHAnsi" w:hAnsiTheme="majorHAnsi" w:cstheme="majorHAnsi"/>
                <w:sz w:val="20"/>
                <w:szCs w:val="20"/>
                <w:lang w:val="fr-CA"/>
              </w:rPr>
              <w:t xml:space="preserve"> :</w:t>
            </w:r>
          </w:p>
          <w:p w14:paraId="0567469E" w14:textId="77777777" w:rsidR="009F4035" w:rsidRDefault="009F4035">
            <w:pPr>
              <w:rPr>
                <w:rFonts w:asciiTheme="majorHAnsi" w:hAnsiTheme="majorHAnsi" w:cstheme="majorHAnsi"/>
                <w:sz w:val="20"/>
                <w:szCs w:val="20"/>
                <w:lang w:val="fr-CA"/>
              </w:rPr>
            </w:pPr>
          </w:p>
          <w:p w14:paraId="12BCEC52" w14:textId="77777777" w:rsidR="009F4035" w:rsidRDefault="009F4035">
            <w:pPr>
              <w:rPr>
                <w:rFonts w:asciiTheme="majorHAnsi" w:hAnsiTheme="majorHAnsi" w:cstheme="majorHAnsi"/>
                <w:sz w:val="20"/>
                <w:szCs w:val="20"/>
                <w:lang w:val="fr-CA"/>
              </w:rPr>
            </w:pPr>
          </w:p>
          <w:p w14:paraId="69C8E9C1" w14:textId="39F821C3" w:rsidR="009F4035" w:rsidRPr="00470558" w:rsidRDefault="009F4035">
            <w:pPr>
              <w:rPr>
                <w:rFonts w:asciiTheme="majorHAnsi" w:hAnsiTheme="majorHAnsi" w:cstheme="majorHAnsi"/>
                <w:sz w:val="20"/>
                <w:szCs w:val="20"/>
                <w:lang w:val="fr-CA"/>
              </w:rPr>
            </w:pPr>
          </w:p>
        </w:tc>
        <w:tc>
          <w:tcPr>
            <w:tcW w:w="447" w:type="dxa"/>
            <w:tcBorders>
              <w:top w:val="nil"/>
              <w:left w:val="nil"/>
              <w:bottom w:val="nil"/>
              <w:right w:val="nil"/>
            </w:tcBorders>
          </w:tcPr>
          <w:p w14:paraId="346F81DC" w14:textId="77777777" w:rsidR="00FC465E" w:rsidRPr="00470558" w:rsidRDefault="00FC465E">
            <w:pPr>
              <w:rPr>
                <w:rFonts w:asciiTheme="majorHAnsi" w:hAnsiTheme="majorHAnsi" w:cstheme="majorHAnsi"/>
                <w:sz w:val="20"/>
                <w:szCs w:val="20"/>
                <w:lang w:val="fr-CA"/>
              </w:rPr>
            </w:pPr>
          </w:p>
        </w:tc>
        <w:tc>
          <w:tcPr>
            <w:tcW w:w="4899" w:type="dxa"/>
            <w:tcBorders>
              <w:top w:val="single" w:sz="4" w:space="0" w:color="auto"/>
              <w:left w:val="nil"/>
              <w:bottom w:val="single" w:sz="4" w:space="0" w:color="auto"/>
              <w:right w:val="nil"/>
            </w:tcBorders>
          </w:tcPr>
          <w:p w14:paraId="278C99C2" w14:textId="77777777" w:rsidR="00FC465E" w:rsidRPr="00470558" w:rsidRDefault="00FC465E" w:rsidP="0026570F">
            <w:pPr>
              <w:spacing w:after="360"/>
              <w:rPr>
                <w:rFonts w:asciiTheme="majorHAnsi" w:hAnsiTheme="majorHAnsi" w:cstheme="majorHAnsi"/>
                <w:sz w:val="20"/>
                <w:szCs w:val="20"/>
                <w:lang w:val="fr-CA"/>
              </w:rPr>
            </w:pPr>
            <w:r w:rsidRPr="00470558">
              <w:rPr>
                <w:rFonts w:asciiTheme="majorHAnsi" w:hAnsiTheme="majorHAnsi" w:cstheme="majorHAnsi"/>
                <w:sz w:val="20"/>
                <w:szCs w:val="20"/>
                <w:lang w:val="fr-CA"/>
              </w:rPr>
              <w:t>Date :</w:t>
            </w:r>
          </w:p>
          <w:sdt>
            <w:sdtPr>
              <w:rPr>
                <w:rFonts w:asciiTheme="majorHAnsi" w:hAnsiTheme="majorHAnsi" w:cstheme="majorHAnsi"/>
                <w:sz w:val="20"/>
                <w:szCs w:val="20"/>
              </w:rPr>
              <w:id w:val="301508850"/>
              <w:placeholder>
                <w:docPart w:val="155775BC0D804C188F1EBAC5139C9652"/>
              </w:placeholder>
              <w:showingPlcHdr/>
              <w:date>
                <w:dateFormat w:val="yyyy-MM-dd"/>
                <w:lid w:val="fr-CA"/>
                <w:storeMappedDataAs w:val="dateTime"/>
                <w:calendar w:val="gregorian"/>
              </w:date>
            </w:sdtPr>
            <w:sdtContent>
              <w:permStart w:id="1961842906" w:edGrp="everyone" w:displacedByCustomXml="prev"/>
              <w:p w14:paraId="5BBC936A" w14:textId="6136B637" w:rsidR="00330279" w:rsidRPr="009179B1" w:rsidRDefault="009179B1" w:rsidP="00330279">
                <w:pPr>
                  <w:spacing w:before="120"/>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1961842906" w:displacedByCustomXml="next"/>
            </w:sdtContent>
          </w:sdt>
        </w:tc>
      </w:tr>
      <w:tr w:rsidR="00FC465E" w:rsidRPr="00470558" w14:paraId="6F17D96A" w14:textId="77777777" w:rsidTr="007F6BA6">
        <w:trPr>
          <w:trHeight w:val="720"/>
        </w:trPr>
        <w:tc>
          <w:tcPr>
            <w:tcW w:w="5526" w:type="dxa"/>
            <w:tcBorders>
              <w:top w:val="single" w:sz="4" w:space="0" w:color="auto"/>
              <w:left w:val="nil"/>
              <w:bottom w:val="single" w:sz="4" w:space="0" w:color="auto"/>
              <w:right w:val="nil"/>
            </w:tcBorders>
          </w:tcPr>
          <w:p w14:paraId="6D4197C3" w14:textId="77777777" w:rsidR="00FC465E" w:rsidRDefault="00FC465E">
            <w:pPr>
              <w:rPr>
                <w:rFonts w:asciiTheme="majorHAnsi" w:hAnsiTheme="majorHAnsi" w:cstheme="majorHAnsi"/>
                <w:sz w:val="20"/>
                <w:szCs w:val="20"/>
                <w:lang w:val="fr-CA"/>
              </w:rPr>
            </w:pPr>
            <w:r w:rsidRPr="00470558">
              <w:rPr>
                <w:rFonts w:asciiTheme="majorHAnsi" w:hAnsiTheme="majorHAnsi" w:cstheme="majorHAnsi"/>
                <w:sz w:val="20"/>
                <w:szCs w:val="20"/>
                <w:lang w:val="fr-CA"/>
              </w:rPr>
              <w:t>Signature de la mère :</w:t>
            </w:r>
          </w:p>
          <w:p w14:paraId="3E475A55" w14:textId="77777777" w:rsidR="009F4035" w:rsidRDefault="009F4035">
            <w:pPr>
              <w:rPr>
                <w:rFonts w:asciiTheme="majorHAnsi" w:hAnsiTheme="majorHAnsi" w:cstheme="majorHAnsi"/>
                <w:sz w:val="20"/>
                <w:szCs w:val="20"/>
                <w:lang w:val="fr-CA"/>
              </w:rPr>
            </w:pPr>
          </w:p>
          <w:p w14:paraId="78ED6F7D" w14:textId="77777777" w:rsidR="009F4035" w:rsidRDefault="009F4035">
            <w:pPr>
              <w:rPr>
                <w:rFonts w:asciiTheme="majorHAnsi" w:hAnsiTheme="majorHAnsi" w:cstheme="majorHAnsi"/>
                <w:sz w:val="20"/>
                <w:szCs w:val="20"/>
                <w:lang w:val="fr-CA"/>
              </w:rPr>
            </w:pPr>
          </w:p>
          <w:p w14:paraId="7529B443" w14:textId="77777777" w:rsidR="009F4035" w:rsidRPr="00470558" w:rsidRDefault="009F4035">
            <w:pPr>
              <w:rPr>
                <w:rFonts w:asciiTheme="majorHAnsi" w:hAnsiTheme="majorHAnsi" w:cstheme="majorHAnsi"/>
                <w:sz w:val="20"/>
                <w:szCs w:val="20"/>
                <w:lang w:val="fr-CA"/>
              </w:rPr>
            </w:pPr>
          </w:p>
        </w:tc>
        <w:tc>
          <w:tcPr>
            <w:tcW w:w="447" w:type="dxa"/>
            <w:tcBorders>
              <w:top w:val="nil"/>
              <w:left w:val="nil"/>
              <w:bottom w:val="nil"/>
              <w:right w:val="nil"/>
            </w:tcBorders>
          </w:tcPr>
          <w:p w14:paraId="22F2D263" w14:textId="77777777" w:rsidR="00FC465E" w:rsidRPr="00470558" w:rsidRDefault="00FC465E">
            <w:pPr>
              <w:rPr>
                <w:rFonts w:asciiTheme="majorHAnsi" w:hAnsiTheme="majorHAnsi" w:cstheme="majorHAnsi"/>
                <w:sz w:val="20"/>
                <w:szCs w:val="20"/>
                <w:lang w:val="fr-CA"/>
              </w:rPr>
            </w:pPr>
          </w:p>
        </w:tc>
        <w:tc>
          <w:tcPr>
            <w:tcW w:w="4899" w:type="dxa"/>
            <w:tcBorders>
              <w:top w:val="single" w:sz="4" w:space="0" w:color="auto"/>
              <w:left w:val="nil"/>
              <w:bottom w:val="single" w:sz="4" w:space="0" w:color="auto"/>
              <w:right w:val="nil"/>
            </w:tcBorders>
          </w:tcPr>
          <w:p w14:paraId="79811E23" w14:textId="77777777" w:rsidR="00FC465E" w:rsidRPr="00470558" w:rsidRDefault="00FC465E" w:rsidP="0026570F">
            <w:pPr>
              <w:spacing w:after="360"/>
              <w:rPr>
                <w:rFonts w:asciiTheme="majorHAnsi" w:hAnsiTheme="majorHAnsi" w:cstheme="majorHAnsi"/>
                <w:sz w:val="20"/>
                <w:szCs w:val="20"/>
                <w:lang w:val="fr-CA"/>
              </w:rPr>
            </w:pPr>
            <w:r w:rsidRPr="00470558">
              <w:rPr>
                <w:rFonts w:asciiTheme="majorHAnsi" w:hAnsiTheme="majorHAnsi" w:cstheme="majorHAnsi"/>
                <w:sz w:val="20"/>
                <w:szCs w:val="20"/>
                <w:lang w:val="fr-CA"/>
              </w:rPr>
              <w:t>Date :</w:t>
            </w:r>
          </w:p>
          <w:sdt>
            <w:sdtPr>
              <w:rPr>
                <w:rFonts w:asciiTheme="majorHAnsi" w:hAnsiTheme="majorHAnsi" w:cstheme="majorHAnsi"/>
                <w:sz w:val="20"/>
                <w:szCs w:val="20"/>
              </w:rPr>
              <w:id w:val="-396355569"/>
              <w:placeholder>
                <w:docPart w:val="6C5BCE83436A4EB4B7D25AB2DF4D8F75"/>
              </w:placeholder>
              <w:showingPlcHdr/>
              <w:date>
                <w:dateFormat w:val="yyyy-MM-dd"/>
                <w:lid w:val="fr-CA"/>
                <w:storeMappedDataAs w:val="dateTime"/>
                <w:calendar w:val="gregorian"/>
              </w:date>
            </w:sdtPr>
            <w:sdtContent>
              <w:permStart w:id="1180901506" w:edGrp="everyone" w:displacedByCustomXml="prev"/>
              <w:p w14:paraId="5BF55DAF" w14:textId="67930DE7" w:rsidR="00330279" w:rsidRPr="009179B1" w:rsidRDefault="009179B1" w:rsidP="00330279">
                <w:pPr>
                  <w:spacing w:before="120"/>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1180901506" w:displacedByCustomXml="next"/>
            </w:sdtContent>
          </w:sdt>
        </w:tc>
      </w:tr>
      <w:tr w:rsidR="00FC465E" w:rsidRPr="00470558" w14:paraId="454E914D" w14:textId="77777777" w:rsidTr="007F6BA6">
        <w:trPr>
          <w:trHeight w:val="720"/>
        </w:trPr>
        <w:tc>
          <w:tcPr>
            <w:tcW w:w="5526" w:type="dxa"/>
            <w:tcBorders>
              <w:top w:val="single" w:sz="4" w:space="0" w:color="auto"/>
              <w:left w:val="nil"/>
              <w:bottom w:val="nil"/>
              <w:right w:val="nil"/>
            </w:tcBorders>
          </w:tcPr>
          <w:p w14:paraId="00FCA55B" w14:textId="77777777" w:rsidR="00FC465E" w:rsidRPr="00470558" w:rsidRDefault="00FC465E">
            <w:pPr>
              <w:rPr>
                <w:rFonts w:asciiTheme="majorHAnsi" w:hAnsiTheme="majorHAnsi" w:cstheme="majorHAnsi"/>
                <w:sz w:val="20"/>
                <w:szCs w:val="20"/>
                <w:lang w:val="fr-CA"/>
              </w:rPr>
            </w:pPr>
            <w:r w:rsidRPr="00470558">
              <w:rPr>
                <w:rFonts w:asciiTheme="majorHAnsi" w:hAnsiTheme="majorHAnsi" w:cstheme="majorHAnsi"/>
                <w:sz w:val="20"/>
                <w:szCs w:val="20"/>
                <w:lang w:val="fr-CA"/>
              </w:rPr>
              <w:t>Signature du père :</w:t>
            </w:r>
          </w:p>
        </w:tc>
        <w:tc>
          <w:tcPr>
            <w:tcW w:w="447" w:type="dxa"/>
            <w:tcBorders>
              <w:top w:val="nil"/>
              <w:left w:val="nil"/>
              <w:bottom w:val="nil"/>
              <w:right w:val="nil"/>
            </w:tcBorders>
          </w:tcPr>
          <w:p w14:paraId="72D0AB69" w14:textId="77777777" w:rsidR="00FC465E" w:rsidRPr="00470558" w:rsidRDefault="00FC465E">
            <w:pPr>
              <w:rPr>
                <w:rFonts w:asciiTheme="majorHAnsi" w:hAnsiTheme="majorHAnsi" w:cstheme="majorHAnsi"/>
                <w:sz w:val="20"/>
                <w:szCs w:val="20"/>
                <w:lang w:val="fr-CA"/>
              </w:rPr>
            </w:pPr>
          </w:p>
        </w:tc>
        <w:tc>
          <w:tcPr>
            <w:tcW w:w="4899" w:type="dxa"/>
            <w:tcBorders>
              <w:top w:val="single" w:sz="4" w:space="0" w:color="auto"/>
              <w:left w:val="nil"/>
              <w:bottom w:val="nil"/>
              <w:right w:val="nil"/>
            </w:tcBorders>
          </w:tcPr>
          <w:p w14:paraId="7760529F" w14:textId="251F0771" w:rsidR="00FC465E" w:rsidRPr="00470558" w:rsidRDefault="00FC465E">
            <w:pPr>
              <w:rPr>
                <w:rFonts w:asciiTheme="majorHAnsi" w:hAnsiTheme="majorHAnsi" w:cstheme="majorHAnsi"/>
                <w:sz w:val="20"/>
                <w:szCs w:val="20"/>
                <w:lang w:val="fr-CA"/>
              </w:rPr>
            </w:pPr>
            <w:r w:rsidRPr="00470558">
              <w:rPr>
                <w:rFonts w:asciiTheme="majorHAnsi" w:hAnsiTheme="majorHAnsi" w:cstheme="majorHAnsi"/>
                <w:sz w:val="20"/>
                <w:szCs w:val="20"/>
                <w:lang w:val="fr-CA"/>
              </w:rPr>
              <w:t>Date :</w:t>
            </w:r>
          </w:p>
        </w:tc>
      </w:tr>
    </w:tbl>
    <w:p w14:paraId="71E7728B" w14:textId="3C2A1D53" w:rsidR="00B57252" w:rsidRPr="004615C2" w:rsidRDefault="00B57252" w:rsidP="00D5064E">
      <w:pPr>
        <w:spacing w:after="0" w:line="240" w:lineRule="auto"/>
        <w:jc w:val="center"/>
        <w:rPr>
          <w:rFonts w:asciiTheme="majorHAnsi" w:hAnsiTheme="majorHAnsi" w:cstheme="majorHAnsi"/>
          <w:sz w:val="20"/>
          <w:szCs w:val="20"/>
          <w:lang w:val="fr-CA"/>
        </w:rPr>
        <w:sectPr w:rsidR="00B57252" w:rsidRPr="004615C2" w:rsidSect="00B57252">
          <w:headerReference w:type="default" r:id="rId12"/>
          <w:pgSz w:w="12240" w:h="20160" w:code="5"/>
          <w:pgMar w:top="1710" w:right="630" w:bottom="720" w:left="720" w:header="720" w:footer="720" w:gutter="0"/>
          <w:cols w:space="720"/>
          <w:docGrid w:linePitch="360"/>
        </w:sectPr>
      </w:pPr>
    </w:p>
    <w:tbl>
      <w:tblPr>
        <w:tblStyle w:val="Grilledutableau"/>
        <w:tblW w:w="10951" w:type="dxa"/>
        <w:tblLayout w:type="fixed"/>
        <w:tblLook w:val="04A0" w:firstRow="1" w:lastRow="0" w:firstColumn="1" w:lastColumn="0" w:noHBand="0" w:noVBand="1"/>
      </w:tblPr>
      <w:tblGrid>
        <w:gridCol w:w="6660"/>
        <w:gridCol w:w="1489"/>
        <w:gridCol w:w="865"/>
        <w:gridCol w:w="364"/>
        <w:gridCol w:w="634"/>
        <w:gridCol w:w="272"/>
        <w:gridCol w:w="667"/>
      </w:tblGrid>
      <w:tr w:rsidR="007C318E" w:rsidRPr="00330279" w14:paraId="4882DC9F" w14:textId="77777777" w:rsidTr="009179B1">
        <w:trPr>
          <w:trHeight w:val="351"/>
        </w:trPr>
        <w:tc>
          <w:tcPr>
            <w:tcW w:w="6660" w:type="dxa"/>
            <w:vMerge w:val="restart"/>
            <w:tcBorders>
              <w:top w:val="nil"/>
              <w:left w:val="nil"/>
              <w:right w:val="single" w:sz="4" w:space="0" w:color="auto"/>
            </w:tcBorders>
            <w:shd w:val="clear" w:color="auto" w:fill="F2F2F2" w:themeFill="background1" w:themeFillShade="F2"/>
          </w:tcPr>
          <w:p w14:paraId="5B1A6FA5" w14:textId="71E5D01B" w:rsidR="007C318E" w:rsidRPr="00C15BDE" w:rsidRDefault="007C318E" w:rsidP="004615C2">
            <w:pPr>
              <w:pStyle w:val="En-tte"/>
              <w:tabs>
                <w:tab w:val="center" w:pos="4536"/>
              </w:tabs>
              <w:spacing w:before="600"/>
              <w:jc w:val="center"/>
              <w:rPr>
                <w:rFonts w:asciiTheme="majorHAnsi" w:hAnsiTheme="majorHAnsi" w:cstheme="majorHAnsi"/>
                <w:b/>
                <w:lang w:val="fr-CA"/>
              </w:rPr>
            </w:pPr>
            <w:r w:rsidRPr="00C15BDE">
              <w:rPr>
                <w:rFonts w:asciiTheme="majorHAnsi" w:hAnsiTheme="majorHAnsi" w:cstheme="majorHAnsi"/>
                <w:b/>
                <w:lang w:val="fr-CA"/>
              </w:rPr>
              <w:lastRenderedPageBreak/>
              <w:t>AUTORISATION D’ÉCHANGE D’INFORMATION ENTRE PARTENAIRES DANS UNE DÉMARCHE DE PLAN DE SERVICE INDIVIDUALISÉ</w:t>
            </w:r>
          </w:p>
          <w:p w14:paraId="57E1ED5C" w14:textId="77777777" w:rsidR="007C318E" w:rsidRPr="00330279" w:rsidRDefault="007C318E" w:rsidP="003F088A">
            <w:pPr>
              <w:pStyle w:val="En-tte"/>
              <w:tabs>
                <w:tab w:val="center" w:pos="4536"/>
              </w:tabs>
              <w:rPr>
                <w:rFonts w:asciiTheme="majorHAnsi" w:hAnsiTheme="majorHAnsi" w:cstheme="majorHAnsi"/>
                <w:b/>
                <w:sz w:val="20"/>
                <w:szCs w:val="20"/>
                <w:lang w:val="fr-CA"/>
              </w:rPr>
            </w:pPr>
          </w:p>
        </w:tc>
        <w:tc>
          <w:tcPr>
            <w:tcW w:w="4291" w:type="dxa"/>
            <w:gridSpan w:val="6"/>
            <w:tcBorders>
              <w:top w:val="nil"/>
              <w:left w:val="single" w:sz="4" w:space="0" w:color="auto"/>
              <w:bottom w:val="nil"/>
              <w:right w:val="nil"/>
            </w:tcBorders>
            <w:vAlign w:val="bottom"/>
          </w:tcPr>
          <w:p w14:paraId="078305D1" w14:textId="50C4CBD0" w:rsidR="007C318E" w:rsidRPr="00330279" w:rsidRDefault="007C318E" w:rsidP="003F088A">
            <w:pPr>
              <w:pStyle w:val="En-tte"/>
              <w:rPr>
                <w:rFonts w:asciiTheme="majorHAnsi" w:hAnsiTheme="majorHAnsi" w:cstheme="majorHAnsi"/>
                <w:b/>
                <w:bCs/>
                <w:color w:val="FF0000"/>
                <w:sz w:val="20"/>
                <w:szCs w:val="20"/>
              </w:rPr>
            </w:pPr>
            <w:r w:rsidRPr="00330279">
              <w:rPr>
                <w:rFonts w:asciiTheme="majorHAnsi" w:hAnsiTheme="majorHAnsi" w:cstheme="majorHAnsi"/>
                <w:b/>
                <w:bCs/>
                <w:sz w:val="20"/>
                <w:szCs w:val="20"/>
              </w:rPr>
              <w:t xml:space="preserve">Identification de l’usager </w:t>
            </w:r>
          </w:p>
        </w:tc>
      </w:tr>
      <w:tr w:rsidR="007C318E" w:rsidRPr="00330279" w14:paraId="45EE9D6A" w14:textId="77777777" w:rsidTr="009179B1">
        <w:trPr>
          <w:trHeight w:val="351"/>
        </w:trPr>
        <w:tc>
          <w:tcPr>
            <w:tcW w:w="6660" w:type="dxa"/>
            <w:vMerge/>
            <w:tcBorders>
              <w:left w:val="nil"/>
              <w:right w:val="single" w:sz="4" w:space="0" w:color="auto"/>
            </w:tcBorders>
            <w:shd w:val="clear" w:color="auto" w:fill="F2F2F2" w:themeFill="background1" w:themeFillShade="F2"/>
          </w:tcPr>
          <w:p w14:paraId="5F56945B" w14:textId="77777777" w:rsidR="007C318E" w:rsidRPr="00330279" w:rsidRDefault="007C318E" w:rsidP="003F088A">
            <w:pPr>
              <w:pStyle w:val="En-tte"/>
              <w:rPr>
                <w:rFonts w:asciiTheme="majorHAnsi" w:hAnsiTheme="majorHAnsi" w:cstheme="majorHAnsi"/>
                <w:sz w:val="20"/>
                <w:szCs w:val="20"/>
              </w:rPr>
            </w:pPr>
          </w:p>
        </w:tc>
        <w:tc>
          <w:tcPr>
            <w:tcW w:w="1489" w:type="dxa"/>
            <w:tcBorders>
              <w:top w:val="nil"/>
              <w:left w:val="single" w:sz="4" w:space="0" w:color="auto"/>
              <w:bottom w:val="nil"/>
              <w:right w:val="nil"/>
            </w:tcBorders>
            <w:vAlign w:val="bottom"/>
          </w:tcPr>
          <w:p w14:paraId="178643AC" w14:textId="77777777" w:rsidR="007C318E" w:rsidRPr="00330279" w:rsidRDefault="007C318E" w:rsidP="003F088A">
            <w:pPr>
              <w:pStyle w:val="En-tte"/>
              <w:rPr>
                <w:rFonts w:asciiTheme="majorHAnsi" w:hAnsiTheme="majorHAnsi" w:cstheme="majorHAnsi"/>
                <w:sz w:val="20"/>
                <w:szCs w:val="20"/>
              </w:rPr>
            </w:pPr>
            <w:r w:rsidRPr="00330279">
              <w:rPr>
                <w:rFonts w:asciiTheme="majorHAnsi" w:hAnsiTheme="majorHAnsi" w:cstheme="majorHAnsi"/>
                <w:sz w:val="20"/>
                <w:szCs w:val="20"/>
              </w:rPr>
              <w:t>Nom :</w:t>
            </w:r>
          </w:p>
        </w:tc>
        <w:tc>
          <w:tcPr>
            <w:tcW w:w="2802" w:type="dxa"/>
            <w:gridSpan w:val="5"/>
            <w:tcBorders>
              <w:top w:val="nil"/>
              <w:left w:val="nil"/>
              <w:bottom w:val="single" w:sz="4" w:space="0" w:color="auto"/>
              <w:right w:val="nil"/>
            </w:tcBorders>
            <w:vAlign w:val="bottom"/>
          </w:tcPr>
          <w:p w14:paraId="14DEE472" w14:textId="1F91F770" w:rsidR="007C318E" w:rsidRPr="00330279" w:rsidRDefault="00000000" w:rsidP="003F088A">
            <w:pPr>
              <w:pStyle w:val="En-tte"/>
              <w:rPr>
                <w:rFonts w:asciiTheme="majorHAnsi" w:hAnsiTheme="majorHAnsi" w:cstheme="majorHAnsi"/>
                <w:sz w:val="20"/>
                <w:szCs w:val="20"/>
              </w:rPr>
            </w:pPr>
            <w:sdt>
              <w:sdtPr>
                <w:rPr>
                  <w:rFonts w:asciiTheme="majorHAnsi" w:hAnsiTheme="majorHAnsi" w:cstheme="majorHAnsi"/>
                  <w:sz w:val="20"/>
                  <w:szCs w:val="20"/>
                </w:rPr>
                <w:id w:val="-2085592756"/>
                <w:placeholder>
                  <w:docPart w:val="0B94334F61B14940BF1034B2D2C8C644"/>
                </w:placeholder>
              </w:sdtPr>
              <w:sdtContent>
                <w:sdt>
                  <w:sdtPr>
                    <w:rPr>
                      <w:rFonts w:asciiTheme="majorHAnsi" w:hAnsiTheme="majorHAnsi" w:cstheme="majorHAnsi"/>
                      <w:sz w:val="20"/>
                      <w:szCs w:val="20"/>
                    </w:rPr>
                    <w:id w:val="363257321"/>
                    <w:placeholder>
                      <w:docPart w:val="BFD942D2CEBF4476BCE8661E82350DFE"/>
                    </w:placeholder>
                    <w:showingPlcHdr/>
                  </w:sdtPr>
                  <w:sdtContent>
                    <w:permStart w:id="1743146041" w:edGrp="everyone"/>
                    <w:r w:rsidR="009179B1">
                      <w:rPr>
                        <w:rStyle w:val="Textedelespacerserv"/>
                        <w:rFonts w:asciiTheme="majorHAnsi" w:hAnsiTheme="majorHAnsi" w:cstheme="majorHAnsi"/>
                        <w:sz w:val="20"/>
                        <w:szCs w:val="20"/>
                      </w:rPr>
                      <w:t xml:space="preserve">                            </w:t>
                    </w:r>
                    <w:permEnd w:id="1743146041"/>
                  </w:sdtContent>
                </w:sdt>
              </w:sdtContent>
            </w:sdt>
          </w:p>
        </w:tc>
      </w:tr>
      <w:tr w:rsidR="007C318E" w:rsidRPr="00330279" w14:paraId="5628047F" w14:textId="77777777" w:rsidTr="009179B1">
        <w:trPr>
          <w:trHeight w:val="351"/>
        </w:trPr>
        <w:tc>
          <w:tcPr>
            <w:tcW w:w="6660" w:type="dxa"/>
            <w:vMerge/>
            <w:tcBorders>
              <w:left w:val="nil"/>
              <w:right w:val="single" w:sz="4" w:space="0" w:color="auto"/>
            </w:tcBorders>
            <w:shd w:val="clear" w:color="auto" w:fill="F2F2F2" w:themeFill="background1" w:themeFillShade="F2"/>
          </w:tcPr>
          <w:p w14:paraId="6E19C798" w14:textId="77777777" w:rsidR="007C318E" w:rsidRPr="00330279" w:rsidRDefault="007C318E" w:rsidP="003F088A">
            <w:pPr>
              <w:pStyle w:val="En-tte"/>
              <w:rPr>
                <w:rFonts w:asciiTheme="majorHAnsi" w:hAnsiTheme="majorHAnsi" w:cstheme="majorHAnsi"/>
                <w:sz w:val="20"/>
                <w:szCs w:val="20"/>
              </w:rPr>
            </w:pPr>
          </w:p>
        </w:tc>
        <w:tc>
          <w:tcPr>
            <w:tcW w:w="1489" w:type="dxa"/>
            <w:tcBorders>
              <w:top w:val="nil"/>
              <w:left w:val="single" w:sz="4" w:space="0" w:color="auto"/>
              <w:bottom w:val="nil"/>
              <w:right w:val="nil"/>
            </w:tcBorders>
            <w:vAlign w:val="bottom"/>
          </w:tcPr>
          <w:p w14:paraId="6E0AF51F" w14:textId="77777777" w:rsidR="007C318E" w:rsidRPr="00330279" w:rsidRDefault="007C318E" w:rsidP="003F088A">
            <w:pPr>
              <w:pStyle w:val="En-tte"/>
              <w:rPr>
                <w:rFonts w:asciiTheme="majorHAnsi" w:hAnsiTheme="majorHAnsi" w:cstheme="majorHAnsi"/>
                <w:sz w:val="20"/>
                <w:szCs w:val="20"/>
              </w:rPr>
            </w:pPr>
            <w:r w:rsidRPr="00330279">
              <w:rPr>
                <w:rFonts w:asciiTheme="majorHAnsi" w:hAnsiTheme="majorHAnsi" w:cstheme="majorHAnsi"/>
                <w:sz w:val="20"/>
                <w:szCs w:val="20"/>
              </w:rPr>
              <w:t>Prénom :</w:t>
            </w:r>
          </w:p>
        </w:tc>
        <w:tc>
          <w:tcPr>
            <w:tcW w:w="2802" w:type="dxa"/>
            <w:gridSpan w:val="5"/>
            <w:tcBorders>
              <w:top w:val="single" w:sz="4" w:space="0" w:color="auto"/>
              <w:left w:val="nil"/>
              <w:bottom w:val="single" w:sz="4" w:space="0" w:color="auto"/>
              <w:right w:val="nil"/>
            </w:tcBorders>
            <w:vAlign w:val="bottom"/>
          </w:tcPr>
          <w:p w14:paraId="356A9D79" w14:textId="45CA568F" w:rsidR="007C318E" w:rsidRPr="00330279" w:rsidRDefault="00000000" w:rsidP="003F088A">
            <w:pPr>
              <w:pStyle w:val="En-tte"/>
              <w:rPr>
                <w:rFonts w:asciiTheme="majorHAnsi" w:hAnsiTheme="majorHAnsi" w:cstheme="majorHAnsi"/>
                <w:sz w:val="20"/>
                <w:szCs w:val="20"/>
              </w:rPr>
            </w:pPr>
            <w:sdt>
              <w:sdtPr>
                <w:rPr>
                  <w:rFonts w:asciiTheme="majorHAnsi" w:hAnsiTheme="majorHAnsi" w:cstheme="majorHAnsi"/>
                  <w:sz w:val="20"/>
                  <w:szCs w:val="20"/>
                </w:rPr>
                <w:id w:val="1923520433"/>
                <w:placeholder>
                  <w:docPart w:val="566D2472684C4D279191078FF478E9AB"/>
                </w:placeholder>
                <w:showingPlcHdr/>
              </w:sdtPr>
              <w:sdtContent>
                <w:permStart w:id="1051155877" w:edGrp="everyone"/>
                <w:r w:rsidR="009179B1">
                  <w:rPr>
                    <w:rStyle w:val="Textedelespacerserv"/>
                    <w:rFonts w:asciiTheme="majorHAnsi" w:hAnsiTheme="majorHAnsi" w:cstheme="majorHAnsi"/>
                    <w:sz w:val="20"/>
                    <w:szCs w:val="20"/>
                  </w:rPr>
                  <w:t xml:space="preserve">                            </w:t>
                </w:r>
                <w:permEnd w:id="1051155877"/>
              </w:sdtContent>
            </w:sdt>
          </w:p>
        </w:tc>
      </w:tr>
      <w:tr w:rsidR="007C318E" w:rsidRPr="00330279" w14:paraId="5EBD3166" w14:textId="77777777" w:rsidTr="009179B1">
        <w:trPr>
          <w:trHeight w:val="351"/>
        </w:trPr>
        <w:tc>
          <w:tcPr>
            <w:tcW w:w="6660" w:type="dxa"/>
            <w:vMerge/>
            <w:tcBorders>
              <w:left w:val="nil"/>
              <w:right w:val="single" w:sz="4" w:space="0" w:color="auto"/>
            </w:tcBorders>
            <w:shd w:val="clear" w:color="auto" w:fill="F2F2F2" w:themeFill="background1" w:themeFillShade="F2"/>
          </w:tcPr>
          <w:p w14:paraId="5841584C" w14:textId="77777777" w:rsidR="007C318E" w:rsidRPr="00330279" w:rsidRDefault="007C318E" w:rsidP="003F088A">
            <w:pPr>
              <w:pStyle w:val="En-tte"/>
              <w:tabs>
                <w:tab w:val="center" w:pos="4536"/>
              </w:tabs>
              <w:rPr>
                <w:rFonts w:asciiTheme="majorHAnsi" w:hAnsiTheme="majorHAnsi" w:cstheme="majorHAnsi"/>
                <w:sz w:val="20"/>
                <w:szCs w:val="20"/>
                <w:lang w:val="fr-CA"/>
              </w:rPr>
            </w:pPr>
          </w:p>
        </w:tc>
        <w:tc>
          <w:tcPr>
            <w:tcW w:w="1489" w:type="dxa"/>
            <w:tcBorders>
              <w:top w:val="nil"/>
              <w:left w:val="single" w:sz="4" w:space="0" w:color="auto"/>
              <w:bottom w:val="single" w:sz="4" w:space="0" w:color="auto"/>
              <w:right w:val="nil"/>
            </w:tcBorders>
            <w:vAlign w:val="center"/>
          </w:tcPr>
          <w:p w14:paraId="5DE5457B" w14:textId="122AAEB0" w:rsidR="007C318E" w:rsidRPr="00330279" w:rsidRDefault="007C318E" w:rsidP="00446A98">
            <w:pPr>
              <w:pStyle w:val="En-tte"/>
              <w:rPr>
                <w:rFonts w:asciiTheme="majorHAnsi" w:hAnsiTheme="majorHAnsi" w:cstheme="majorHAnsi"/>
                <w:sz w:val="20"/>
                <w:szCs w:val="20"/>
              </w:rPr>
            </w:pPr>
            <w:r w:rsidRPr="00330279">
              <w:rPr>
                <w:rFonts w:asciiTheme="majorHAnsi" w:hAnsiTheme="majorHAnsi" w:cstheme="majorHAnsi"/>
                <w:sz w:val="20"/>
                <w:szCs w:val="20"/>
              </w:rPr>
              <w:t>D.D.N.</w:t>
            </w:r>
            <w:r w:rsidR="009179B1">
              <w:rPr>
                <w:rFonts w:asciiTheme="majorHAnsi" w:hAnsiTheme="majorHAnsi" w:cstheme="majorHAnsi"/>
                <w:sz w:val="20"/>
                <w:szCs w:val="20"/>
              </w:rPr>
              <w:t>(A/M/J)</w:t>
            </w:r>
          </w:p>
        </w:tc>
        <w:tc>
          <w:tcPr>
            <w:tcW w:w="865" w:type="dxa"/>
            <w:tcBorders>
              <w:top w:val="single" w:sz="4" w:space="0" w:color="auto"/>
              <w:left w:val="nil"/>
              <w:bottom w:val="single" w:sz="4" w:space="0" w:color="auto"/>
              <w:right w:val="nil"/>
            </w:tcBorders>
            <w:vAlign w:val="center"/>
          </w:tcPr>
          <w:p w14:paraId="3FA772C6" w14:textId="7369130A" w:rsidR="007C318E" w:rsidRPr="00330279" w:rsidRDefault="00000000" w:rsidP="00446A98">
            <w:pPr>
              <w:pStyle w:val="En-tte"/>
              <w:rPr>
                <w:rFonts w:asciiTheme="majorHAnsi" w:hAnsiTheme="majorHAnsi" w:cstheme="majorHAnsi"/>
                <w:sz w:val="20"/>
                <w:szCs w:val="20"/>
              </w:rPr>
            </w:pPr>
            <w:sdt>
              <w:sdtPr>
                <w:rPr>
                  <w:rFonts w:asciiTheme="majorHAnsi" w:hAnsiTheme="majorHAnsi" w:cstheme="majorHAnsi"/>
                  <w:sz w:val="20"/>
                  <w:szCs w:val="20"/>
                </w:rPr>
                <w:id w:val="1357380208"/>
                <w:placeholder>
                  <w:docPart w:val="9E8E4E844772400AAD3A25417DC9F406"/>
                </w:placeholder>
                <w:showingPlcHdr/>
              </w:sdtPr>
              <w:sdtContent>
                <w:permStart w:id="246876457" w:edGrp="everyone"/>
                <w:r w:rsidR="009179B1">
                  <w:rPr>
                    <w:rStyle w:val="Textedelespacerserv"/>
                    <w:rFonts w:asciiTheme="majorHAnsi" w:hAnsiTheme="majorHAnsi" w:cstheme="majorHAnsi"/>
                    <w:sz w:val="20"/>
                    <w:szCs w:val="20"/>
                    <w:lang w:val="fr-CA"/>
                  </w:rPr>
                  <w:t xml:space="preserve">    </w:t>
                </w:r>
                <w:permEnd w:id="246876457"/>
              </w:sdtContent>
            </w:sdt>
          </w:p>
        </w:tc>
        <w:tc>
          <w:tcPr>
            <w:tcW w:w="364" w:type="dxa"/>
            <w:tcBorders>
              <w:top w:val="single" w:sz="4" w:space="0" w:color="auto"/>
              <w:left w:val="nil"/>
              <w:bottom w:val="single" w:sz="4" w:space="0" w:color="auto"/>
              <w:right w:val="nil"/>
            </w:tcBorders>
            <w:vAlign w:val="center"/>
          </w:tcPr>
          <w:p w14:paraId="15EAEFC6" w14:textId="77777777" w:rsidR="007C318E" w:rsidRPr="00330279" w:rsidRDefault="007C318E" w:rsidP="00446A98">
            <w:pPr>
              <w:pStyle w:val="En-tte"/>
              <w:rPr>
                <w:rFonts w:asciiTheme="majorHAnsi" w:hAnsiTheme="majorHAnsi" w:cstheme="majorHAnsi"/>
                <w:sz w:val="20"/>
                <w:szCs w:val="20"/>
              </w:rPr>
            </w:pPr>
            <w:r w:rsidRPr="00330279">
              <w:rPr>
                <w:rFonts w:asciiTheme="majorHAnsi" w:hAnsiTheme="majorHAnsi" w:cstheme="majorHAnsi"/>
                <w:sz w:val="20"/>
                <w:szCs w:val="20"/>
              </w:rPr>
              <w:t>-</w:t>
            </w:r>
          </w:p>
        </w:tc>
        <w:tc>
          <w:tcPr>
            <w:tcW w:w="634" w:type="dxa"/>
            <w:tcBorders>
              <w:top w:val="single" w:sz="4" w:space="0" w:color="auto"/>
              <w:left w:val="nil"/>
              <w:bottom w:val="single" w:sz="4" w:space="0" w:color="auto"/>
              <w:right w:val="nil"/>
            </w:tcBorders>
            <w:vAlign w:val="center"/>
          </w:tcPr>
          <w:p w14:paraId="70FD2A3C" w14:textId="69D5EDA1" w:rsidR="007C318E" w:rsidRPr="00330279" w:rsidRDefault="00000000" w:rsidP="00446A98">
            <w:pPr>
              <w:pStyle w:val="En-tte"/>
              <w:rPr>
                <w:rFonts w:asciiTheme="majorHAnsi" w:hAnsiTheme="majorHAnsi" w:cstheme="majorHAnsi"/>
                <w:sz w:val="20"/>
                <w:szCs w:val="20"/>
              </w:rPr>
            </w:pPr>
            <w:sdt>
              <w:sdtPr>
                <w:rPr>
                  <w:rFonts w:asciiTheme="majorHAnsi" w:hAnsiTheme="majorHAnsi" w:cstheme="majorHAnsi"/>
                  <w:sz w:val="20"/>
                  <w:szCs w:val="20"/>
                </w:rPr>
                <w:id w:val="-724291123"/>
                <w:placeholder>
                  <w:docPart w:val="DEC0BADA4FDA426C87824427DC2314F1"/>
                </w:placeholder>
                <w:showingPlcHdr/>
              </w:sdtPr>
              <w:sdtContent>
                <w:permStart w:id="2088975847" w:edGrp="everyone"/>
                <w:r w:rsidR="009179B1">
                  <w:rPr>
                    <w:rStyle w:val="Textedelespacerserv"/>
                    <w:rFonts w:asciiTheme="majorHAnsi" w:hAnsiTheme="majorHAnsi" w:cstheme="majorHAnsi"/>
                    <w:sz w:val="20"/>
                    <w:szCs w:val="20"/>
                    <w:lang w:val="fr-CA"/>
                  </w:rPr>
                  <w:t xml:space="preserve">    </w:t>
                </w:r>
                <w:permEnd w:id="2088975847"/>
              </w:sdtContent>
            </w:sdt>
          </w:p>
        </w:tc>
        <w:tc>
          <w:tcPr>
            <w:tcW w:w="272" w:type="dxa"/>
            <w:tcBorders>
              <w:top w:val="single" w:sz="4" w:space="0" w:color="auto"/>
              <w:left w:val="nil"/>
              <w:bottom w:val="single" w:sz="4" w:space="0" w:color="auto"/>
              <w:right w:val="nil"/>
            </w:tcBorders>
            <w:vAlign w:val="center"/>
          </w:tcPr>
          <w:p w14:paraId="3B4A3F8D" w14:textId="77777777" w:rsidR="007C318E" w:rsidRPr="00330279" w:rsidRDefault="007C318E" w:rsidP="00446A98">
            <w:pPr>
              <w:pStyle w:val="En-tte"/>
              <w:rPr>
                <w:rFonts w:asciiTheme="majorHAnsi" w:hAnsiTheme="majorHAnsi" w:cstheme="majorHAnsi"/>
                <w:sz w:val="20"/>
                <w:szCs w:val="20"/>
              </w:rPr>
            </w:pPr>
            <w:r w:rsidRPr="00330279">
              <w:rPr>
                <w:rFonts w:asciiTheme="majorHAnsi" w:hAnsiTheme="majorHAnsi" w:cstheme="majorHAnsi"/>
                <w:sz w:val="20"/>
                <w:szCs w:val="20"/>
              </w:rPr>
              <w:t>-</w:t>
            </w:r>
          </w:p>
        </w:tc>
        <w:tc>
          <w:tcPr>
            <w:tcW w:w="667" w:type="dxa"/>
            <w:tcBorders>
              <w:top w:val="single" w:sz="4" w:space="0" w:color="auto"/>
              <w:left w:val="nil"/>
              <w:bottom w:val="single" w:sz="4" w:space="0" w:color="auto"/>
              <w:right w:val="nil"/>
            </w:tcBorders>
            <w:vAlign w:val="center"/>
          </w:tcPr>
          <w:p w14:paraId="2A74D286" w14:textId="19A832E4" w:rsidR="007C318E" w:rsidRPr="00330279" w:rsidRDefault="00000000" w:rsidP="00446A98">
            <w:pPr>
              <w:pStyle w:val="En-tte"/>
              <w:rPr>
                <w:rFonts w:asciiTheme="majorHAnsi" w:hAnsiTheme="majorHAnsi" w:cstheme="majorHAnsi"/>
                <w:sz w:val="20"/>
                <w:szCs w:val="20"/>
              </w:rPr>
            </w:pPr>
            <w:sdt>
              <w:sdtPr>
                <w:rPr>
                  <w:rFonts w:asciiTheme="majorHAnsi" w:hAnsiTheme="majorHAnsi" w:cstheme="majorHAnsi"/>
                  <w:sz w:val="20"/>
                  <w:szCs w:val="20"/>
                </w:rPr>
                <w:id w:val="1589495322"/>
                <w:placeholder>
                  <w:docPart w:val="05F8C65E25E04A248F00870C8FD0FEA3"/>
                </w:placeholder>
                <w:showingPlcHdr/>
              </w:sdtPr>
              <w:sdtContent>
                <w:permStart w:id="1839274037" w:edGrp="everyone"/>
                <w:r w:rsidR="009179B1">
                  <w:rPr>
                    <w:rStyle w:val="Textedelespacerserv"/>
                    <w:rFonts w:asciiTheme="majorHAnsi" w:hAnsiTheme="majorHAnsi" w:cstheme="majorHAnsi"/>
                    <w:sz w:val="20"/>
                    <w:szCs w:val="20"/>
                    <w:lang w:val="fr-CA"/>
                  </w:rPr>
                  <w:t xml:space="preserve">    </w:t>
                </w:r>
                <w:permEnd w:id="1839274037"/>
              </w:sdtContent>
            </w:sdt>
          </w:p>
        </w:tc>
      </w:tr>
    </w:tbl>
    <w:p w14:paraId="04748ED2" w14:textId="0697B614" w:rsidR="00470558" w:rsidRDefault="00DB5753" w:rsidP="00B57252">
      <w:pPr>
        <w:spacing w:before="120" w:after="0" w:line="240" w:lineRule="auto"/>
        <w:jc w:val="both"/>
        <w:rPr>
          <w:rFonts w:asciiTheme="majorHAnsi" w:hAnsiTheme="majorHAnsi" w:cstheme="majorHAnsi"/>
          <w:b/>
          <w:bCs/>
          <w:sz w:val="20"/>
          <w:szCs w:val="20"/>
          <w:u w:val="single"/>
          <w:lang w:val="fr-CA"/>
        </w:rPr>
      </w:pPr>
      <w:r w:rsidRPr="00330279">
        <w:rPr>
          <w:rFonts w:asciiTheme="majorHAnsi" w:hAnsiTheme="majorHAnsi" w:cstheme="majorHAnsi"/>
          <w:b/>
          <w:bCs/>
          <w:sz w:val="20"/>
          <w:szCs w:val="20"/>
          <w:u w:val="single"/>
          <w:lang w:val="fr-CA"/>
        </w:rPr>
        <w:t xml:space="preserve">L’usager comprend que pour favoriser une réponse optimale à ses besoins dans le cadre du programme </w:t>
      </w:r>
      <w:r w:rsidRPr="00330279">
        <w:rPr>
          <w:rFonts w:asciiTheme="majorHAnsi" w:hAnsiTheme="majorHAnsi" w:cstheme="majorHAnsi"/>
          <w:b/>
          <w:bCs/>
          <w:i/>
          <w:iCs/>
          <w:sz w:val="20"/>
          <w:szCs w:val="20"/>
          <w:u w:val="single"/>
          <w:lang w:val="fr-CA"/>
        </w:rPr>
        <w:t>Agir Ensemble</w:t>
      </w:r>
      <w:r w:rsidRPr="00330279">
        <w:rPr>
          <w:rFonts w:asciiTheme="majorHAnsi" w:hAnsiTheme="majorHAnsi" w:cstheme="majorHAnsi"/>
          <w:b/>
          <w:bCs/>
          <w:sz w:val="20"/>
          <w:szCs w:val="20"/>
          <w:u w:val="single"/>
          <w:lang w:val="fr-CA"/>
        </w:rPr>
        <w:t>, il doit:</w:t>
      </w:r>
    </w:p>
    <w:p w14:paraId="4565B4EF" w14:textId="444D64A2" w:rsidR="00DB5753" w:rsidRPr="00330279" w:rsidRDefault="00DB5753" w:rsidP="0056012E">
      <w:pPr>
        <w:pStyle w:val="Paragraphedeliste"/>
        <w:numPr>
          <w:ilvl w:val="0"/>
          <w:numId w:val="11"/>
        </w:numPr>
        <w:spacing w:before="120" w:after="0"/>
        <w:jc w:val="both"/>
        <w:rPr>
          <w:rFonts w:asciiTheme="majorHAnsi" w:hAnsiTheme="majorHAnsi" w:cstheme="majorHAnsi"/>
          <w:sz w:val="20"/>
          <w:szCs w:val="20"/>
          <w:lang w:val="fr-CA"/>
        </w:rPr>
      </w:pPr>
      <w:r w:rsidRPr="00330279">
        <w:rPr>
          <w:rFonts w:asciiTheme="majorHAnsi" w:hAnsiTheme="majorHAnsi" w:cstheme="majorHAnsi"/>
          <w:sz w:val="20"/>
          <w:szCs w:val="20"/>
          <w:lang w:val="fr-CA"/>
        </w:rPr>
        <w:t xml:space="preserve">Permettre d’échanger des renseignements sur sa situation personnelle afin d’orienter les services qui lui seront </w:t>
      </w:r>
      <w:r w:rsidR="00C15BDE">
        <w:rPr>
          <w:rFonts w:asciiTheme="majorHAnsi" w:hAnsiTheme="majorHAnsi" w:cstheme="majorHAnsi"/>
          <w:sz w:val="20"/>
          <w:szCs w:val="20"/>
          <w:lang w:val="fr-CA"/>
        </w:rPr>
        <w:t>offerts ;</w:t>
      </w:r>
      <w:r w:rsidRPr="00330279">
        <w:rPr>
          <w:rFonts w:asciiTheme="majorHAnsi" w:hAnsiTheme="majorHAnsi" w:cstheme="majorHAnsi"/>
          <w:sz w:val="20"/>
          <w:szCs w:val="20"/>
          <w:lang w:val="fr-CA"/>
        </w:rPr>
        <w:t xml:space="preserve"> </w:t>
      </w:r>
      <w:r w:rsidR="00C15BDE">
        <w:rPr>
          <w:rFonts w:asciiTheme="majorHAnsi" w:hAnsiTheme="majorHAnsi" w:cstheme="majorHAnsi"/>
          <w:sz w:val="20"/>
          <w:szCs w:val="20"/>
          <w:lang w:val="fr-CA"/>
        </w:rPr>
        <w:br/>
      </w:r>
      <w:r w:rsidRPr="00330279">
        <w:rPr>
          <w:rFonts w:asciiTheme="majorHAnsi" w:hAnsiTheme="majorHAnsi" w:cstheme="majorHAnsi"/>
          <w:sz w:val="20"/>
          <w:szCs w:val="20"/>
          <w:lang w:val="fr-CA"/>
        </w:rPr>
        <w:t xml:space="preserve">(Seuls les renseignements pertinents à l’orientation et au suivi des services seront partagés) </w:t>
      </w:r>
    </w:p>
    <w:p w14:paraId="69DB0DC3" w14:textId="77777777" w:rsidR="00DB5753" w:rsidRPr="00330279" w:rsidRDefault="00DB5753" w:rsidP="00DB5753">
      <w:pPr>
        <w:pStyle w:val="Paragraphedeliste"/>
        <w:numPr>
          <w:ilvl w:val="0"/>
          <w:numId w:val="11"/>
        </w:numPr>
        <w:spacing w:after="0"/>
        <w:jc w:val="both"/>
        <w:rPr>
          <w:rFonts w:asciiTheme="majorHAnsi" w:hAnsiTheme="majorHAnsi" w:cstheme="majorHAnsi"/>
          <w:sz w:val="20"/>
          <w:szCs w:val="20"/>
          <w:lang w:val="fr-CA"/>
        </w:rPr>
      </w:pPr>
      <w:r w:rsidRPr="00330279">
        <w:rPr>
          <w:rFonts w:asciiTheme="majorHAnsi" w:hAnsiTheme="majorHAnsi" w:cstheme="majorHAnsi"/>
          <w:sz w:val="20"/>
          <w:szCs w:val="20"/>
          <w:lang w:val="fr-CA"/>
        </w:rPr>
        <w:t>L’usager ou son parent peut convenir, avec chacun des partenaires autorisés, quelles informations pourront être partagées ;</w:t>
      </w:r>
    </w:p>
    <w:p w14:paraId="13ABE2FC" w14:textId="77777777" w:rsidR="00DB5753" w:rsidRPr="00330279" w:rsidRDefault="00DB5753" w:rsidP="00DB5753">
      <w:pPr>
        <w:pStyle w:val="Paragraphedeliste"/>
        <w:numPr>
          <w:ilvl w:val="0"/>
          <w:numId w:val="11"/>
        </w:numPr>
        <w:spacing w:after="0"/>
        <w:jc w:val="both"/>
        <w:rPr>
          <w:rFonts w:asciiTheme="majorHAnsi" w:hAnsiTheme="majorHAnsi" w:cstheme="majorHAnsi"/>
          <w:sz w:val="20"/>
          <w:szCs w:val="20"/>
          <w:lang w:val="fr-CA"/>
        </w:rPr>
      </w:pPr>
      <w:r w:rsidRPr="00330279">
        <w:rPr>
          <w:rFonts w:asciiTheme="majorHAnsi" w:hAnsiTheme="majorHAnsi" w:cstheme="majorHAnsi"/>
          <w:sz w:val="20"/>
          <w:szCs w:val="20"/>
          <w:lang w:val="fr-CA"/>
        </w:rPr>
        <w:t>L’usager ou son parent peut annuler en tout temps ce consentement en avisant verbalement ou par écrit un intervenant. Cette annulation n’exclut pas qu’il reçoive des services, mais elle pourrait limiter l’efficacité des interventions ;</w:t>
      </w:r>
    </w:p>
    <w:p w14:paraId="442F9BAA" w14:textId="77777777" w:rsidR="00DB5753" w:rsidRPr="00330279" w:rsidRDefault="00DB5753" w:rsidP="00DB5753">
      <w:pPr>
        <w:pStyle w:val="Paragraphedeliste"/>
        <w:numPr>
          <w:ilvl w:val="0"/>
          <w:numId w:val="11"/>
        </w:numPr>
        <w:spacing w:after="0"/>
        <w:jc w:val="both"/>
        <w:rPr>
          <w:rFonts w:asciiTheme="majorHAnsi" w:hAnsiTheme="majorHAnsi" w:cstheme="majorHAnsi"/>
          <w:sz w:val="20"/>
          <w:szCs w:val="20"/>
          <w:lang w:val="fr-CA"/>
        </w:rPr>
      </w:pPr>
      <w:r w:rsidRPr="00330279">
        <w:rPr>
          <w:rFonts w:asciiTheme="majorHAnsi" w:hAnsiTheme="majorHAnsi" w:cstheme="majorHAnsi"/>
          <w:sz w:val="20"/>
          <w:szCs w:val="20"/>
          <w:lang w:val="fr-CA"/>
        </w:rPr>
        <w:t>L’échange d’informations se fera en toute confidentialité, dans le respect des lois et règlements en vigueur.</w:t>
      </w:r>
    </w:p>
    <w:p w14:paraId="7173927C" w14:textId="77777777" w:rsidR="00DB5753" w:rsidRPr="00330279" w:rsidRDefault="00DB5753" w:rsidP="00DB5753">
      <w:pPr>
        <w:pStyle w:val="Paragraphedeliste"/>
        <w:numPr>
          <w:ilvl w:val="0"/>
          <w:numId w:val="11"/>
        </w:numPr>
        <w:spacing w:after="0"/>
        <w:jc w:val="both"/>
        <w:rPr>
          <w:rFonts w:asciiTheme="majorHAnsi" w:hAnsiTheme="majorHAnsi" w:cstheme="majorHAnsi"/>
          <w:sz w:val="20"/>
          <w:szCs w:val="20"/>
          <w:lang w:val="fr-CA"/>
        </w:rPr>
      </w:pPr>
      <w:r w:rsidRPr="00330279">
        <w:rPr>
          <w:rFonts w:asciiTheme="majorHAnsi" w:hAnsiTheme="majorHAnsi" w:cstheme="majorHAnsi"/>
          <w:sz w:val="20"/>
          <w:szCs w:val="20"/>
          <w:lang w:val="fr-CA"/>
        </w:rPr>
        <w:t>Les informations écrites pouvant être distribuées aux partenaires autorisés sont :</w:t>
      </w:r>
    </w:p>
    <w:permStart w:id="1229783244" w:edGrp="everyone"/>
    <w:p w14:paraId="79C7950E" w14:textId="30E5F3F5" w:rsidR="00DB5753" w:rsidRPr="00330279" w:rsidRDefault="00000000" w:rsidP="00DB5753">
      <w:pPr>
        <w:spacing w:after="0" w:line="240" w:lineRule="auto"/>
        <w:ind w:left="709"/>
        <w:jc w:val="both"/>
        <w:rPr>
          <w:rFonts w:asciiTheme="majorHAnsi" w:hAnsiTheme="majorHAnsi" w:cstheme="majorHAnsi"/>
          <w:sz w:val="20"/>
          <w:szCs w:val="20"/>
          <w:lang w:val="fr-CA"/>
        </w:rPr>
      </w:pPr>
      <w:sdt>
        <w:sdtPr>
          <w:rPr>
            <w:rFonts w:asciiTheme="majorHAnsi" w:hAnsiTheme="majorHAnsi" w:cstheme="majorHAnsi"/>
            <w:sz w:val="20"/>
            <w:szCs w:val="20"/>
            <w:lang w:val="fr-CA"/>
          </w:rPr>
          <w:id w:val="-1174416212"/>
          <w14:checkbox>
            <w14:checked w14:val="0"/>
            <w14:checkedState w14:val="2612" w14:font="MS Gothic"/>
            <w14:uncheckedState w14:val="2610" w14:font="MS Gothic"/>
          </w14:checkbox>
        </w:sdtPr>
        <w:sdtContent>
          <w:r w:rsidR="00C63329">
            <w:rPr>
              <w:rFonts w:ascii="MS Gothic" w:eastAsia="MS Gothic" w:hAnsi="MS Gothic" w:cstheme="majorHAnsi" w:hint="eastAsia"/>
              <w:sz w:val="20"/>
              <w:szCs w:val="20"/>
              <w:lang w:val="fr-CA"/>
            </w:rPr>
            <w:t>☐</w:t>
          </w:r>
        </w:sdtContent>
      </w:sdt>
      <w:permEnd w:id="1229783244"/>
      <w:r w:rsidR="00DB5753" w:rsidRPr="00330279">
        <w:rPr>
          <w:rFonts w:asciiTheme="majorHAnsi" w:hAnsiTheme="majorHAnsi" w:cstheme="majorHAnsi"/>
          <w:sz w:val="20"/>
          <w:szCs w:val="20"/>
          <w:lang w:val="fr-CA"/>
        </w:rPr>
        <w:t xml:space="preserve">  </w:t>
      </w:r>
      <w:r w:rsidR="009645BA" w:rsidRPr="00330279">
        <w:rPr>
          <w:rFonts w:asciiTheme="majorHAnsi" w:hAnsiTheme="majorHAnsi" w:cstheme="majorHAnsi"/>
          <w:sz w:val="20"/>
          <w:szCs w:val="20"/>
          <w:lang w:val="fr-CA"/>
        </w:rPr>
        <w:t>Le</w:t>
      </w:r>
      <w:r w:rsidR="00DB5753" w:rsidRPr="00330279">
        <w:rPr>
          <w:rFonts w:asciiTheme="majorHAnsi" w:hAnsiTheme="majorHAnsi" w:cstheme="majorHAnsi"/>
          <w:sz w:val="20"/>
          <w:szCs w:val="20"/>
          <w:lang w:val="fr-CA"/>
        </w:rPr>
        <w:t xml:space="preserve"> formulaire d’autorisation</w:t>
      </w:r>
      <w:r w:rsidR="00C63329">
        <w:rPr>
          <w:rFonts w:asciiTheme="majorHAnsi" w:hAnsiTheme="majorHAnsi" w:cstheme="majorHAnsi"/>
          <w:sz w:val="20"/>
          <w:szCs w:val="20"/>
          <w:lang w:val="fr-CA"/>
        </w:rPr>
        <w:t xml:space="preserve"> à</w:t>
      </w:r>
      <w:r w:rsidR="00DB5753" w:rsidRPr="00330279">
        <w:rPr>
          <w:rFonts w:asciiTheme="majorHAnsi" w:hAnsiTheme="majorHAnsi" w:cstheme="majorHAnsi"/>
          <w:sz w:val="20"/>
          <w:szCs w:val="20"/>
          <w:lang w:val="fr-CA"/>
        </w:rPr>
        <w:t xml:space="preserve"> communiquer des renseignements personnels que l’usager aura </w:t>
      </w:r>
      <w:r w:rsidR="009F4035">
        <w:rPr>
          <w:rFonts w:asciiTheme="majorHAnsi" w:hAnsiTheme="majorHAnsi" w:cstheme="majorHAnsi"/>
          <w:sz w:val="20"/>
          <w:szCs w:val="20"/>
          <w:lang w:val="fr-CA"/>
        </w:rPr>
        <w:t xml:space="preserve">signé </w:t>
      </w:r>
      <w:r w:rsidR="00DB5753" w:rsidRPr="00330279">
        <w:rPr>
          <w:rFonts w:asciiTheme="majorHAnsi" w:hAnsiTheme="majorHAnsi" w:cstheme="majorHAnsi"/>
          <w:sz w:val="20"/>
          <w:szCs w:val="20"/>
          <w:lang w:val="fr-CA"/>
        </w:rPr>
        <w:t>;</w:t>
      </w:r>
    </w:p>
    <w:permStart w:id="1585131915" w:edGrp="everyone"/>
    <w:p w14:paraId="78AE3D95" w14:textId="682D6BC2" w:rsidR="00DB5753" w:rsidRPr="00330279" w:rsidRDefault="00000000" w:rsidP="00DB5753">
      <w:pPr>
        <w:spacing w:after="0" w:line="240" w:lineRule="auto"/>
        <w:ind w:left="709"/>
        <w:jc w:val="both"/>
        <w:rPr>
          <w:rFonts w:asciiTheme="majorHAnsi" w:hAnsiTheme="majorHAnsi" w:cstheme="majorHAnsi"/>
          <w:sz w:val="20"/>
          <w:szCs w:val="20"/>
          <w:lang w:val="fr-CA"/>
        </w:rPr>
      </w:pPr>
      <w:sdt>
        <w:sdtPr>
          <w:rPr>
            <w:rFonts w:asciiTheme="majorHAnsi" w:hAnsiTheme="majorHAnsi" w:cstheme="majorHAnsi"/>
            <w:sz w:val="20"/>
            <w:szCs w:val="20"/>
            <w:lang w:val="fr-CA"/>
          </w:rPr>
          <w:id w:val="-538747075"/>
          <w14:checkbox>
            <w14:checked w14:val="0"/>
            <w14:checkedState w14:val="2612" w14:font="MS Gothic"/>
            <w14:uncheckedState w14:val="2610" w14:font="MS Gothic"/>
          </w14:checkbox>
        </w:sdtPr>
        <w:sdtContent>
          <w:r w:rsidR="00C63329">
            <w:rPr>
              <w:rFonts w:ascii="MS Gothic" w:eastAsia="MS Gothic" w:hAnsi="MS Gothic" w:cstheme="majorHAnsi" w:hint="eastAsia"/>
              <w:sz w:val="20"/>
              <w:szCs w:val="20"/>
              <w:lang w:val="fr-CA"/>
            </w:rPr>
            <w:t>☐</w:t>
          </w:r>
        </w:sdtContent>
      </w:sdt>
      <w:permEnd w:id="1585131915"/>
      <w:r w:rsidR="00DB5753" w:rsidRPr="00330279">
        <w:rPr>
          <w:rFonts w:asciiTheme="majorHAnsi" w:hAnsiTheme="majorHAnsi" w:cstheme="majorHAnsi"/>
          <w:sz w:val="20"/>
          <w:szCs w:val="20"/>
          <w:lang w:val="fr-CA"/>
        </w:rPr>
        <w:t xml:space="preserve">  </w:t>
      </w:r>
      <w:r w:rsidR="009645BA" w:rsidRPr="00330279">
        <w:rPr>
          <w:rFonts w:asciiTheme="majorHAnsi" w:hAnsiTheme="majorHAnsi" w:cstheme="majorHAnsi"/>
          <w:sz w:val="20"/>
          <w:szCs w:val="20"/>
          <w:lang w:val="fr-CA"/>
        </w:rPr>
        <w:t>Le</w:t>
      </w:r>
      <w:r w:rsidR="00DB5753" w:rsidRPr="00330279">
        <w:rPr>
          <w:rFonts w:asciiTheme="majorHAnsi" w:hAnsiTheme="majorHAnsi" w:cstheme="majorHAnsi"/>
          <w:sz w:val="20"/>
          <w:szCs w:val="20"/>
          <w:lang w:val="fr-CA"/>
        </w:rPr>
        <w:t xml:space="preserve"> plan de service</w:t>
      </w:r>
      <w:r w:rsidR="009F4035">
        <w:rPr>
          <w:rFonts w:asciiTheme="majorHAnsi" w:hAnsiTheme="majorHAnsi" w:cstheme="majorHAnsi"/>
          <w:sz w:val="20"/>
          <w:szCs w:val="20"/>
          <w:lang w:val="fr-CA"/>
        </w:rPr>
        <w:t xml:space="preserve"> individualisé et intersectoriel ;</w:t>
      </w:r>
    </w:p>
    <w:permStart w:id="123234047" w:edGrp="everyone"/>
    <w:p w14:paraId="746215A8" w14:textId="45BED913" w:rsidR="004615C2" w:rsidRPr="00D5064E" w:rsidRDefault="00000000" w:rsidP="00D5064E">
      <w:pPr>
        <w:spacing w:after="0" w:line="240" w:lineRule="auto"/>
        <w:ind w:left="709"/>
        <w:jc w:val="both"/>
        <w:rPr>
          <w:rFonts w:asciiTheme="majorHAnsi" w:hAnsiTheme="majorHAnsi" w:cstheme="majorHAnsi"/>
          <w:sz w:val="20"/>
          <w:szCs w:val="20"/>
        </w:rPr>
      </w:pPr>
      <w:sdt>
        <w:sdtPr>
          <w:rPr>
            <w:rFonts w:asciiTheme="majorHAnsi" w:hAnsiTheme="majorHAnsi" w:cstheme="majorHAnsi"/>
            <w:sz w:val="20"/>
            <w:szCs w:val="20"/>
            <w:lang w:val="fr-CA"/>
          </w:rPr>
          <w:id w:val="-953630596"/>
          <w14:checkbox>
            <w14:checked w14:val="0"/>
            <w14:checkedState w14:val="2612" w14:font="MS Gothic"/>
            <w14:uncheckedState w14:val="2610" w14:font="MS Gothic"/>
          </w14:checkbox>
        </w:sdtPr>
        <w:sdtContent>
          <w:r w:rsidR="00C63329">
            <w:rPr>
              <w:rFonts w:ascii="MS Gothic" w:eastAsia="MS Gothic" w:hAnsi="MS Gothic" w:cstheme="majorHAnsi" w:hint="eastAsia"/>
              <w:sz w:val="20"/>
              <w:szCs w:val="20"/>
              <w:lang w:val="fr-CA"/>
            </w:rPr>
            <w:t>☐</w:t>
          </w:r>
        </w:sdtContent>
      </w:sdt>
      <w:permEnd w:id="123234047"/>
      <w:r w:rsidR="00DB5753" w:rsidRPr="00330279">
        <w:rPr>
          <w:rFonts w:asciiTheme="majorHAnsi" w:hAnsiTheme="majorHAnsi" w:cstheme="majorHAnsi"/>
          <w:sz w:val="20"/>
          <w:szCs w:val="20"/>
          <w:lang w:val="fr-CA"/>
        </w:rPr>
        <w:t xml:space="preserve">  </w:t>
      </w:r>
      <w:r w:rsidR="009645BA" w:rsidRPr="00330279">
        <w:rPr>
          <w:rFonts w:asciiTheme="majorHAnsi" w:hAnsiTheme="majorHAnsi" w:cstheme="majorHAnsi"/>
          <w:sz w:val="20"/>
          <w:szCs w:val="20"/>
          <w:lang w:val="fr-CA"/>
        </w:rPr>
        <w:t>Autres</w:t>
      </w:r>
      <w:r w:rsidR="00DB5753" w:rsidRPr="00330279">
        <w:rPr>
          <w:rFonts w:asciiTheme="majorHAnsi" w:hAnsiTheme="majorHAnsi" w:cstheme="majorHAnsi"/>
          <w:sz w:val="20"/>
          <w:szCs w:val="20"/>
          <w:lang w:val="fr-CA"/>
        </w:rPr>
        <w:t xml:space="preserve"> : </w:t>
      </w:r>
      <w:r w:rsidR="00E26D88" w:rsidRPr="00330279">
        <w:rPr>
          <w:rFonts w:asciiTheme="majorHAnsi" w:hAnsiTheme="majorHAnsi" w:cstheme="majorHAnsi"/>
          <w:sz w:val="20"/>
          <w:szCs w:val="20"/>
          <w:lang w:val="fr-CA"/>
        </w:rPr>
        <w:t xml:space="preserve"> </w:t>
      </w:r>
      <w:sdt>
        <w:sdtPr>
          <w:rPr>
            <w:rFonts w:asciiTheme="majorHAnsi" w:hAnsiTheme="majorHAnsi" w:cstheme="majorHAnsi"/>
            <w:sz w:val="20"/>
            <w:szCs w:val="20"/>
          </w:rPr>
          <w:id w:val="1465765851"/>
          <w:placeholder>
            <w:docPart w:val="470150B0037341F5B3D28FD3A4B8D575"/>
          </w:placeholder>
        </w:sdtPr>
        <w:sdtContent>
          <w:sdt>
            <w:sdtPr>
              <w:rPr>
                <w:rFonts w:asciiTheme="majorHAnsi" w:hAnsiTheme="majorHAnsi" w:cstheme="majorHAnsi"/>
                <w:sz w:val="20"/>
                <w:szCs w:val="20"/>
              </w:rPr>
              <w:id w:val="1842192619"/>
              <w:placeholder>
                <w:docPart w:val="44A57FEAC94B496CA1960F76FE7982F0"/>
              </w:placeholder>
              <w:showingPlcHdr/>
            </w:sdtPr>
            <w:sdtContent>
              <w:permStart w:id="516317367" w:edGrp="everyone"/>
              <w:r w:rsidR="009179B1">
                <w:rPr>
                  <w:rStyle w:val="Textedelespacerserv"/>
                  <w:rFonts w:asciiTheme="majorHAnsi" w:hAnsiTheme="majorHAnsi" w:cstheme="majorHAnsi"/>
                  <w:sz w:val="20"/>
                  <w:szCs w:val="20"/>
                </w:rPr>
                <w:t xml:space="preserve">                            </w:t>
              </w:r>
              <w:permEnd w:id="516317367"/>
            </w:sdtContent>
          </w:sdt>
        </w:sdtContent>
      </w:sdt>
    </w:p>
    <w:p w14:paraId="574A13B6" w14:textId="79EB05B4" w:rsidR="004615C2" w:rsidRDefault="00DB5753" w:rsidP="00D5064E">
      <w:pPr>
        <w:pStyle w:val="Paragraphedeliste"/>
        <w:numPr>
          <w:ilvl w:val="0"/>
          <w:numId w:val="11"/>
        </w:numPr>
        <w:spacing w:after="0"/>
        <w:contextualSpacing w:val="0"/>
        <w:jc w:val="both"/>
        <w:rPr>
          <w:rFonts w:asciiTheme="majorHAnsi" w:hAnsiTheme="majorHAnsi" w:cstheme="majorHAnsi"/>
          <w:sz w:val="20"/>
          <w:szCs w:val="20"/>
          <w:u w:val="single"/>
          <w:lang w:val="fr-CA"/>
        </w:rPr>
      </w:pPr>
      <w:r w:rsidRPr="00330279">
        <w:rPr>
          <w:rFonts w:asciiTheme="majorHAnsi" w:hAnsiTheme="majorHAnsi" w:cstheme="majorHAnsi"/>
          <w:sz w:val="20"/>
          <w:szCs w:val="20"/>
          <w:lang w:val="fr-CA"/>
        </w:rPr>
        <w:t xml:space="preserve">Ces informations seront assujetties aux règles d’accès et de conservation de dossiers et </w:t>
      </w:r>
      <w:r w:rsidRPr="00330279">
        <w:rPr>
          <w:rFonts w:asciiTheme="majorHAnsi" w:hAnsiTheme="majorHAnsi" w:cstheme="majorHAnsi"/>
          <w:sz w:val="20"/>
          <w:szCs w:val="20"/>
          <w:u w:val="single"/>
          <w:lang w:val="fr-CA"/>
        </w:rPr>
        <w:t>le partage de tout document écrit devra faire l’objet d’une autorisation spécifique.</w:t>
      </w:r>
    </w:p>
    <w:p w14:paraId="58DD8F3B" w14:textId="77777777" w:rsidR="00D5064E" w:rsidRPr="00D5064E" w:rsidRDefault="00D5064E" w:rsidP="00D5064E">
      <w:pPr>
        <w:pStyle w:val="Paragraphedeliste"/>
        <w:spacing w:after="0" w:line="240" w:lineRule="auto"/>
        <w:ind w:left="360"/>
        <w:contextualSpacing w:val="0"/>
        <w:jc w:val="both"/>
        <w:rPr>
          <w:rFonts w:asciiTheme="majorHAnsi" w:hAnsiTheme="majorHAnsi" w:cstheme="majorHAnsi"/>
          <w:sz w:val="20"/>
          <w:szCs w:val="20"/>
          <w:u w:val="single"/>
          <w:lang w:val="fr-CA"/>
        </w:rPr>
      </w:pPr>
    </w:p>
    <w:p w14:paraId="384A6F1D" w14:textId="77777777" w:rsidR="00D5064E" w:rsidRDefault="00470558" w:rsidP="00D5064E">
      <w:pPr>
        <w:tabs>
          <w:tab w:val="left" w:pos="810"/>
          <w:tab w:val="left" w:pos="1350"/>
        </w:tabs>
        <w:spacing w:after="0" w:line="240" w:lineRule="auto"/>
        <w:jc w:val="center"/>
        <w:rPr>
          <w:rFonts w:asciiTheme="majorHAnsi" w:hAnsiTheme="majorHAnsi" w:cstheme="majorHAnsi"/>
          <w:b/>
          <w:bCs/>
          <w:sz w:val="20"/>
          <w:szCs w:val="20"/>
          <w:lang w:val="fr-CA"/>
        </w:rPr>
      </w:pPr>
      <w:r w:rsidRPr="00470558">
        <w:rPr>
          <w:rFonts w:asciiTheme="majorHAnsi" w:hAnsiTheme="majorHAnsi" w:cstheme="majorHAnsi"/>
          <w:b/>
          <w:bCs/>
          <w:sz w:val="20"/>
          <w:szCs w:val="20"/>
          <w:lang w:val="fr-CA"/>
        </w:rPr>
        <w:t xml:space="preserve">J’autorise le partage de mes renseignements personnels entre </w:t>
      </w:r>
      <w:r w:rsidRPr="00470558">
        <w:rPr>
          <w:rFonts w:asciiTheme="majorHAnsi" w:hAnsiTheme="majorHAnsi" w:cstheme="majorHAnsi"/>
          <w:b/>
          <w:bCs/>
          <w:i/>
          <w:iCs/>
          <w:sz w:val="20"/>
          <w:szCs w:val="20"/>
          <w:lang w:val="fr-CA"/>
        </w:rPr>
        <w:t>Agir Ensemble</w:t>
      </w:r>
      <w:r w:rsidRPr="00470558">
        <w:rPr>
          <w:rFonts w:asciiTheme="majorHAnsi" w:hAnsiTheme="majorHAnsi" w:cstheme="majorHAnsi"/>
          <w:b/>
          <w:bCs/>
          <w:sz w:val="20"/>
          <w:szCs w:val="20"/>
          <w:lang w:val="fr-CA"/>
        </w:rPr>
        <w:t xml:space="preserve"> et les établissements,</w:t>
      </w:r>
      <w:r w:rsidR="00D5064E">
        <w:rPr>
          <w:rFonts w:asciiTheme="majorHAnsi" w:hAnsiTheme="majorHAnsi" w:cstheme="majorHAnsi"/>
          <w:b/>
          <w:bCs/>
          <w:sz w:val="20"/>
          <w:szCs w:val="20"/>
          <w:lang w:val="fr-CA"/>
        </w:rPr>
        <w:t xml:space="preserve"> </w:t>
      </w:r>
    </w:p>
    <w:p w14:paraId="3DFB3576" w14:textId="46CCC265" w:rsidR="00470558" w:rsidRPr="00470558" w:rsidRDefault="00470558" w:rsidP="00D5064E">
      <w:pPr>
        <w:tabs>
          <w:tab w:val="left" w:pos="810"/>
          <w:tab w:val="left" w:pos="1350"/>
        </w:tabs>
        <w:spacing w:after="0" w:line="240" w:lineRule="auto"/>
        <w:jc w:val="center"/>
        <w:rPr>
          <w:rFonts w:asciiTheme="majorHAnsi" w:hAnsiTheme="majorHAnsi" w:cstheme="majorHAnsi"/>
          <w:b/>
          <w:bCs/>
          <w:sz w:val="20"/>
          <w:szCs w:val="20"/>
          <w:lang w:val="fr-CA"/>
        </w:rPr>
      </w:pPr>
      <w:r w:rsidRPr="00470558">
        <w:rPr>
          <w:rFonts w:asciiTheme="majorHAnsi" w:hAnsiTheme="majorHAnsi" w:cstheme="majorHAnsi"/>
          <w:b/>
          <w:bCs/>
          <w:sz w:val="20"/>
          <w:szCs w:val="20"/>
          <w:lang w:val="fr-CA"/>
        </w:rPr>
        <w:t>organismes ou personnes suivants :</w:t>
      </w:r>
    </w:p>
    <w:tbl>
      <w:tblPr>
        <w:tblStyle w:val="Grilledutableau"/>
        <w:tblW w:w="4950" w:type="pct"/>
        <w:tblInd w:w="108" w:type="dxa"/>
        <w:tblLook w:val="04A0" w:firstRow="1" w:lastRow="0" w:firstColumn="1" w:lastColumn="0" w:noHBand="0" w:noVBand="1"/>
      </w:tblPr>
      <w:tblGrid>
        <w:gridCol w:w="517"/>
        <w:gridCol w:w="3150"/>
        <w:gridCol w:w="541"/>
        <w:gridCol w:w="3058"/>
        <w:gridCol w:w="538"/>
        <w:gridCol w:w="2963"/>
      </w:tblGrid>
      <w:tr w:rsidR="00470558" w:rsidRPr="00A96640" w14:paraId="0FAEDEB7" w14:textId="77777777" w:rsidTr="00C63329">
        <w:trPr>
          <w:trHeight w:val="254"/>
        </w:trPr>
        <w:tc>
          <w:tcPr>
            <w:tcW w:w="5000" w:type="pct"/>
            <w:gridSpan w:val="6"/>
            <w:shd w:val="clear" w:color="auto" w:fill="F2F2F2" w:themeFill="background1" w:themeFillShade="F2"/>
            <w:vAlign w:val="center"/>
            <w:hideMark/>
          </w:tcPr>
          <w:p w14:paraId="7FA247F1" w14:textId="77777777" w:rsidR="00470558" w:rsidRPr="00470558" w:rsidRDefault="00470558" w:rsidP="00A946E5">
            <w:pPr>
              <w:spacing w:before="120" w:after="120"/>
              <w:jc w:val="center"/>
              <w:rPr>
                <w:rFonts w:asciiTheme="majorHAnsi" w:hAnsiTheme="majorHAnsi" w:cstheme="majorHAnsi"/>
                <w:b/>
                <w:bCs/>
                <w:sz w:val="20"/>
                <w:szCs w:val="20"/>
                <w:lang w:val="fr-CA" w:eastAsia="fr-CA"/>
              </w:rPr>
            </w:pPr>
            <w:r w:rsidRPr="00470558">
              <w:rPr>
                <w:rFonts w:asciiTheme="majorHAnsi" w:hAnsiTheme="majorHAnsi" w:cstheme="majorHAnsi"/>
                <w:b/>
                <w:bCs/>
                <w:sz w:val="20"/>
                <w:szCs w:val="20"/>
                <w:lang w:val="fr-CA" w:eastAsia="fr-CA"/>
              </w:rPr>
              <w:t>Établissement, organisme ou personne</w:t>
            </w:r>
            <w:r w:rsidRPr="00470558">
              <w:rPr>
                <w:rFonts w:asciiTheme="majorHAnsi" w:hAnsiTheme="majorHAnsi" w:cstheme="majorHAnsi"/>
                <w:sz w:val="20"/>
                <w:szCs w:val="20"/>
                <w:lang w:val="fr-CA" w:eastAsia="fr-CA"/>
              </w:rPr>
              <w:t xml:space="preserve"> </w:t>
            </w:r>
            <w:r w:rsidRPr="00470558">
              <w:rPr>
                <w:rFonts w:asciiTheme="majorHAnsi" w:hAnsiTheme="majorHAnsi" w:cstheme="majorHAnsi"/>
                <w:b/>
                <w:bCs/>
                <w:i/>
                <w:iCs/>
                <w:sz w:val="20"/>
                <w:szCs w:val="20"/>
                <w:lang w:val="fr-CA" w:eastAsia="fr-CA"/>
              </w:rPr>
              <w:t>(veuillez identifier)</w:t>
            </w:r>
          </w:p>
        </w:tc>
      </w:tr>
      <w:permStart w:id="1830384223" w:edGrp="everyone"/>
      <w:tr w:rsidR="00BF392E" w:rsidRPr="00470558" w14:paraId="69819018" w14:textId="77777777" w:rsidTr="00BF392E">
        <w:trPr>
          <w:trHeight w:val="360"/>
        </w:trPr>
        <w:tc>
          <w:tcPr>
            <w:tcW w:w="240" w:type="pct"/>
            <w:tcBorders>
              <w:right w:val="nil"/>
            </w:tcBorders>
            <w:vAlign w:val="center"/>
          </w:tcPr>
          <w:p w14:paraId="4F741D18" w14:textId="4D03A75D" w:rsidR="00916499" w:rsidRPr="00470558" w:rsidRDefault="00000000" w:rsidP="00916499">
            <w:pPr>
              <w:tabs>
                <w:tab w:val="left" w:pos="4230"/>
                <w:tab w:val="left" w:pos="4500"/>
                <w:tab w:val="left" w:pos="5850"/>
                <w:tab w:val="left" w:pos="6120"/>
                <w:tab w:val="left" w:pos="7380"/>
                <w:tab w:val="left" w:pos="7650"/>
              </w:tabs>
              <w:rPr>
                <w:rFonts w:asciiTheme="majorHAnsi" w:hAnsiTheme="majorHAnsi" w:cstheme="majorHAnsi"/>
                <w:sz w:val="20"/>
                <w:szCs w:val="20"/>
                <w:lang w:val="fr-CA" w:eastAsia="fr-CA"/>
              </w:rPr>
            </w:pPr>
            <w:sdt>
              <w:sdtPr>
                <w:rPr>
                  <w:rFonts w:asciiTheme="majorHAnsi" w:hAnsiTheme="majorHAnsi" w:cstheme="majorHAnsi"/>
                  <w:sz w:val="20"/>
                  <w:szCs w:val="20"/>
                  <w:lang w:val="fr-CA"/>
                </w:rPr>
                <w:id w:val="-1636640355"/>
                <w14:checkbox>
                  <w14:checked w14:val="0"/>
                  <w14:checkedState w14:val="2612" w14:font="MS Gothic"/>
                  <w14:uncheckedState w14:val="2610" w14:font="MS Gothic"/>
                </w14:checkbox>
              </w:sdtPr>
              <w:sdtContent>
                <w:r w:rsidR="00916499" w:rsidRPr="00470558">
                  <w:rPr>
                    <w:rFonts w:ascii="MS Gothic" w:eastAsia="MS Gothic" w:hAnsi="MS Gothic" w:cstheme="majorHAnsi"/>
                    <w:sz w:val="20"/>
                    <w:szCs w:val="20"/>
                    <w:lang w:val="fr-CA"/>
                  </w:rPr>
                  <w:t>☐</w:t>
                </w:r>
              </w:sdtContent>
            </w:sdt>
            <w:permEnd w:id="1830384223"/>
          </w:p>
        </w:tc>
        <w:tc>
          <w:tcPr>
            <w:tcW w:w="1463" w:type="pct"/>
            <w:tcBorders>
              <w:left w:val="nil"/>
            </w:tcBorders>
            <w:vAlign w:val="center"/>
          </w:tcPr>
          <w:p w14:paraId="42A2D731" w14:textId="03422D06" w:rsidR="00916499" w:rsidRPr="00470558" w:rsidRDefault="00916499" w:rsidP="00916499">
            <w:pPr>
              <w:tabs>
                <w:tab w:val="left" w:pos="4230"/>
                <w:tab w:val="left" w:pos="4500"/>
                <w:tab w:val="left" w:pos="5850"/>
                <w:tab w:val="left" w:pos="6120"/>
                <w:tab w:val="left" w:pos="7380"/>
                <w:tab w:val="left" w:pos="7650"/>
              </w:tabs>
              <w:rPr>
                <w:rFonts w:asciiTheme="majorHAnsi" w:hAnsiTheme="majorHAnsi" w:cstheme="majorHAnsi"/>
                <w:sz w:val="20"/>
                <w:szCs w:val="20"/>
                <w:lang w:val="fr-CA" w:eastAsia="fr-CA"/>
              </w:rPr>
            </w:pPr>
            <w:r w:rsidRPr="00470558">
              <w:rPr>
                <w:rFonts w:asciiTheme="majorHAnsi" w:hAnsiTheme="majorHAnsi" w:cstheme="majorHAnsi"/>
                <w:sz w:val="20"/>
                <w:szCs w:val="20"/>
                <w:lang w:val="fr-CA" w:eastAsia="fr-CA"/>
              </w:rPr>
              <w:t>Rendez-Vous Familial</w:t>
            </w:r>
          </w:p>
        </w:tc>
        <w:permStart w:id="1371078994" w:edGrp="everyone"/>
        <w:tc>
          <w:tcPr>
            <w:tcW w:w="251" w:type="pct"/>
            <w:tcBorders>
              <w:right w:val="nil"/>
            </w:tcBorders>
            <w:vAlign w:val="center"/>
          </w:tcPr>
          <w:p w14:paraId="49F6B083" w14:textId="60E54AE4" w:rsidR="00916499" w:rsidRPr="00470558" w:rsidRDefault="00000000" w:rsidP="00916499">
            <w:pPr>
              <w:rPr>
                <w:rFonts w:asciiTheme="majorHAnsi" w:hAnsiTheme="majorHAnsi" w:cstheme="majorHAnsi"/>
                <w:sz w:val="20"/>
                <w:szCs w:val="20"/>
                <w:lang w:val="fr-CA" w:eastAsia="fr-CA"/>
              </w:rPr>
            </w:pPr>
            <w:sdt>
              <w:sdtPr>
                <w:rPr>
                  <w:rFonts w:asciiTheme="majorHAnsi" w:hAnsiTheme="majorHAnsi" w:cstheme="majorHAnsi"/>
                  <w:sz w:val="20"/>
                  <w:szCs w:val="20"/>
                  <w:lang w:val="fr-CA"/>
                </w:rPr>
                <w:id w:val="-1242946182"/>
                <w14:checkbox>
                  <w14:checked w14:val="0"/>
                  <w14:checkedState w14:val="2612" w14:font="MS Gothic"/>
                  <w14:uncheckedState w14:val="2610" w14:font="MS Gothic"/>
                </w14:checkbox>
              </w:sdtPr>
              <w:sdtContent>
                <w:r w:rsidR="00916499" w:rsidRPr="00470558">
                  <w:rPr>
                    <w:rFonts w:ascii="MS Gothic" w:eastAsia="MS Gothic" w:hAnsi="MS Gothic" w:cstheme="majorHAnsi"/>
                    <w:sz w:val="20"/>
                    <w:szCs w:val="20"/>
                    <w:lang w:val="fr-CA"/>
                  </w:rPr>
                  <w:t>☐</w:t>
                </w:r>
              </w:sdtContent>
            </w:sdt>
            <w:permEnd w:id="1371078994"/>
          </w:p>
        </w:tc>
        <w:tc>
          <w:tcPr>
            <w:tcW w:w="1420" w:type="pct"/>
            <w:tcBorders>
              <w:left w:val="nil"/>
            </w:tcBorders>
            <w:vAlign w:val="center"/>
          </w:tcPr>
          <w:p w14:paraId="7C263BED" w14:textId="4E205FAC" w:rsidR="00916499" w:rsidRPr="00470558" w:rsidRDefault="00916499" w:rsidP="00916499">
            <w:pPr>
              <w:rPr>
                <w:rFonts w:asciiTheme="majorHAnsi" w:hAnsiTheme="majorHAnsi" w:cstheme="majorHAnsi"/>
                <w:sz w:val="20"/>
                <w:szCs w:val="20"/>
                <w:lang w:val="fr-CA" w:eastAsia="fr-CA"/>
              </w:rPr>
            </w:pPr>
            <w:r w:rsidRPr="00470558">
              <w:rPr>
                <w:rFonts w:asciiTheme="majorHAnsi" w:hAnsiTheme="majorHAnsi" w:cstheme="majorHAnsi"/>
                <w:sz w:val="20"/>
                <w:szCs w:val="20"/>
                <w:lang w:val="fr-CA"/>
              </w:rPr>
              <w:t>Autisme Centre du Québec</w:t>
            </w:r>
          </w:p>
        </w:tc>
        <w:permStart w:id="907504351" w:edGrp="everyone"/>
        <w:tc>
          <w:tcPr>
            <w:tcW w:w="250" w:type="pct"/>
            <w:tcBorders>
              <w:right w:val="nil"/>
            </w:tcBorders>
            <w:vAlign w:val="center"/>
          </w:tcPr>
          <w:p w14:paraId="249D9234" w14:textId="4C8CD832" w:rsidR="00916499" w:rsidRPr="00470558" w:rsidRDefault="00000000" w:rsidP="00916499">
            <w:pPr>
              <w:rPr>
                <w:rFonts w:asciiTheme="majorHAnsi" w:hAnsiTheme="majorHAnsi" w:cstheme="majorHAnsi"/>
                <w:sz w:val="20"/>
                <w:szCs w:val="20"/>
                <w:lang w:val="fr-CA"/>
              </w:rPr>
            </w:pPr>
            <w:sdt>
              <w:sdtPr>
                <w:rPr>
                  <w:rFonts w:asciiTheme="majorHAnsi" w:hAnsiTheme="majorHAnsi" w:cstheme="majorHAnsi"/>
                  <w:sz w:val="20"/>
                  <w:szCs w:val="20"/>
                  <w:lang w:val="fr-CA"/>
                </w:rPr>
                <w:id w:val="-2002883843"/>
                <w14:checkbox>
                  <w14:checked w14:val="0"/>
                  <w14:checkedState w14:val="2612" w14:font="MS Gothic"/>
                  <w14:uncheckedState w14:val="2610" w14:font="MS Gothic"/>
                </w14:checkbox>
              </w:sdtPr>
              <w:sdtContent>
                <w:r w:rsidR="00916499" w:rsidRPr="00470558">
                  <w:rPr>
                    <w:rFonts w:ascii="MS Gothic" w:eastAsia="MS Gothic" w:hAnsi="MS Gothic" w:cstheme="majorHAnsi"/>
                    <w:sz w:val="20"/>
                    <w:szCs w:val="20"/>
                    <w:lang w:val="fr-CA"/>
                  </w:rPr>
                  <w:t>☐</w:t>
                </w:r>
              </w:sdtContent>
            </w:sdt>
            <w:permEnd w:id="907504351"/>
          </w:p>
        </w:tc>
        <w:tc>
          <w:tcPr>
            <w:tcW w:w="1376" w:type="pct"/>
            <w:tcBorders>
              <w:left w:val="nil"/>
            </w:tcBorders>
            <w:vAlign w:val="center"/>
          </w:tcPr>
          <w:p w14:paraId="61D5FE17" w14:textId="4040F171" w:rsidR="00916499" w:rsidRPr="00470558" w:rsidRDefault="00916499" w:rsidP="00916499">
            <w:pPr>
              <w:rPr>
                <w:rFonts w:asciiTheme="majorHAnsi" w:hAnsiTheme="majorHAnsi" w:cstheme="majorHAnsi"/>
                <w:sz w:val="20"/>
                <w:szCs w:val="20"/>
                <w:lang w:val="fr-CA"/>
              </w:rPr>
            </w:pPr>
            <w:r w:rsidRPr="00470558">
              <w:rPr>
                <w:rFonts w:asciiTheme="majorHAnsi" w:hAnsiTheme="majorHAnsi" w:cstheme="majorHAnsi"/>
                <w:sz w:val="20"/>
                <w:szCs w:val="20"/>
                <w:lang w:val="fr-CA"/>
              </w:rPr>
              <w:t>T</w:t>
            </w:r>
            <w:r w:rsidRPr="00470558">
              <w:rPr>
                <w:rFonts w:asciiTheme="majorHAnsi" w:hAnsiTheme="majorHAnsi" w:cstheme="majorHAnsi"/>
                <w:sz w:val="20"/>
                <w:szCs w:val="20"/>
                <w:lang w:val="fr-CA" w:eastAsia="fr-CA"/>
              </w:rPr>
              <w:t>rans-MCQ</w:t>
            </w:r>
          </w:p>
        </w:tc>
      </w:tr>
      <w:permStart w:id="995448822" w:edGrp="everyone"/>
      <w:tr w:rsidR="00916499" w:rsidRPr="00CC0206" w14:paraId="382E5189" w14:textId="77777777" w:rsidTr="00BF392E">
        <w:trPr>
          <w:trHeight w:val="360"/>
        </w:trPr>
        <w:tc>
          <w:tcPr>
            <w:tcW w:w="240" w:type="pct"/>
            <w:tcBorders>
              <w:right w:val="nil"/>
            </w:tcBorders>
            <w:vAlign w:val="center"/>
          </w:tcPr>
          <w:p w14:paraId="5A9E0063" w14:textId="72159382" w:rsidR="00916499" w:rsidRDefault="00000000" w:rsidP="00916499">
            <w:pPr>
              <w:tabs>
                <w:tab w:val="left" w:pos="4230"/>
                <w:tab w:val="left" w:pos="4500"/>
                <w:tab w:val="left" w:pos="5850"/>
                <w:tab w:val="left" w:pos="6120"/>
                <w:tab w:val="left" w:pos="7380"/>
                <w:tab w:val="left" w:pos="7650"/>
              </w:tabs>
              <w:rPr>
                <w:rFonts w:asciiTheme="majorHAnsi" w:hAnsiTheme="majorHAnsi" w:cstheme="majorHAnsi"/>
                <w:sz w:val="20"/>
                <w:szCs w:val="20"/>
                <w:lang w:val="fr-CA"/>
              </w:rPr>
            </w:pPr>
            <w:sdt>
              <w:sdtPr>
                <w:rPr>
                  <w:rFonts w:asciiTheme="majorHAnsi" w:hAnsiTheme="majorHAnsi" w:cstheme="majorHAnsi"/>
                  <w:sz w:val="20"/>
                  <w:szCs w:val="20"/>
                  <w:lang w:val="fr-CA"/>
                </w:rPr>
                <w:id w:val="1510099917"/>
                <w14:checkbox>
                  <w14:checked w14:val="0"/>
                  <w14:checkedState w14:val="2612" w14:font="MS Gothic"/>
                  <w14:uncheckedState w14:val="2610" w14:font="MS Gothic"/>
                </w14:checkbox>
              </w:sdtPr>
              <w:sdtContent>
                <w:r w:rsidR="00916499">
                  <w:rPr>
                    <w:rFonts w:ascii="MS Gothic" w:eastAsia="MS Gothic" w:hAnsi="MS Gothic" w:cstheme="majorHAnsi" w:hint="eastAsia"/>
                    <w:sz w:val="20"/>
                    <w:szCs w:val="20"/>
                    <w:lang w:val="fr-CA"/>
                  </w:rPr>
                  <w:t>☐</w:t>
                </w:r>
              </w:sdtContent>
            </w:sdt>
            <w:permEnd w:id="995448822"/>
          </w:p>
        </w:tc>
        <w:tc>
          <w:tcPr>
            <w:tcW w:w="1463" w:type="pct"/>
            <w:tcBorders>
              <w:left w:val="nil"/>
            </w:tcBorders>
            <w:vAlign w:val="center"/>
          </w:tcPr>
          <w:p w14:paraId="7A81B81E" w14:textId="67BEF97A" w:rsidR="00916499" w:rsidRPr="00470558" w:rsidRDefault="00916499" w:rsidP="00916499">
            <w:pPr>
              <w:tabs>
                <w:tab w:val="left" w:pos="4230"/>
                <w:tab w:val="left" w:pos="4500"/>
                <w:tab w:val="left" w:pos="5850"/>
                <w:tab w:val="left" w:pos="6120"/>
                <w:tab w:val="left" w:pos="7380"/>
                <w:tab w:val="left" w:pos="7650"/>
              </w:tabs>
              <w:rPr>
                <w:rFonts w:asciiTheme="majorHAnsi" w:hAnsiTheme="majorHAnsi" w:cstheme="majorHAnsi"/>
                <w:sz w:val="20"/>
                <w:szCs w:val="20"/>
                <w:lang w:val="fr-CA" w:eastAsia="fr-CA"/>
              </w:rPr>
            </w:pPr>
            <w:r>
              <w:rPr>
                <w:rFonts w:asciiTheme="majorHAnsi" w:hAnsiTheme="majorHAnsi" w:cstheme="majorHAnsi"/>
                <w:sz w:val="20"/>
                <w:szCs w:val="20"/>
                <w:lang w:val="fr-CA" w:eastAsia="fr-CA"/>
              </w:rPr>
              <w:t>CPSC</w:t>
            </w:r>
            <w:r w:rsidR="00C63329">
              <w:rPr>
                <w:rFonts w:asciiTheme="majorHAnsi" w:hAnsiTheme="majorHAnsi" w:cstheme="majorHAnsi"/>
                <w:sz w:val="20"/>
                <w:szCs w:val="20"/>
                <w:lang w:val="fr-CA" w:eastAsia="fr-CA"/>
              </w:rPr>
              <w:t xml:space="preserve"> </w:t>
            </w:r>
            <w:r w:rsidRPr="00470558">
              <w:rPr>
                <w:rFonts w:asciiTheme="majorHAnsi" w:hAnsiTheme="majorHAnsi" w:cstheme="majorHAnsi"/>
                <w:sz w:val="20"/>
                <w:szCs w:val="20"/>
                <w:lang w:val="fr-CA" w:eastAsia="fr-CA"/>
              </w:rPr>
              <w:t>- Les Petits Bonheurs</w:t>
            </w:r>
          </w:p>
        </w:tc>
        <w:permStart w:id="1561664332" w:edGrp="everyone"/>
        <w:tc>
          <w:tcPr>
            <w:tcW w:w="251" w:type="pct"/>
            <w:tcBorders>
              <w:right w:val="nil"/>
            </w:tcBorders>
            <w:vAlign w:val="center"/>
          </w:tcPr>
          <w:p w14:paraId="5D815527" w14:textId="2B6A5D98" w:rsidR="00916499" w:rsidRDefault="00000000" w:rsidP="00916499">
            <w:pPr>
              <w:rPr>
                <w:rFonts w:asciiTheme="majorHAnsi" w:hAnsiTheme="majorHAnsi" w:cstheme="majorHAnsi"/>
                <w:sz w:val="20"/>
                <w:szCs w:val="20"/>
                <w:lang w:val="fr-CA"/>
              </w:rPr>
            </w:pPr>
            <w:sdt>
              <w:sdtPr>
                <w:rPr>
                  <w:rFonts w:asciiTheme="majorHAnsi" w:hAnsiTheme="majorHAnsi" w:cstheme="majorHAnsi"/>
                  <w:sz w:val="20"/>
                  <w:szCs w:val="20"/>
                  <w:lang w:val="fr-CA"/>
                </w:rPr>
                <w:id w:val="-1360195049"/>
                <w14:checkbox>
                  <w14:checked w14:val="0"/>
                  <w14:checkedState w14:val="2612" w14:font="MS Gothic"/>
                  <w14:uncheckedState w14:val="2610" w14:font="MS Gothic"/>
                </w14:checkbox>
              </w:sdtPr>
              <w:sdtContent>
                <w:r w:rsidR="00916499">
                  <w:rPr>
                    <w:rFonts w:ascii="MS Gothic" w:eastAsia="MS Gothic" w:hAnsi="MS Gothic" w:cstheme="majorHAnsi" w:hint="eastAsia"/>
                    <w:sz w:val="20"/>
                    <w:szCs w:val="20"/>
                    <w:lang w:val="fr-CA"/>
                  </w:rPr>
                  <w:t>☐</w:t>
                </w:r>
              </w:sdtContent>
            </w:sdt>
            <w:permEnd w:id="1561664332"/>
          </w:p>
        </w:tc>
        <w:tc>
          <w:tcPr>
            <w:tcW w:w="1420" w:type="pct"/>
            <w:tcBorders>
              <w:left w:val="nil"/>
            </w:tcBorders>
            <w:vAlign w:val="center"/>
          </w:tcPr>
          <w:p w14:paraId="45AC958E" w14:textId="7FCBC63E" w:rsidR="00916499" w:rsidRPr="00470558" w:rsidRDefault="00916499" w:rsidP="00916499">
            <w:pPr>
              <w:rPr>
                <w:rFonts w:asciiTheme="majorHAnsi" w:hAnsiTheme="majorHAnsi" w:cstheme="majorHAnsi"/>
                <w:sz w:val="20"/>
                <w:szCs w:val="20"/>
                <w:lang w:val="fr-CA"/>
              </w:rPr>
            </w:pPr>
            <w:r w:rsidRPr="00470558">
              <w:rPr>
                <w:rFonts w:asciiTheme="majorHAnsi" w:hAnsiTheme="majorHAnsi" w:cstheme="majorHAnsi"/>
                <w:sz w:val="20"/>
                <w:szCs w:val="20"/>
                <w:lang w:val="fr-CA"/>
              </w:rPr>
              <w:t>Centre Normand Léveillé</w:t>
            </w:r>
          </w:p>
        </w:tc>
        <w:permStart w:id="1888236453" w:edGrp="everyone"/>
        <w:tc>
          <w:tcPr>
            <w:tcW w:w="250" w:type="pct"/>
            <w:tcBorders>
              <w:right w:val="nil"/>
            </w:tcBorders>
            <w:vAlign w:val="center"/>
          </w:tcPr>
          <w:p w14:paraId="08F24101" w14:textId="7FD851AA" w:rsidR="00916499" w:rsidRDefault="00000000" w:rsidP="00916499">
            <w:pPr>
              <w:rPr>
                <w:rFonts w:asciiTheme="majorHAnsi" w:hAnsiTheme="majorHAnsi" w:cstheme="majorHAnsi"/>
                <w:sz w:val="20"/>
                <w:szCs w:val="20"/>
                <w:lang w:val="fr-CA"/>
              </w:rPr>
            </w:pPr>
            <w:sdt>
              <w:sdtPr>
                <w:rPr>
                  <w:rFonts w:asciiTheme="majorHAnsi" w:hAnsiTheme="majorHAnsi" w:cstheme="majorHAnsi"/>
                  <w:sz w:val="20"/>
                  <w:szCs w:val="20"/>
                  <w:lang w:val="fr-CA"/>
                </w:rPr>
                <w:id w:val="-1533253377"/>
                <w14:checkbox>
                  <w14:checked w14:val="0"/>
                  <w14:checkedState w14:val="2612" w14:font="MS Gothic"/>
                  <w14:uncheckedState w14:val="2610" w14:font="MS Gothic"/>
                </w14:checkbox>
              </w:sdtPr>
              <w:sdtContent>
                <w:r w:rsidR="00916499">
                  <w:rPr>
                    <w:rFonts w:ascii="MS Gothic" w:eastAsia="MS Gothic" w:hAnsi="MS Gothic" w:cstheme="majorHAnsi" w:hint="eastAsia"/>
                    <w:sz w:val="20"/>
                    <w:szCs w:val="20"/>
                    <w:lang w:val="fr-CA"/>
                  </w:rPr>
                  <w:t>☐</w:t>
                </w:r>
              </w:sdtContent>
            </w:sdt>
            <w:permEnd w:id="1888236453"/>
          </w:p>
        </w:tc>
        <w:tc>
          <w:tcPr>
            <w:tcW w:w="1376" w:type="pct"/>
            <w:tcBorders>
              <w:left w:val="nil"/>
            </w:tcBorders>
            <w:vAlign w:val="center"/>
          </w:tcPr>
          <w:p w14:paraId="50B483BA" w14:textId="1522EEAD" w:rsidR="00916499" w:rsidRPr="00470558" w:rsidRDefault="00916499" w:rsidP="00916499">
            <w:pPr>
              <w:rPr>
                <w:rFonts w:asciiTheme="majorHAnsi" w:hAnsiTheme="majorHAnsi" w:cstheme="majorHAnsi"/>
                <w:sz w:val="20"/>
                <w:szCs w:val="20"/>
                <w:lang w:val="fr-CA"/>
              </w:rPr>
            </w:pPr>
            <w:r w:rsidRPr="00470558">
              <w:rPr>
                <w:rFonts w:asciiTheme="majorHAnsi" w:hAnsiTheme="majorHAnsi" w:cstheme="majorHAnsi"/>
                <w:sz w:val="20"/>
                <w:szCs w:val="20"/>
                <w:lang w:val="fr-CA" w:eastAsia="fr-CA"/>
              </w:rPr>
              <w:t>Centre Pie</w:t>
            </w:r>
          </w:p>
        </w:tc>
      </w:tr>
      <w:permStart w:id="788490514" w:edGrp="everyone"/>
      <w:tr w:rsidR="00916499" w:rsidRPr="00CC0206" w14:paraId="56FED13E" w14:textId="77777777" w:rsidTr="00BF392E">
        <w:trPr>
          <w:trHeight w:val="360"/>
        </w:trPr>
        <w:tc>
          <w:tcPr>
            <w:tcW w:w="240" w:type="pct"/>
            <w:tcBorders>
              <w:right w:val="nil"/>
            </w:tcBorders>
            <w:vAlign w:val="center"/>
          </w:tcPr>
          <w:p w14:paraId="26B9CEC6" w14:textId="1A8FB8E2" w:rsidR="00916499" w:rsidRDefault="00000000" w:rsidP="00916499">
            <w:pPr>
              <w:tabs>
                <w:tab w:val="left" w:pos="4230"/>
                <w:tab w:val="left" w:pos="4500"/>
                <w:tab w:val="left" w:pos="5850"/>
                <w:tab w:val="left" w:pos="6120"/>
                <w:tab w:val="left" w:pos="7380"/>
                <w:tab w:val="left" w:pos="7650"/>
              </w:tabs>
              <w:rPr>
                <w:rFonts w:asciiTheme="majorHAnsi" w:hAnsiTheme="majorHAnsi" w:cstheme="majorHAnsi"/>
                <w:sz w:val="20"/>
                <w:szCs w:val="20"/>
                <w:lang w:val="fr-CA"/>
              </w:rPr>
            </w:pPr>
            <w:sdt>
              <w:sdtPr>
                <w:rPr>
                  <w:rFonts w:asciiTheme="majorHAnsi" w:hAnsiTheme="majorHAnsi" w:cstheme="majorHAnsi"/>
                  <w:sz w:val="20"/>
                  <w:szCs w:val="20"/>
                  <w:lang w:val="fr-CA"/>
                </w:rPr>
                <w:id w:val="1474483857"/>
                <w14:checkbox>
                  <w14:checked w14:val="0"/>
                  <w14:checkedState w14:val="2612" w14:font="MS Gothic"/>
                  <w14:uncheckedState w14:val="2610" w14:font="MS Gothic"/>
                </w14:checkbox>
              </w:sdtPr>
              <w:sdtContent>
                <w:r w:rsidR="00916499" w:rsidRPr="00470558">
                  <w:rPr>
                    <w:rFonts w:ascii="MS Gothic" w:eastAsia="MS Gothic" w:hAnsi="MS Gothic" w:cstheme="majorHAnsi"/>
                    <w:sz w:val="20"/>
                    <w:szCs w:val="20"/>
                    <w:lang w:val="fr-CA"/>
                  </w:rPr>
                  <w:t>☐</w:t>
                </w:r>
              </w:sdtContent>
            </w:sdt>
            <w:permEnd w:id="788490514"/>
          </w:p>
        </w:tc>
        <w:tc>
          <w:tcPr>
            <w:tcW w:w="1463" w:type="pct"/>
            <w:tcBorders>
              <w:left w:val="nil"/>
            </w:tcBorders>
            <w:vAlign w:val="center"/>
          </w:tcPr>
          <w:p w14:paraId="413E413F" w14:textId="65E14E37" w:rsidR="00916499" w:rsidRPr="00470558" w:rsidRDefault="00916499" w:rsidP="00916499">
            <w:pPr>
              <w:tabs>
                <w:tab w:val="left" w:pos="4230"/>
                <w:tab w:val="left" w:pos="4500"/>
                <w:tab w:val="left" w:pos="5850"/>
                <w:tab w:val="left" w:pos="6120"/>
                <w:tab w:val="left" w:pos="7380"/>
                <w:tab w:val="left" w:pos="7650"/>
              </w:tabs>
              <w:rPr>
                <w:rFonts w:asciiTheme="majorHAnsi" w:hAnsiTheme="majorHAnsi" w:cstheme="majorHAnsi"/>
                <w:sz w:val="20"/>
                <w:szCs w:val="20"/>
                <w:lang w:val="fr-CA" w:eastAsia="fr-CA"/>
              </w:rPr>
            </w:pPr>
            <w:r w:rsidRPr="00470558">
              <w:rPr>
                <w:rFonts w:asciiTheme="majorHAnsi" w:hAnsiTheme="majorHAnsi" w:cstheme="majorHAnsi"/>
                <w:sz w:val="20"/>
                <w:szCs w:val="20"/>
                <w:lang w:val="fr-CA"/>
              </w:rPr>
              <w:t>M</w:t>
            </w:r>
            <w:r w:rsidRPr="00470558">
              <w:rPr>
                <w:rFonts w:asciiTheme="majorHAnsi" w:hAnsiTheme="majorHAnsi" w:cstheme="majorHAnsi"/>
                <w:sz w:val="20"/>
                <w:szCs w:val="20"/>
                <w:lang w:val="fr-CA" w:eastAsia="fr-CA"/>
              </w:rPr>
              <w:t>aison de la Famille Drummond</w:t>
            </w:r>
          </w:p>
        </w:tc>
        <w:permStart w:id="1666527714" w:edGrp="everyone"/>
        <w:tc>
          <w:tcPr>
            <w:tcW w:w="251" w:type="pct"/>
            <w:tcBorders>
              <w:right w:val="nil"/>
            </w:tcBorders>
            <w:vAlign w:val="center"/>
          </w:tcPr>
          <w:p w14:paraId="0C59D406" w14:textId="71138440" w:rsidR="00916499" w:rsidRDefault="00000000" w:rsidP="00916499">
            <w:pPr>
              <w:rPr>
                <w:rFonts w:asciiTheme="majorHAnsi" w:hAnsiTheme="majorHAnsi" w:cstheme="majorHAnsi"/>
                <w:sz w:val="20"/>
                <w:szCs w:val="20"/>
                <w:lang w:val="fr-CA"/>
              </w:rPr>
            </w:pPr>
            <w:sdt>
              <w:sdtPr>
                <w:rPr>
                  <w:rFonts w:asciiTheme="majorHAnsi" w:hAnsiTheme="majorHAnsi" w:cstheme="majorHAnsi"/>
                  <w:sz w:val="20"/>
                  <w:szCs w:val="20"/>
                  <w:lang w:val="fr-CA"/>
                </w:rPr>
                <w:id w:val="1428849131"/>
                <w14:checkbox>
                  <w14:checked w14:val="0"/>
                  <w14:checkedState w14:val="2612" w14:font="MS Gothic"/>
                  <w14:uncheckedState w14:val="2610" w14:font="MS Gothic"/>
                </w14:checkbox>
              </w:sdtPr>
              <w:sdtContent>
                <w:r w:rsidR="00916499" w:rsidRPr="00470558">
                  <w:rPr>
                    <w:rFonts w:ascii="MS Gothic" w:eastAsia="MS Gothic" w:hAnsi="MS Gothic" w:cstheme="majorHAnsi"/>
                    <w:sz w:val="20"/>
                    <w:szCs w:val="20"/>
                    <w:lang w:val="fr-CA"/>
                  </w:rPr>
                  <w:t>☐</w:t>
                </w:r>
              </w:sdtContent>
            </w:sdt>
            <w:permEnd w:id="1666527714"/>
          </w:p>
        </w:tc>
        <w:tc>
          <w:tcPr>
            <w:tcW w:w="1420" w:type="pct"/>
            <w:tcBorders>
              <w:left w:val="nil"/>
            </w:tcBorders>
            <w:vAlign w:val="center"/>
          </w:tcPr>
          <w:p w14:paraId="6D279E41" w14:textId="74A998EB" w:rsidR="00916499" w:rsidRPr="00470558" w:rsidRDefault="00916499" w:rsidP="00916499">
            <w:pPr>
              <w:rPr>
                <w:rFonts w:asciiTheme="majorHAnsi" w:hAnsiTheme="majorHAnsi" w:cstheme="majorHAnsi"/>
                <w:sz w:val="20"/>
                <w:szCs w:val="20"/>
                <w:lang w:val="fr-CA"/>
              </w:rPr>
            </w:pPr>
            <w:r w:rsidRPr="00470558">
              <w:rPr>
                <w:rFonts w:asciiTheme="majorHAnsi" w:hAnsiTheme="majorHAnsi" w:cstheme="majorHAnsi"/>
                <w:sz w:val="20"/>
                <w:szCs w:val="20"/>
                <w:lang w:val="fr-CA"/>
              </w:rPr>
              <w:t>Répit SAM</w:t>
            </w:r>
          </w:p>
        </w:tc>
        <w:permStart w:id="461601623" w:edGrp="everyone"/>
        <w:tc>
          <w:tcPr>
            <w:tcW w:w="250" w:type="pct"/>
            <w:tcBorders>
              <w:right w:val="nil"/>
            </w:tcBorders>
            <w:vAlign w:val="center"/>
          </w:tcPr>
          <w:p w14:paraId="23EF06AC" w14:textId="31287DCE" w:rsidR="00916499" w:rsidRDefault="00000000" w:rsidP="00916499">
            <w:pPr>
              <w:rPr>
                <w:rFonts w:asciiTheme="majorHAnsi" w:hAnsiTheme="majorHAnsi" w:cstheme="majorHAnsi"/>
                <w:sz w:val="20"/>
                <w:szCs w:val="20"/>
                <w:lang w:val="fr-CA"/>
              </w:rPr>
            </w:pPr>
            <w:sdt>
              <w:sdtPr>
                <w:rPr>
                  <w:rFonts w:asciiTheme="majorHAnsi" w:hAnsiTheme="majorHAnsi" w:cstheme="majorHAnsi"/>
                  <w:sz w:val="20"/>
                  <w:szCs w:val="20"/>
                  <w:lang w:val="fr-CA"/>
                </w:rPr>
                <w:id w:val="1367566161"/>
                <w14:checkbox>
                  <w14:checked w14:val="0"/>
                  <w14:checkedState w14:val="2612" w14:font="MS Gothic"/>
                  <w14:uncheckedState w14:val="2610" w14:font="MS Gothic"/>
                </w14:checkbox>
              </w:sdtPr>
              <w:sdtContent>
                <w:r w:rsidR="00916499" w:rsidRPr="00470558">
                  <w:rPr>
                    <w:rFonts w:ascii="MS Gothic" w:eastAsia="MS Gothic" w:hAnsi="MS Gothic" w:cstheme="majorHAnsi"/>
                    <w:sz w:val="20"/>
                    <w:szCs w:val="20"/>
                    <w:lang w:val="fr-CA"/>
                  </w:rPr>
                  <w:t>☐</w:t>
                </w:r>
              </w:sdtContent>
            </w:sdt>
            <w:permEnd w:id="461601623"/>
          </w:p>
        </w:tc>
        <w:tc>
          <w:tcPr>
            <w:tcW w:w="1376" w:type="pct"/>
            <w:tcBorders>
              <w:left w:val="nil"/>
            </w:tcBorders>
            <w:vAlign w:val="center"/>
          </w:tcPr>
          <w:p w14:paraId="23DFAD0F" w14:textId="2D7A7FF6" w:rsidR="00916499" w:rsidRPr="00470558" w:rsidRDefault="00916499" w:rsidP="00916499">
            <w:pPr>
              <w:rPr>
                <w:rFonts w:asciiTheme="majorHAnsi" w:hAnsiTheme="majorHAnsi" w:cstheme="majorHAnsi"/>
                <w:sz w:val="20"/>
                <w:szCs w:val="20"/>
                <w:lang w:val="fr-CA"/>
              </w:rPr>
            </w:pPr>
            <w:r w:rsidRPr="00470558">
              <w:rPr>
                <w:rFonts w:asciiTheme="majorHAnsi" w:hAnsiTheme="majorHAnsi" w:cstheme="majorHAnsi"/>
                <w:sz w:val="20"/>
                <w:szCs w:val="20"/>
                <w:lang w:val="fr-CA" w:eastAsia="fr-CA"/>
              </w:rPr>
              <w:t xml:space="preserve">Action </w:t>
            </w:r>
            <w:r w:rsidR="00C63329">
              <w:rPr>
                <w:rFonts w:asciiTheme="majorHAnsi" w:hAnsiTheme="majorHAnsi" w:cstheme="majorHAnsi"/>
                <w:sz w:val="20"/>
                <w:szCs w:val="20"/>
                <w:lang w:val="fr-CA" w:eastAsia="fr-CA"/>
              </w:rPr>
              <w:t>T</w:t>
            </w:r>
            <w:r w:rsidRPr="00470558">
              <w:rPr>
                <w:rFonts w:asciiTheme="majorHAnsi" w:hAnsiTheme="majorHAnsi" w:cstheme="majorHAnsi"/>
                <w:sz w:val="20"/>
                <w:szCs w:val="20"/>
                <w:lang w:val="fr-CA" w:eastAsia="fr-CA"/>
              </w:rPr>
              <w:t>oxicomanie</w:t>
            </w:r>
          </w:p>
        </w:tc>
      </w:tr>
      <w:permStart w:id="54091241" w:edGrp="everyone"/>
      <w:tr w:rsidR="00916499" w:rsidRPr="00CC0206" w14:paraId="19CBAA1B" w14:textId="77777777" w:rsidTr="00BF392E">
        <w:trPr>
          <w:trHeight w:val="360"/>
        </w:trPr>
        <w:tc>
          <w:tcPr>
            <w:tcW w:w="240" w:type="pct"/>
            <w:tcBorders>
              <w:right w:val="nil"/>
            </w:tcBorders>
            <w:vAlign w:val="center"/>
          </w:tcPr>
          <w:p w14:paraId="0532633E" w14:textId="2BB01C74" w:rsidR="00916499" w:rsidRDefault="00000000" w:rsidP="00916499">
            <w:pPr>
              <w:tabs>
                <w:tab w:val="left" w:pos="4230"/>
                <w:tab w:val="left" w:pos="4500"/>
                <w:tab w:val="left" w:pos="5850"/>
                <w:tab w:val="left" w:pos="6120"/>
                <w:tab w:val="left" w:pos="7380"/>
                <w:tab w:val="left" w:pos="7650"/>
              </w:tabs>
              <w:rPr>
                <w:rFonts w:asciiTheme="majorHAnsi" w:hAnsiTheme="majorHAnsi" w:cstheme="majorHAnsi"/>
                <w:sz w:val="20"/>
                <w:szCs w:val="20"/>
                <w:lang w:val="fr-CA"/>
              </w:rPr>
            </w:pPr>
            <w:sdt>
              <w:sdtPr>
                <w:rPr>
                  <w:rFonts w:asciiTheme="majorHAnsi" w:hAnsiTheme="majorHAnsi" w:cstheme="majorHAnsi"/>
                  <w:sz w:val="20"/>
                  <w:szCs w:val="20"/>
                  <w:lang w:val="fr-CA"/>
                </w:rPr>
                <w:id w:val="1570074849"/>
                <w14:checkbox>
                  <w14:checked w14:val="0"/>
                  <w14:checkedState w14:val="2612" w14:font="MS Gothic"/>
                  <w14:uncheckedState w14:val="2610" w14:font="MS Gothic"/>
                </w14:checkbox>
              </w:sdtPr>
              <w:sdtContent>
                <w:r w:rsidR="00916499">
                  <w:rPr>
                    <w:rFonts w:ascii="MS Gothic" w:eastAsia="MS Gothic" w:hAnsi="MS Gothic" w:cstheme="majorHAnsi" w:hint="eastAsia"/>
                    <w:sz w:val="20"/>
                    <w:szCs w:val="20"/>
                    <w:lang w:val="fr-CA"/>
                  </w:rPr>
                  <w:t>☐</w:t>
                </w:r>
              </w:sdtContent>
            </w:sdt>
            <w:permEnd w:id="54091241"/>
          </w:p>
        </w:tc>
        <w:tc>
          <w:tcPr>
            <w:tcW w:w="1463" w:type="pct"/>
            <w:tcBorders>
              <w:left w:val="nil"/>
            </w:tcBorders>
            <w:vAlign w:val="center"/>
          </w:tcPr>
          <w:p w14:paraId="7916045B" w14:textId="28E9C6DB" w:rsidR="00916499" w:rsidRPr="00470558" w:rsidRDefault="00916499" w:rsidP="00916499">
            <w:pPr>
              <w:tabs>
                <w:tab w:val="left" w:pos="4230"/>
                <w:tab w:val="left" w:pos="4500"/>
                <w:tab w:val="left" w:pos="5850"/>
                <w:tab w:val="left" w:pos="6120"/>
                <w:tab w:val="left" w:pos="7380"/>
                <w:tab w:val="left" w:pos="7650"/>
              </w:tabs>
              <w:rPr>
                <w:rFonts w:asciiTheme="majorHAnsi" w:hAnsiTheme="majorHAnsi" w:cstheme="majorHAnsi"/>
                <w:sz w:val="20"/>
                <w:szCs w:val="20"/>
                <w:lang w:val="fr-CA" w:eastAsia="fr-CA"/>
              </w:rPr>
            </w:pPr>
            <w:r w:rsidRPr="00470558">
              <w:rPr>
                <w:rFonts w:asciiTheme="majorHAnsi" w:hAnsiTheme="majorHAnsi" w:cstheme="majorHAnsi"/>
                <w:sz w:val="20"/>
                <w:szCs w:val="20"/>
                <w:lang w:val="fr-CA" w:eastAsia="fr-CA"/>
              </w:rPr>
              <w:t>Centre de ressources pour homme</w:t>
            </w:r>
          </w:p>
        </w:tc>
        <w:permStart w:id="68514766" w:edGrp="everyone"/>
        <w:tc>
          <w:tcPr>
            <w:tcW w:w="251" w:type="pct"/>
            <w:tcBorders>
              <w:right w:val="nil"/>
            </w:tcBorders>
            <w:vAlign w:val="center"/>
          </w:tcPr>
          <w:p w14:paraId="5CB21829" w14:textId="3A60C910" w:rsidR="00916499" w:rsidRDefault="00000000" w:rsidP="00916499">
            <w:pPr>
              <w:rPr>
                <w:rFonts w:asciiTheme="majorHAnsi" w:hAnsiTheme="majorHAnsi" w:cstheme="majorHAnsi"/>
                <w:sz w:val="20"/>
                <w:szCs w:val="20"/>
                <w:lang w:val="fr-CA"/>
              </w:rPr>
            </w:pPr>
            <w:sdt>
              <w:sdtPr>
                <w:rPr>
                  <w:rFonts w:asciiTheme="majorHAnsi" w:hAnsiTheme="majorHAnsi" w:cstheme="majorHAnsi"/>
                  <w:sz w:val="20"/>
                  <w:szCs w:val="20"/>
                  <w:lang w:val="fr-CA"/>
                </w:rPr>
                <w:id w:val="696972067"/>
                <w14:checkbox>
                  <w14:checked w14:val="0"/>
                  <w14:checkedState w14:val="2612" w14:font="MS Gothic"/>
                  <w14:uncheckedState w14:val="2610" w14:font="MS Gothic"/>
                </w14:checkbox>
              </w:sdtPr>
              <w:sdtContent>
                <w:r w:rsidR="00916499">
                  <w:rPr>
                    <w:rFonts w:ascii="MS Gothic" w:eastAsia="MS Gothic" w:hAnsi="MS Gothic" w:cstheme="majorHAnsi" w:hint="eastAsia"/>
                    <w:sz w:val="20"/>
                    <w:szCs w:val="20"/>
                    <w:lang w:val="fr-CA"/>
                  </w:rPr>
                  <w:t>☐</w:t>
                </w:r>
              </w:sdtContent>
            </w:sdt>
            <w:permEnd w:id="68514766"/>
          </w:p>
        </w:tc>
        <w:tc>
          <w:tcPr>
            <w:tcW w:w="1420" w:type="pct"/>
            <w:tcBorders>
              <w:left w:val="nil"/>
            </w:tcBorders>
            <w:vAlign w:val="center"/>
          </w:tcPr>
          <w:p w14:paraId="3755B589" w14:textId="5F3D2B8E" w:rsidR="00916499" w:rsidRPr="00470558" w:rsidRDefault="00916499" w:rsidP="00916499">
            <w:pPr>
              <w:rPr>
                <w:rFonts w:asciiTheme="majorHAnsi" w:hAnsiTheme="majorHAnsi" w:cstheme="majorHAnsi"/>
                <w:sz w:val="20"/>
                <w:szCs w:val="20"/>
                <w:lang w:val="fr-CA"/>
              </w:rPr>
            </w:pPr>
            <w:r w:rsidRPr="00470558">
              <w:rPr>
                <w:rFonts w:asciiTheme="majorHAnsi" w:hAnsiTheme="majorHAnsi" w:cstheme="majorHAnsi"/>
                <w:sz w:val="20"/>
                <w:szCs w:val="20"/>
                <w:lang w:val="fr-CA" w:eastAsia="fr-CA"/>
              </w:rPr>
              <w:t>APPAMM Drummond</w:t>
            </w:r>
          </w:p>
        </w:tc>
        <w:permStart w:id="252455368" w:edGrp="everyone"/>
        <w:tc>
          <w:tcPr>
            <w:tcW w:w="250" w:type="pct"/>
            <w:tcBorders>
              <w:right w:val="nil"/>
            </w:tcBorders>
            <w:vAlign w:val="center"/>
          </w:tcPr>
          <w:p w14:paraId="6E221E09" w14:textId="7847ED41" w:rsidR="00916499" w:rsidRDefault="00000000" w:rsidP="00916499">
            <w:pPr>
              <w:rPr>
                <w:rFonts w:asciiTheme="majorHAnsi" w:hAnsiTheme="majorHAnsi" w:cstheme="majorHAnsi"/>
                <w:sz w:val="20"/>
                <w:szCs w:val="20"/>
                <w:lang w:val="fr-CA"/>
              </w:rPr>
            </w:pPr>
            <w:sdt>
              <w:sdtPr>
                <w:rPr>
                  <w:rFonts w:asciiTheme="majorHAnsi" w:hAnsiTheme="majorHAnsi" w:cstheme="majorHAnsi"/>
                  <w:sz w:val="20"/>
                  <w:szCs w:val="20"/>
                  <w:lang w:val="fr-CA"/>
                </w:rPr>
                <w:id w:val="-220370682"/>
                <w14:checkbox>
                  <w14:checked w14:val="0"/>
                  <w14:checkedState w14:val="2612" w14:font="MS Gothic"/>
                  <w14:uncheckedState w14:val="2610" w14:font="MS Gothic"/>
                </w14:checkbox>
              </w:sdtPr>
              <w:sdtContent>
                <w:r w:rsidR="00916499">
                  <w:rPr>
                    <w:rFonts w:ascii="MS Gothic" w:eastAsia="MS Gothic" w:hAnsi="MS Gothic" w:cstheme="majorHAnsi" w:hint="eastAsia"/>
                    <w:sz w:val="20"/>
                    <w:szCs w:val="20"/>
                    <w:lang w:val="fr-CA"/>
                  </w:rPr>
                  <w:t>☐</w:t>
                </w:r>
              </w:sdtContent>
            </w:sdt>
            <w:permEnd w:id="252455368"/>
          </w:p>
        </w:tc>
        <w:tc>
          <w:tcPr>
            <w:tcW w:w="1376" w:type="pct"/>
            <w:tcBorders>
              <w:left w:val="nil"/>
            </w:tcBorders>
            <w:vAlign w:val="center"/>
          </w:tcPr>
          <w:p w14:paraId="2DE7343C" w14:textId="4D0A6BB7" w:rsidR="00916499" w:rsidRPr="00470558" w:rsidRDefault="00916499" w:rsidP="00916499">
            <w:pPr>
              <w:rPr>
                <w:rFonts w:asciiTheme="majorHAnsi" w:hAnsiTheme="majorHAnsi" w:cstheme="majorHAnsi"/>
                <w:sz w:val="20"/>
                <w:szCs w:val="20"/>
                <w:lang w:val="fr-CA"/>
              </w:rPr>
            </w:pPr>
            <w:r w:rsidRPr="00470558">
              <w:rPr>
                <w:rFonts w:asciiTheme="majorHAnsi" w:hAnsiTheme="majorHAnsi" w:cstheme="majorHAnsi"/>
                <w:sz w:val="20"/>
                <w:szCs w:val="20"/>
                <w:lang w:val="fr-CA" w:eastAsia="fr-CA"/>
              </w:rPr>
              <w:t>Partance</w:t>
            </w:r>
          </w:p>
        </w:tc>
      </w:tr>
      <w:permStart w:id="1083054636" w:edGrp="everyone"/>
      <w:tr w:rsidR="00916499" w:rsidRPr="00CC0206" w14:paraId="668F0183" w14:textId="77777777" w:rsidTr="00BF392E">
        <w:trPr>
          <w:trHeight w:val="360"/>
        </w:trPr>
        <w:tc>
          <w:tcPr>
            <w:tcW w:w="240" w:type="pct"/>
            <w:tcBorders>
              <w:right w:val="nil"/>
            </w:tcBorders>
            <w:vAlign w:val="center"/>
          </w:tcPr>
          <w:p w14:paraId="2FECB7CE" w14:textId="6D38FCF4" w:rsidR="00916499" w:rsidRDefault="00000000" w:rsidP="00916499">
            <w:pPr>
              <w:tabs>
                <w:tab w:val="left" w:pos="4230"/>
                <w:tab w:val="left" w:pos="4500"/>
                <w:tab w:val="left" w:pos="5850"/>
                <w:tab w:val="left" w:pos="6120"/>
                <w:tab w:val="left" w:pos="7380"/>
                <w:tab w:val="left" w:pos="7650"/>
              </w:tabs>
              <w:rPr>
                <w:rFonts w:asciiTheme="majorHAnsi" w:hAnsiTheme="majorHAnsi" w:cstheme="majorHAnsi"/>
                <w:sz w:val="20"/>
                <w:szCs w:val="20"/>
                <w:lang w:val="fr-CA"/>
              </w:rPr>
            </w:pPr>
            <w:sdt>
              <w:sdtPr>
                <w:rPr>
                  <w:rFonts w:asciiTheme="majorHAnsi" w:hAnsiTheme="majorHAnsi" w:cstheme="majorHAnsi"/>
                  <w:sz w:val="20"/>
                  <w:szCs w:val="20"/>
                  <w:lang w:val="fr-CA"/>
                </w:rPr>
                <w:id w:val="1870256693"/>
                <w14:checkbox>
                  <w14:checked w14:val="0"/>
                  <w14:checkedState w14:val="2612" w14:font="MS Gothic"/>
                  <w14:uncheckedState w14:val="2610" w14:font="MS Gothic"/>
                </w14:checkbox>
              </w:sdtPr>
              <w:sdtContent>
                <w:r w:rsidR="00916499" w:rsidRPr="00470558">
                  <w:rPr>
                    <w:rFonts w:ascii="MS Gothic" w:eastAsia="MS Gothic" w:hAnsi="MS Gothic" w:cstheme="majorHAnsi"/>
                    <w:sz w:val="20"/>
                    <w:szCs w:val="20"/>
                    <w:lang w:val="fr-CA"/>
                  </w:rPr>
                  <w:t>☐</w:t>
                </w:r>
              </w:sdtContent>
            </w:sdt>
            <w:permEnd w:id="1083054636"/>
          </w:p>
        </w:tc>
        <w:tc>
          <w:tcPr>
            <w:tcW w:w="1463" w:type="pct"/>
            <w:tcBorders>
              <w:left w:val="nil"/>
            </w:tcBorders>
            <w:vAlign w:val="center"/>
          </w:tcPr>
          <w:p w14:paraId="2754243E" w14:textId="5DB62372" w:rsidR="00916499" w:rsidRPr="00470558" w:rsidRDefault="00916499" w:rsidP="00916499">
            <w:pPr>
              <w:tabs>
                <w:tab w:val="left" w:pos="4230"/>
                <w:tab w:val="left" w:pos="4500"/>
                <w:tab w:val="left" w:pos="5850"/>
                <w:tab w:val="left" w:pos="6120"/>
                <w:tab w:val="left" w:pos="7380"/>
                <w:tab w:val="left" w:pos="7650"/>
              </w:tabs>
              <w:rPr>
                <w:rFonts w:asciiTheme="majorHAnsi" w:hAnsiTheme="majorHAnsi" w:cstheme="majorHAnsi"/>
                <w:sz w:val="20"/>
                <w:szCs w:val="20"/>
                <w:lang w:val="fr-CA" w:eastAsia="fr-CA"/>
              </w:rPr>
            </w:pPr>
            <w:r w:rsidRPr="00470558">
              <w:rPr>
                <w:rFonts w:asciiTheme="majorHAnsi" w:hAnsiTheme="majorHAnsi" w:cstheme="majorHAnsi"/>
                <w:sz w:val="20"/>
                <w:szCs w:val="20"/>
                <w:lang w:val="fr-CA" w:eastAsia="fr-CA"/>
              </w:rPr>
              <w:t>Rose des vents</w:t>
            </w:r>
          </w:p>
        </w:tc>
        <w:permStart w:id="1149393417" w:edGrp="everyone"/>
        <w:tc>
          <w:tcPr>
            <w:tcW w:w="251" w:type="pct"/>
            <w:tcBorders>
              <w:right w:val="nil"/>
            </w:tcBorders>
            <w:vAlign w:val="center"/>
          </w:tcPr>
          <w:p w14:paraId="61FF2029" w14:textId="78370DE8" w:rsidR="00916499" w:rsidRDefault="00000000" w:rsidP="00916499">
            <w:pPr>
              <w:rPr>
                <w:rFonts w:asciiTheme="majorHAnsi" w:hAnsiTheme="majorHAnsi" w:cstheme="majorHAnsi"/>
                <w:sz w:val="20"/>
                <w:szCs w:val="20"/>
                <w:lang w:val="fr-CA"/>
              </w:rPr>
            </w:pPr>
            <w:sdt>
              <w:sdtPr>
                <w:rPr>
                  <w:rFonts w:asciiTheme="majorHAnsi" w:hAnsiTheme="majorHAnsi" w:cstheme="majorHAnsi"/>
                  <w:sz w:val="20"/>
                  <w:szCs w:val="20"/>
                  <w:lang w:val="fr-CA"/>
                </w:rPr>
                <w:id w:val="1545398252"/>
                <w14:checkbox>
                  <w14:checked w14:val="0"/>
                  <w14:checkedState w14:val="2612" w14:font="MS Gothic"/>
                  <w14:uncheckedState w14:val="2610" w14:font="MS Gothic"/>
                </w14:checkbox>
              </w:sdtPr>
              <w:sdtContent>
                <w:r w:rsidR="00916499" w:rsidRPr="00470558">
                  <w:rPr>
                    <w:rFonts w:ascii="MS Gothic" w:eastAsia="MS Gothic" w:hAnsi="MS Gothic" w:cstheme="majorHAnsi"/>
                    <w:sz w:val="20"/>
                    <w:szCs w:val="20"/>
                    <w:lang w:val="fr-CA"/>
                  </w:rPr>
                  <w:t>☐</w:t>
                </w:r>
              </w:sdtContent>
            </w:sdt>
            <w:permEnd w:id="1149393417"/>
          </w:p>
        </w:tc>
        <w:tc>
          <w:tcPr>
            <w:tcW w:w="1420" w:type="pct"/>
            <w:tcBorders>
              <w:left w:val="nil"/>
            </w:tcBorders>
            <w:vAlign w:val="center"/>
          </w:tcPr>
          <w:p w14:paraId="1381A33B" w14:textId="7C43E1F9" w:rsidR="00916499" w:rsidRPr="00470558" w:rsidRDefault="00916499" w:rsidP="00916499">
            <w:pPr>
              <w:rPr>
                <w:rFonts w:asciiTheme="majorHAnsi" w:hAnsiTheme="majorHAnsi" w:cstheme="majorHAnsi"/>
                <w:sz w:val="20"/>
                <w:szCs w:val="20"/>
                <w:lang w:val="fr-CA"/>
              </w:rPr>
            </w:pPr>
            <w:r w:rsidRPr="00470558">
              <w:rPr>
                <w:rFonts w:asciiTheme="majorHAnsi" w:hAnsiTheme="majorHAnsi" w:cstheme="majorHAnsi"/>
                <w:sz w:val="20"/>
                <w:szCs w:val="20"/>
                <w:lang w:val="fr-CA" w:eastAsia="fr-CA"/>
              </w:rPr>
              <w:t>APEHD</w:t>
            </w:r>
          </w:p>
        </w:tc>
        <w:permStart w:id="244874875" w:edGrp="everyone"/>
        <w:tc>
          <w:tcPr>
            <w:tcW w:w="250" w:type="pct"/>
            <w:tcBorders>
              <w:right w:val="nil"/>
            </w:tcBorders>
            <w:vAlign w:val="center"/>
          </w:tcPr>
          <w:p w14:paraId="6F5FDC35" w14:textId="2085B5FC" w:rsidR="00916499" w:rsidRDefault="00000000" w:rsidP="00916499">
            <w:pPr>
              <w:rPr>
                <w:rFonts w:asciiTheme="majorHAnsi" w:hAnsiTheme="majorHAnsi" w:cstheme="majorHAnsi"/>
                <w:sz w:val="20"/>
                <w:szCs w:val="20"/>
                <w:lang w:val="fr-CA"/>
              </w:rPr>
            </w:pPr>
            <w:sdt>
              <w:sdtPr>
                <w:rPr>
                  <w:rFonts w:asciiTheme="majorHAnsi" w:hAnsiTheme="majorHAnsi" w:cstheme="majorHAnsi"/>
                  <w:sz w:val="20"/>
                  <w:szCs w:val="20"/>
                  <w:lang w:val="fr-CA"/>
                </w:rPr>
                <w:id w:val="-188064486"/>
                <w14:checkbox>
                  <w14:checked w14:val="0"/>
                  <w14:checkedState w14:val="2612" w14:font="MS Gothic"/>
                  <w14:uncheckedState w14:val="2610" w14:font="MS Gothic"/>
                </w14:checkbox>
              </w:sdtPr>
              <w:sdtContent>
                <w:r w:rsidR="00916499" w:rsidRPr="00470558">
                  <w:rPr>
                    <w:rFonts w:ascii="MS Gothic" w:eastAsia="MS Gothic" w:hAnsi="MS Gothic" w:cstheme="majorHAnsi"/>
                    <w:sz w:val="20"/>
                    <w:szCs w:val="20"/>
                    <w:lang w:val="fr-CA"/>
                  </w:rPr>
                  <w:t>☐</w:t>
                </w:r>
              </w:sdtContent>
            </w:sdt>
            <w:permEnd w:id="244874875"/>
          </w:p>
        </w:tc>
        <w:tc>
          <w:tcPr>
            <w:tcW w:w="1376" w:type="pct"/>
            <w:tcBorders>
              <w:left w:val="nil"/>
            </w:tcBorders>
            <w:vAlign w:val="center"/>
          </w:tcPr>
          <w:p w14:paraId="4B8FCBEC" w14:textId="61721A2C" w:rsidR="00916499" w:rsidRPr="00470558" w:rsidRDefault="00916499" w:rsidP="00916499">
            <w:pPr>
              <w:rPr>
                <w:rFonts w:asciiTheme="majorHAnsi" w:hAnsiTheme="majorHAnsi" w:cstheme="majorHAnsi"/>
                <w:sz w:val="20"/>
                <w:szCs w:val="20"/>
                <w:lang w:val="fr-CA"/>
              </w:rPr>
            </w:pPr>
            <w:r w:rsidRPr="00470558">
              <w:rPr>
                <w:rFonts w:asciiTheme="majorHAnsi" w:hAnsiTheme="majorHAnsi" w:cstheme="majorHAnsi"/>
                <w:sz w:val="20"/>
                <w:szCs w:val="20"/>
                <w:lang w:val="fr-CA"/>
              </w:rPr>
              <w:t xml:space="preserve">La </w:t>
            </w:r>
            <w:r w:rsidR="00C63329">
              <w:rPr>
                <w:rFonts w:asciiTheme="majorHAnsi" w:hAnsiTheme="majorHAnsi" w:cstheme="majorHAnsi"/>
                <w:sz w:val="20"/>
                <w:szCs w:val="20"/>
                <w:lang w:val="fr-CA"/>
              </w:rPr>
              <w:t>P</w:t>
            </w:r>
            <w:r w:rsidRPr="00470558">
              <w:rPr>
                <w:rFonts w:asciiTheme="majorHAnsi" w:hAnsiTheme="majorHAnsi" w:cstheme="majorHAnsi"/>
                <w:sz w:val="20"/>
                <w:szCs w:val="20"/>
                <w:lang w:val="fr-CA"/>
              </w:rPr>
              <w:t>arenthèse</w:t>
            </w:r>
          </w:p>
        </w:tc>
      </w:tr>
      <w:permStart w:id="1861048905" w:edGrp="everyone"/>
      <w:tr w:rsidR="00916499" w:rsidRPr="00CC0206" w14:paraId="5A5AAC64" w14:textId="77777777" w:rsidTr="00BF392E">
        <w:trPr>
          <w:trHeight w:val="360"/>
        </w:trPr>
        <w:tc>
          <w:tcPr>
            <w:tcW w:w="240" w:type="pct"/>
            <w:tcBorders>
              <w:right w:val="nil"/>
            </w:tcBorders>
            <w:vAlign w:val="center"/>
          </w:tcPr>
          <w:p w14:paraId="4273C9C8" w14:textId="42F3D9F1" w:rsidR="00916499" w:rsidRDefault="00000000" w:rsidP="00916499">
            <w:pPr>
              <w:tabs>
                <w:tab w:val="left" w:pos="4230"/>
                <w:tab w:val="left" w:pos="4500"/>
                <w:tab w:val="left" w:pos="5850"/>
                <w:tab w:val="left" w:pos="6120"/>
                <w:tab w:val="left" w:pos="7380"/>
                <w:tab w:val="left" w:pos="7650"/>
              </w:tabs>
              <w:rPr>
                <w:rFonts w:asciiTheme="majorHAnsi" w:hAnsiTheme="majorHAnsi" w:cstheme="majorHAnsi"/>
                <w:sz w:val="20"/>
                <w:szCs w:val="20"/>
                <w:lang w:val="fr-CA"/>
              </w:rPr>
            </w:pPr>
            <w:sdt>
              <w:sdtPr>
                <w:rPr>
                  <w:rFonts w:asciiTheme="majorHAnsi" w:hAnsiTheme="majorHAnsi" w:cstheme="majorHAnsi"/>
                  <w:sz w:val="20"/>
                  <w:szCs w:val="20"/>
                  <w:lang w:val="fr-CA"/>
                </w:rPr>
                <w:id w:val="-280504088"/>
                <w14:checkbox>
                  <w14:checked w14:val="0"/>
                  <w14:checkedState w14:val="2612" w14:font="MS Gothic"/>
                  <w14:uncheckedState w14:val="2610" w14:font="MS Gothic"/>
                </w14:checkbox>
              </w:sdtPr>
              <w:sdtContent>
                <w:r w:rsidR="00916499" w:rsidRPr="00470558">
                  <w:rPr>
                    <w:rFonts w:ascii="Segoe UI Symbol" w:eastAsia="MS Gothic" w:hAnsi="Segoe UI Symbol" w:cs="Segoe UI Symbol"/>
                    <w:sz w:val="20"/>
                    <w:szCs w:val="20"/>
                    <w:lang w:val="fr-CA"/>
                  </w:rPr>
                  <w:t>☐</w:t>
                </w:r>
              </w:sdtContent>
            </w:sdt>
            <w:permEnd w:id="1861048905"/>
          </w:p>
        </w:tc>
        <w:tc>
          <w:tcPr>
            <w:tcW w:w="1463" w:type="pct"/>
            <w:tcBorders>
              <w:left w:val="nil"/>
            </w:tcBorders>
            <w:vAlign w:val="center"/>
          </w:tcPr>
          <w:p w14:paraId="6F10DD7D" w14:textId="040E8259" w:rsidR="00916499" w:rsidRPr="00470558" w:rsidRDefault="00916499" w:rsidP="00916499">
            <w:pPr>
              <w:tabs>
                <w:tab w:val="left" w:pos="4230"/>
                <w:tab w:val="left" w:pos="4500"/>
                <w:tab w:val="left" w:pos="5850"/>
                <w:tab w:val="left" w:pos="6120"/>
                <w:tab w:val="left" w:pos="7380"/>
                <w:tab w:val="left" w:pos="7650"/>
              </w:tabs>
              <w:rPr>
                <w:rFonts w:asciiTheme="majorHAnsi" w:hAnsiTheme="majorHAnsi" w:cstheme="majorHAnsi"/>
                <w:sz w:val="20"/>
                <w:szCs w:val="20"/>
                <w:lang w:val="fr-CA" w:eastAsia="fr-CA"/>
              </w:rPr>
            </w:pPr>
            <w:r w:rsidRPr="00470558">
              <w:rPr>
                <w:rFonts w:asciiTheme="majorHAnsi" w:hAnsiTheme="majorHAnsi" w:cstheme="majorHAnsi"/>
                <w:sz w:val="20"/>
                <w:szCs w:val="20"/>
                <w:lang w:val="fr-CA"/>
              </w:rPr>
              <w:t>Maison des femmes</w:t>
            </w:r>
          </w:p>
        </w:tc>
        <w:permStart w:id="224925003" w:edGrp="everyone"/>
        <w:tc>
          <w:tcPr>
            <w:tcW w:w="251" w:type="pct"/>
            <w:tcBorders>
              <w:right w:val="nil"/>
            </w:tcBorders>
            <w:vAlign w:val="center"/>
          </w:tcPr>
          <w:p w14:paraId="750DEA76" w14:textId="76A4FCD1" w:rsidR="00916499" w:rsidRDefault="00000000" w:rsidP="00916499">
            <w:pPr>
              <w:rPr>
                <w:rFonts w:asciiTheme="majorHAnsi" w:hAnsiTheme="majorHAnsi" w:cstheme="majorHAnsi"/>
                <w:sz w:val="20"/>
                <w:szCs w:val="20"/>
                <w:lang w:val="fr-CA"/>
              </w:rPr>
            </w:pPr>
            <w:sdt>
              <w:sdtPr>
                <w:rPr>
                  <w:rFonts w:asciiTheme="majorHAnsi" w:hAnsiTheme="majorHAnsi" w:cstheme="majorHAnsi"/>
                  <w:sz w:val="20"/>
                  <w:szCs w:val="20"/>
                  <w:lang w:val="fr-CA"/>
                </w:rPr>
                <w:id w:val="-432433442"/>
                <w14:checkbox>
                  <w14:checked w14:val="0"/>
                  <w14:checkedState w14:val="2612" w14:font="MS Gothic"/>
                  <w14:uncheckedState w14:val="2610" w14:font="MS Gothic"/>
                </w14:checkbox>
              </w:sdtPr>
              <w:sdtContent>
                <w:r w:rsidR="00916499" w:rsidRPr="00470558">
                  <w:rPr>
                    <w:rFonts w:ascii="Segoe UI Symbol" w:eastAsia="MS Gothic" w:hAnsi="Segoe UI Symbol" w:cs="Segoe UI Symbol"/>
                    <w:sz w:val="20"/>
                    <w:szCs w:val="20"/>
                    <w:lang w:val="fr-CA"/>
                  </w:rPr>
                  <w:t>☐</w:t>
                </w:r>
              </w:sdtContent>
            </w:sdt>
            <w:permEnd w:id="224925003"/>
          </w:p>
        </w:tc>
        <w:tc>
          <w:tcPr>
            <w:tcW w:w="1420" w:type="pct"/>
            <w:tcBorders>
              <w:left w:val="nil"/>
            </w:tcBorders>
            <w:vAlign w:val="center"/>
          </w:tcPr>
          <w:p w14:paraId="31E899FE" w14:textId="05B8D1BD" w:rsidR="00916499" w:rsidRPr="00470558" w:rsidRDefault="00916499" w:rsidP="00916499">
            <w:pPr>
              <w:rPr>
                <w:rFonts w:asciiTheme="majorHAnsi" w:hAnsiTheme="majorHAnsi" w:cstheme="majorHAnsi"/>
                <w:sz w:val="20"/>
                <w:szCs w:val="20"/>
                <w:lang w:val="fr-CA"/>
              </w:rPr>
            </w:pPr>
            <w:r w:rsidRPr="00470558">
              <w:rPr>
                <w:rFonts w:asciiTheme="majorHAnsi" w:hAnsiTheme="majorHAnsi" w:cstheme="majorHAnsi"/>
                <w:sz w:val="20"/>
                <w:szCs w:val="20"/>
                <w:lang w:val="fr-CA"/>
              </w:rPr>
              <w:t>E</w:t>
            </w:r>
            <w:r w:rsidRPr="00470558">
              <w:rPr>
                <w:rFonts w:asciiTheme="majorHAnsi" w:hAnsiTheme="majorHAnsi" w:cstheme="majorHAnsi"/>
                <w:sz w:val="20"/>
                <w:szCs w:val="20"/>
                <w:lang w:val="fr-CA" w:eastAsia="fr-CA"/>
              </w:rPr>
              <w:t>mphase</w:t>
            </w:r>
          </w:p>
        </w:tc>
        <w:permStart w:id="649294219" w:edGrp="everyone"/>
        <w:tc>
          <w:tcPr>
            <w:tcW w:w="250" w:type="pct"/>
            <w:tcBorders>
              <w:right w:val="nil"/>
            </w:tcBorders>
            <w:vAlign w:val="center"/>
          </w:tcPr>
          <w:p w14:paraId="4368791E" w14:textId="6B60450F" w:rsidR="00916499" w:rsidRDefault="00000000" w:rsidP="00916499">
            <w:pPr>
              <w:rPr>
                <w:rFonts w:asciiTheme="majorHAnsi" w:hAnsiTheme="majorHAnsi" w:cstheme="majorHAnsi"/>
                <w:sz w:val="20"/>
                <w:szCs w:val="20"/>
                <w:lang w:val="fr-CA"/>
              </w:rPr>
            </w:pPr>
            <w:sdt>
              <w:sdtPr>
                <w:rPr>
                  <w:rFonts w:asciiTheme="majorHAnsi" w:hAnsiTheme="majorHAnsi" w:cstheme="majorHAnsi"/>
                  <w:sz w:val="20"/>
                  <w:szCs w:val="20"/>
                  <w:lang w:val="fr-CA"/>
                </w:rPr>
                <w:id w:val="-1991931343"/>
                <w14:checkbox>
                  <w14:checked w14:val="0"/>
                  <w14:checkedState w14:val="2612" w14:font="MS Gothic"/>
                  <w14:uncheckedState w14:val="2610" w14:font="MS Gothic"/>
                </w14:checkbox>
              </w:sdtPr>
              <w:sdtContent>
                <w:r w:rsidR="00916499" w:rsidRPr="00470558">
                  <w:rPr>
                    <w:rFonts w:ascii="Segoe UI Symbol" w:eastAsia="MS Gothic" w:hAnsi="Segoe UI Symbol" w:cs="Segoe UI Symbol"/>
                    <w:sz w:val="20"/>
                    <w:szCs w:val="20"/>
                    <w:lang w:val="fr-CA"/>
                  </w:rPr>
                  <w:t>☐</w:t>
                </w:r>
              </w:sdtContent>
            </w:sdt>
            <w:permEnd w:id="649294219"/>
          </w:p>
        </w:tc>
        <w:tc>
          <w:tcPr>
            <w:tcW w:w="1376" w:type="pct"/>
            <w:tcBorders>
              <w:left w:val="nil"/>
            </w:tcBorders>
            <w:vAlign w:val="center"/>
          </w:tcPr>
          <w:p w14:paraId="19FB578E" w14:textId="4479BDE7" w:rsidR="00916499" w:rsidRPr="00470558" w:rsidRDefault="00916499" w:rsidP="00916499">
            <w:pPr>
              <w:rPr>
                <w:rFonts w:asciiTheme="majorHAnsi" w:hAnsiTheme="majorHAnsi" w:cstheme="majorHAnsi"/>
                <w:sz w:val="20"/>
                <w:szCs w:val="20"/>
                <w:lang w:val="fr-CA"/>
              </w:rPr>
            </w:pPr>
            <w:r w:rsidRPr="00470558">
              <w:rPr>
                <w:rFonts w:asciiTheme="majorHAnsi" w:hAnsiTheme="majorHAnsi" w:cstheme="majorHAnsi"/>
                <w:sz w:val="20"/>
                <w:szCs w:val="20"/>
                <w:lang w:val="fr-CA" w:eastAsia="fr-CA"/>
              </w:rPr>
              <w:t xml:space="preserve">Carrefour </w:t>
            </w:r>
            <w:r w:rsidR="00BF392E">
              <w:rPr>
                <w:rFonts w:asciiTheme="majorHAnsi" w:hAnsiTheme="majorHAnsi" w:cstheme="majorHAnsi"/>
                <w:sz w:val="20"/>
                <w:szCs w:val="20"/>
                <w:lang w:val="fr-CA" w:eastAsia="fr-CA"/>
              </w:rPr>
              <w:t>d’</w:t>
            </w:r>
            <w:r w:rsidR="00A6208E">
              <w:rPr>
                <w:rFonts w:asciiTheme="majorHAnsi" w:hAnsiTheme="majorHAnsi" w:cstheme="majorHAnsi"/>
                <w:sz w:val="20"/>
                <w:szCs w:val="20"/>
                <w:lang w:val="fr-CA" w:eastAsia="fr-CA"/>
              </w:rPr>
              <w:t>E</w:t>
            </w:r>
            <w:r w:rsidRPr="00470558">
              <w:rPr>
                <w:rFonts w:asciiTheme="majorHAnsi" w:hAnsiTheme="majorHAnsi" w:cstheme="majorHAnsi"/>
                <w:sz w:val="20"/>
                <w:szCs w:val="20"/>
                <w:lang w:val="fr-CA" w:eastAsia="fr-CA"/>
              </w:rPr>
              <w:t>ntraide Drummond</w:t>
            </w:r>
          </w:p>
        </w:tc>
      </w:tr>
      <w:permStart w:id="1732968696" w:edGrp="everyone"/>
      <w:tr w:rsidR="00916499" w:rsidRPr="00CC0206" w14:paraId="41C34DCC" w14:textId="77777777" w:rsidTr="00BF392E">
        <w:trPr>
          <w:trHeight w:val="360"/>
        </w:trPr>
        <w:tc>
          <w:tcPr>
            <w:tcW w:w="240" w:type="pct"/>
            <w:tcBorders>
              <w:right w:val="nil"/>
            </w:tcBorders>
            <w:vAlign w:val="center"/>
          </w:tcPr>
          <w:p w14:paraId="01E4162A" w14:textId="0C5364D6" w:rsidR="00916499" w:rsidRDefault="00000000" w:rsidP="00916499">
            <w:pPr>
              <w:tabs>
                <w:tab w:val="left" w:pos="4230"/>
                <w:tab w:val="left" w:pos="4500"/>
                <w:tab w:val="left" w:pos="5850"/>
                <w:tab w:val="left" w:pos="6120"/>
                <w:tab w:val="left" w:pos="7380"/>
                <w:tab w:val="left" w:pos="7650"/>
              </w:tabs>
              <w:rPr>
                <w:rFonts w:asciiTheme="majorHAnsi" w:hAnsiTheme="majorHAnsi" w:cstheme="majorHAnsi"/>
                <w:sz w:val="20"/>
                <w:szCs w:val="20"/>
                <w:lang w:val="fr-CA"/>
              </w:rPr>
            </w:pPr>
            <w:sdt>
              <w:sdtPr>
                <w:rPr>
                  <w:rFonts w:asciiTheme="majorHAnsi" w:hAnsiTheme="majorHAnsi" w:cstheme="majorHAnsi"/>
                  <w:sz w:val="20"/>
                  <w:szCs w:val="20"/>
                  <w:lang w:val="fr-CA"/>
                </w:rPr>
                <w:id w:val="-243270491"/>
                <w14:checkbox>
                  <w14:checked w14:val="0"/>
                  <w14:checkedState w14:val="2612" w14:font="MS Gothic"/>
                  <w14:uncheckedState w14:val="2610" w14:font="MS Gothic"/>
                </w14:checkbox>
              </w:sdtPr>
              <w:sdtContent>
                <w:r w:rsidR="00916499" w:rsidRPr="00470558">
                  <w:rPr>
                    <w:rFonts w:ascii="Segoe UI Symbol" w:eastAsia="MS Gothic" w:hAnsi="Segoe UI Symbol" w:cs="Segoe UI Symbol"/>
                    <w:sz w:val="20"/>
                    <w:szCs w:val="20"/>
                    <w:lang w:val="fr-CA"/>
                  </w:rPr>
                  <w:t>☐</w:t>
                </w:r>
              </w:sdtContent>
            </w:sdt>
            <w:permEnd w:id="1732968696"/>
          </w:p>
        </w:tc>
        <w:tc>
          <w:tcPr>
            <w:tcW w:w="1463" w:type="pct"/>
            <w:tcBorders>
              <w:left w:val="nil"/>
            </w:tcBorders>
            <w:vAlign w:val="center"/>
          </w:tcPr>
          <w:p w14:paraId="2632EEB9" w14:textId="394F1902" w:rsidR="00916499" w:rsidRPr="00470558" w:rsidRDefault="00916499" w:rsidP="00916499">
            <w:pPr>
              <w:tabs>
                <w:tab w:val="left" w:pos="4230"/>
                <w:tab w:val="left" w:pos="4500"/>
                <w:tab w:val="left" w:pos="5850"/>
                <w:tab w:val="left" w:pos="6120"/>
                <w:tab w:val="left" w:pos="7380"/>
                <w:tab w:val="left" w:pos="7650"/>
              </w:tabs>
              <w:rPr>
                <w:rFonts w:asciiTheme="majorHAnsi" w:hAnsiTheme="majorHAnsi" w:cstheme="majorHAnsi"/>
                <w:sz w:val="20"/>
                <w:szCs w:val="20"/>
                <w:lang w:val="fr-CA" w:eastAsia="fr-CA"/>
              </w:rPr>
            </w:pPr>
            <w:r w:rsidRPr="00470558">
              <w:rPr>
                <w:rFonts w:asciiTheme="majorHAnsi" w:hAnsiTheme="majorHAnsi" w:cstheme="majorHAnsi"/>
                <w:sz w:val="20"/>
                <w:szCs w:val="20"/>
                <w:lang w:val="fr-CA" w:eastAsia="fr-CA"/>
              </w:rPr>
              <w:t>L’envolée des mères</w:t>
            </w:r>
          </w:p>
        </w:tc>
        <w:permStart w:id="1830764013" w:edGrp="everyone"/>
        <w:tc>
          <w:tcPr>
            <w:tcW w:w="251" w:type="pct"/>
            <w:tcBorders>
              <w:right w:val="nil"/>
            </w:tcBorders>
            <w:vAlign w:val="center"/>
          </w:tcPr>
          <w:p w14:paraId="0AFD0229" w14:textId="0DFA72A2" w:rsidR="00916499" w:rsidRDefault="00000000" w:rsidP="00916499">
            <w:pPr>
              <w:rPr>
                <w:rFonts w:asciiTheme="majorHAnsi" w:hAnsiTheme="majorHAnsi" w:cstheme="majorHAnsi"/>
                <w:sz w:val="20"/>
                <w:szCs w:val="20"/>
                <w:lang w:val="fr-CA"/>
              </w:rPr>
            </w:pPr>
            <w:sdt>
              <w:sdtPr>
                <w:rPr>
                  <w:rFonts w:asciiTheme="majorHAnsi" w:hAnsiTheme="majorHAnsi" w:cstheme="majorHAnsi"/>
                  <w:sz w:val="20"/>
                  <w:szCs w:val="20"/>
                  <w:lang w:val="fr-CA"/>
                </w:rPr>
                <w:id w:val="1694961667"/>
                <w14:checkbox>
                  <w14:checked w14:val="0"/>
                  <w14:checkedState w14:val="2612" w14:font="MS Gothic"/>
                  <w14:uncheckedState w14:val="2610" w14:font="MS Gothic"/>
                </w14:checkbox>
              </w:sdtPr>
              <w:sdtContent>
                <w:r w:rsidR="00916499" w:rsidRPr="00470558">
                  <w:rPr>
                    <w:rFonts w:ascii="Segoe UI Symbol" w:eastAsia="MS Gothic" w:hAnsi="Segoe UI Symbol" w:cs="Segoe UI Symbol"/>
                    <w:sz w:val="20"/>
                    <w:szCs w:val="20"/>
                    <w:lang w:val="fr-CA"/>
                  </w:rPr>
                  <w:t>☐</w:t>
                </w:r>
              </w:sdtContent>
            </w:sdt>
            <w:permEnd w:id="1830764013"/>
          </w:p>
        </w:tc>
        <w:tc>
          <w:tcPr>
            <w:tcW w:w="1420" w:type="pct"/>
            <w:tcBorders>
              <w:left w:val="nil"/>
            </w:tcBorders>
            <w:vAlign w:val="center"/>
          </w:tcPr>
          <w:p w14:paraId="274885EF" w14:textId="40A06763" w:rsidR="00916499" w:rsidRPr="00470558" w:rsidRDefault="00916499" w:rsidP="00916499">
            <w:pPr>
              <w:rPr>
                <w:rFonts w:asciiTheme="majorHAnsi" w:hAnsiTheme="majorHAnsi" w:cstheme="majorHAnsi"/>
                <w:sz w:val="20"/>
                <w:szCs w:val="20"/>
                <w:lang w:val="fr-CA"/>
              </w:rPr>
            </w:pPr>
            <w:r w:rsidRPr="00470558">
              <w:rPr>
                <w:rFonts w:asciiTheme="majorHAnsi" w:hAnsiTheme="majorHAnsi" w:cstheme="majorHAnsi"/>
                <w:sz w:val="20"/>
                <w:szCs w:val="20"/>
                <w:lang w:val="fr-CA" w:eastAsia="fr-CA"/>
              </w:rPr>
              <w:t>La piaule</w:t>
            </w:r>
          </w:p>
        </w:tc>
        <w:permStart w:id="492848466" w:edGrp="everyone"/>
        <w:tc>
          <w:tcPr>
            <w:tcW w:w="250" w:type="pct"/>
            <w:tcBorders>
              <w:right w:val="nil"/>
            </w:tcBorders>
            <w:vAlign w:val="center"/>
          </w:tcPr>
          <w:p w14:paraId="2446EDA7" w14:textId="23514976" w:rsidR="00916499" w:rsidRDefault="00000000" w:rsidP="00916499">
            <w:pPr>
              <w:rPr>
                <w:rFonts w:asciiTheme="majorHAnsi" w:hAnsiTheme="majorHAnsi" w:cstheme="majorHAnsi"/>
                <w:sz w:val="20"/>
                <w:szCs w:val="20"/>
                <w:lang w:val="fr-CA"/>
              </w:rPr>
            </w:pPr>
            <w:sdt>
              <w:sdtPr>
                <w:rPr>
                  <w:rFonts w:asciiTheme="majorHAnsi" w:hAnsiTheme="majorHAnsi" w:cstheme="majorHAnsi"/>
                  <w:sz w:val="20"/>
                  <w:szCs w:val="20"/>
                  <w:lang w:val="fr-CA"/>
                </w:rPr>
                <w:id w:val="-829743700"/>
                <w14:checkbox>
                  <w14:checked w14:val="0"/>
                  <w14:checkedState w14:val="2612" w14:font="MS Gothic"/>
                  <w14:uncheckedState w14:val="2610" w14:font="MS Gothic"/>
                </w14:checkbox>
              </w:sdtPr>
              <w:sdtContent>
                <w:r w:rsidR="00916499" w:rsidRPr="00470558">
                  <w:rPr>
                    <w:rFonts w:ascii="Segoe UI Symbol" w:eastAsia="MS Gothic" w:hAnsi="Segoe UI Symbol" w:cs="Segoe UI Symbol"/>
                    <w:sz w:val="20"/>
                    <w:szCs w:val="20"/>
                    <w:lang w:val="fr-CA"/>
                  </w:rPr>
                  <w:t>☐</w:t>
                </w:r>
              </w:sdtContent>
            </w:sdt>
            <w:permEnd w:id="492848466"/>
          </w:p>
        </w:tc>
        <w:tc>
          <w:tcPr>
            <w:tcW w:w="1376" w:type="pct"/>
            <w:tcBorders>
              <w:left w:val="nil"/>
            </w:tcBorders>
            <w:vAlign w:val="center"/>
          </w:tcPr>
          <w:p w14:paraId="5017F29D" w14:textId="69569144" w:rsidR="00916499" w:rsidRPr="00470558" w:rsidRDefault="00916499" w:rsidP="00916499">
            <w:pPr>
              <w:rPr>
                <w:rFonts w:asciiTheme="majorHAnsi" w:hAnsiTheme="majorHAnsi" w:cstheme="majorHAnsi"/>
                <w:sz w:val="20"/>
                <w:szCs w:val="20"/>
                <w:lang w:val="fr-CA"/>
              </w:rPr>
            </w:pPr>
            <w:r w:rsidRPr="00470558">
              <w:rPr>
                <w:rFonts w:asciiTheme="majorHAnsi" w:hAnsiTheme="majorHAnsi" w:cstheme="majorHAnsi"/>
                <w:sz w:val="20"/>
                <w:szCs w:val="20"/>
                <w:lang w:val="fr-CA" w:eastAsia="fr-CA"/>
              </w:rPr>
              <w:t>Intro Drummondville</w:t>
            </w:r>
          </w:p>
        </w:tc>
      </w:tr>
      <w:permStart w:id="274021890" w:edGrp="everyone"/>
      <w:tr w:rsidR="00916499" w:rsidRPr="00CC0206" w14:paraId="548808A0" w14:textId="77777777" w:rsidTr="00BF392E">
        <w:trPr>
          <w:trHeight w:val="360"/>
        </w:trPr>
        <w:tc>
          <w:tcPr>
            <w:tcW w:w="240" w:type="pct"/>
            <w:tcBorders>
              <w:right w:val="nil"/>
            </w:tcBorders>
            <w:vAlign w:val="center"/>
          </w:tcPr>
          <w:p w14:paraId="7F41B306" w14:textId="3575B980" w:rsidR="00916499" w:rsidRDefault="00000000" w:rsidP="00916499">
            <w:pPr>
              <w:tabs>
                <w:tab w:val="left" w:pos="4230"/>
                <w:tab w:val="left" w:pos="4500"/>
                <w:tab w:val="left" w:pos="5850"/>
                <w:tab w:val="left" w:pos="6120"/>
                <w:tab w:val="left" w:pos="7380"/>
                <w:tab w:val="left" w:pos="7650"/>
              </w:tabs>
              <w:rPr>
                <w:rFonts w:asciiTheme="majorHAnsi" w:hAnsiTheme="majorHAnsi" w:cstheme="majorHAnsi"/>
                <w:sz w:val="20"/>
                <w:szCs w:val="20"/>
                <w:lang w:val="fr-CA"/>
              </w:rPr>
            </w:pPr>
            <w:sdt>
              <w:sdtPr>
                <w:rPr>
                  <w:rFonts w:asciiTheme="majorHAnsi" w:hAnsiTheme="majorHAnsi" w:cstheme="majorHAnsi"/>
                  <w:sz w:val="20"/>
                  <w:szCs w:val="20"/>
                  <w:lang w:val="fr-CA"/>
                </w:rPr>
                <w:id w:val="833960195"/>
                <w14:checkbox>
                  <w14:checked w14:val="0"/>
                  <w14:checkedState w14:val="2612" w14:font="MS Gothic"/>
                  <w14:uncheckedState w14:val="2610" w14:font="MS Gothic"/>
                </w14:checkbox>
              </w:sdtPr>
              <w:sdtContent>
                <w:r w:rsidR="00916499" w:rsidRPr="00470558">
                  <w:rPr>
                    <w:rFonts w:ascii="Segoe UI Symbol" w:eastAsia="MS Gothic" w:hAnsi="Segoe UI Symbol" w:cs="Segoe UI Symbol"/>
                    <w:sz w:val="20"/>
                    <w:szCs w:val="20"/>
                    <w:lang w:val="fr-CA"/>
                  </w:rPr>
                  <w:t>☐</w:t>
                </w:r>
              </w:sdtContent>
            </w:sdt>
            <w:permEnd w:id="274021890"/>
          </w:p>
        </w:tc>
        <w:tc>
          <w:tcPr>
            <w:tcW w:w="1463" w:type="pct"/>
            <w:tcBorders>
              <w:left w:val="nil"/>
            </w:tcBorders>
            <w:vAlign w:val="center"/>
          </w:tcPr>
          <w:p w14:paraId="167DEBE0" w14:textId="78A9D63D" w:rsidR="00916499" w:rsidRPr="00470558" w:rsidRDefault="00916499" w:rsidP="00916499">
            <w:pPr>
              <w:tabs>
                <w:tab w:val="left" w:pos="4230"/>
                <w:tab w:val="left" w:pos="4500"/>
                <w:tab w:val="left" w:pos="5850"/>
                <w:tab w:val="left" w:pos="6120"/>
                <w:tab w:val="left" w:pos="7380"/>
                <w:tab w:val="left" w:pos="7650"/>
              </w:tabs>
              <w:rPr>
                <w:rFonts w:asciiTheme="majorHAnsi" w:hAnsiTheme="majorHAnsi" w:cstheme="majorHAnsi"/>
                <w:sz w:val="20"/>
                <w:szCs w:val="20"/>
                <w:lang w:val="fr-CA" w:eastAsia="fr-CA"/>
              </w:rPr>
            </w:pPr>
            <w:r w:rsidRPr="00470558">
              <w:rPr>
                <w:rFonts w:asciiTheme="majorHAnsi" w:hAnsiTheme="majorHAnsi" w:cstheme="majorHAnsi"/>
                <w:sz w:val="20"/>
                <w:szCs w:val="20"/>
                <w:lang w:val="fr-CA" w:eastAsia="fr-CA"/>
              </w:rPr>
              <w:t>CALACS</w:t>
            </w:r>
          </w:p>
        </w:tc>
        <w:permStart w:id="1871121764" w:edGrp="everyone"/>
        <w:tc>
          <w:tcPr>
            <w:tcW w:w="251" w:type="pct"/>
            <w:tcBorders>
              <w:right w:val="nil"/>
            </w:tcBorders>
            <w:vAlign w:val="center"/>
          </w:tcPr>
          <w:p w14:paraId="77CEC0EB" w14:textId="4D4CC5B6" w:rsidR="00916499" w:rsidRDefault="00000000" w:rsidP="00916499">
            <w:pPr>
              <w:rPr>
                <w:rFonts w:asciiTheme="majorHAnsi" w:hAnsiTheme="majorHAnsi" w:cstheme="majorHAnsi"/>
                <w:sz w:val="20"/>
                <w:szCs w:val="20"/>
                <w:lang w:val="fr-CA"/>
              </w:rPr>
            </w:pPr>
            <w:sdt>
              <w:sdtPr>
                <w:rPr>
                  <w:rFonts w:asciiTheme="majorHAnsi" w:hAnsiTheme="majorHAnsi" w:cstheme="majorHAnsi"/>
                  <w:sz w:val="20"/>
                  <w:szCs w:val="20"/>
                  <w:lang w:val="fr-CA"/>
                </w:rPr>
                <w:id w:val="-1206402719"/>
                <w14:checkbox>
                  <w14:checked w14:val="0"/>
                  <w14:checkedState w14:val="2612" w14:font="MS Gothic"/>
                  <w14:uncheckedState w14:val="2610" w14:font="MS Gothic"/>
                </w14:checkbox>
              </w:sdtPr>
              <w:sdtContent>
                <w:r w:rsidR="00916499" w:rsidRPr="00470558">
                  <w:rPr>
                    <w:rFonts w:ascii="Segoe UI Symbol" w:eastAsia="MS Gothic" w:hAnsi="Segoe UI Symbol" w:cs="Segoe UI Symbol"/>
                    <w:sz w:val="20"/>
                    <w:szCs w:val="20"/>
                    <w:lang w:val="fr-CA"/>
                  </w:rPr>
                  <w:t>☐</w:t>
                </w:r>
              </w:sdtContent>
            </w:sdt>
            <w:permEnd w:id="1871121764"/>
          </w:p>
        </w:tc>
        <w:tc>
          <w:tcPr>
            <w:tcW w:w="1420" w:type="pct"/>
            <w:tcBorders>
              <w:left w:val="nil"/>
            </w:tcBorders>
            <w:vAlign w:val="center"/>
          </w:tcPr>
          <w:p w14:paraId="51CC01B0" w14:textId="05BB1D32" w:rsidR="00916499" w:rsidRPr="00470558" w:rsidRDefault="00916499" w:rsidP="00916499">
            <w:pPr>
              <w:rPr>
                <w:rFonts w:asciiTheme="majorHAnsi" w:hAnsiTheme="majorHAnsi" w:cstheme="majorHAnsi"/>
                <w:sz w:val="20"/>
                <w:szCs w:val="20"/>
                <w:lang w:val="fr-CA"/>
              </w:rPr>
            </w:pPr>
            <w:r w:rsidRPr="00470558">
              <w:rPr>
                <w:rFonts w:asciiTheme="majorHAnsi" w:hAnsiTheme="majorHAnsi" w:cstheme="majorHAnsi"/>
                <w:sz w:val="20"/>
                <w:szCs w:val="20"/>
                <w:lang w:val="fr-CA" w:eastAsia="fr-CA"/>
              </w:rPr>
              <w:t>Le tremplin</w:t>
            </w:r>
          </w:p>
        </w:tc>
        <w:permStart w:id="1592229701" w:edGrp="everyone"/>
        <w:tc>
          <w:tcPr>
            <w:tcW w:w="250" w:type="pct"/>
            <w:tcBorders>
              <w:right w:val="nil"/>
            </w:tcBorders>
            <w:vAlign w:val="center"/>
          </w:tcPr>
          <w:p w14:paraId="1A69A2C5" w14:textId="1667FB1A" w:rsidR="00916499" w:rsidRDefault="00000000" w:rsidP="00916499">
            <w:pPr>
              <w:rPr>
                <w:rFonts w:asciiTheme="majorHAnsi" w:hAnsiTheme="majorHAnsi" w:cstheme="majorHAnsi"/>
                <w:sz w:val="20"/>
                <w:szCs w:val="20"/>
                <w:lang w:val="fr-CA"/>
              </w:rPr>
            </w:pPr>
            <w:sdt>
              <w:sdtPr>
                <w:rPr>
                  <w:rFonts w:asciiTheme="majorHAnsi" w:hAnsiTheme="majorHAnsi" w:cstheme="majorHAnsi"/>
                  <w:sz w:val="20"/>
                  <w:szCs w:val="20"/>
                  <w:lang w:val="fr-CA"/>
                </w:rPr>
                <w:id w:val="16211206"/>
                <w14:checkbox>
                  <w14:checked w14:val="0"/>
                  <w14:checkedState w14:val="2612" w14:font="MS Gothic"/>
                  <w14:uncheckedState w14:val="2610" w14:font="MS Gothic"/>
                </w14:checkbox>
              </w:sdtPr>
              <w:sdtContent>
                <w:r w:rsidR="00916499" w:rsidRPr="00470558">
                  <w:rPr>
                    <w:rFonts w:ascii="Segoe UI Symbol" w:eastAsia="MS Gothic" w:hAnsi="Segoe UI Symbol" w:cs="Segoe UI Symbol"/>
                    <w:sz w:val="20"/>
                    <w:szCs w:val="20"/>
                    <w:lang w:val="fr-CA"/>
                  </w:rPr>
                  <w:t>☐</w:t>
                </w:r>
              </w:sdtContent>
            </w:sdt>
            <w:permEnd w:id="1592229701"/>
          </w:p>
        </w:tc>
        <w:tc>
          <w:tcPr>
            <w:tcW w:w="1376" w:type="pct"/>
            <w:tcBorders>
              <w:left w:val="nil"/>
            </w:tcBorders>
            <w:vAlign w:val="center"/>
          </w:tcPr>
          <w:p w14:paraId="61960D45" w14:textId="78A44519" w:rsidR="00916499" w:rsidRPr="00470558" w:rsidRDefault="00916499" w:rsidP="00916499">
            <w:pPr>
              <w:rPr>
                <w:rFonts w:asciiTheme="majorHAnsi" w:hAnsiTheme="majorHAnsi" w:cstheme="majorHAnsi"/>
                <w:sz w:val="20"/>
                <w:szCs w:val="20"/>
                <w:lang w:val="fr-CA"/>
              </w:rPr>
            </w:pPr>
            <w:r w:rsidRPr="00470558">
              <w:rPr>
                <w:rFonts w:asciiTheme="majorHAnsi" w:hAnsiTheme="majorHAnsi" w:cstheme="majorHAnsi"/>
                <w:sz w:val="20"/>
                <w:szCs w:val="20"/>
                <w:lang w:val="fr-CA" w:eastAsia="fr-CA"/>
              </w:rPr>
              <w:t>CAVAC</w:t>
            </w:r>
          </w:p>
        </w:tc>
      </w:tr>
      <w:permStart w:id="1923839857" w:edGrp="everyone"/>
      <w:tr w:rsidR="00916499" w:rsidRPr="00CC0206" w14:paraId="5BB597C6" w14:textId="77777777" w:rsidTr="00BF392E">
        <w:trPr>
          <w:trHeight w:val="360"/>
        </w:trPr>
        <w:tc>
          <w:tcPr>
            <w:tcW w:w="240" w:type="pct"/>
            <w:tcBorders>
              <w:right w:val="nil"/>
            </w:tcBorders>
            <w:vAlign w:val="center"/>
          </w:tcPr>
          <w:p w14:paraId="08DE031A" w14:textId="57FCD773" w:rsidR="00916499" w:rsidRDefault="00000000" w:rsidP="00916499">
            <w:pPr>
              <w:tabs>
                <w:tab w:val="left" w:pos="4230"/>
                <w:tab w:val="left" w:pos="4500"/>
                <w:tab w:val="left" w:pos="5850"/>
                <w:tab w:val="left" w:pos="6120"/>
                <w:tab w:val="left" w:pos="7380"/>
                <w:tab w:val="left" w:pos="7650"/>
              </w:tabs>
              <w:rPr>
                <w:rFonts w:asciiTheme="majorHAnsi" w:hAnsiTheme="majorHAnsi" w:cstheme="majorHAnsi"/>
                <w:sz w:val="20"/>
                <w:szCs w:val="20"/>
                <w:lang w:val="fr-CA"/>
              </w:rPr>
            </w:pPr>
            <w:sdt>
              <w:sdtPr>
                <w:rPr>
                  <w:rFonts w:asciiTheme="majorHAnsi" w:hAnsiTheme="majorHAnsi" w:cstheme="majorHAnsi"/>
                  <w:sz w:val="20"/>
                  <w:szCs w:val="20"/>
                  <w:lang w:val="fr-CA"/>
                </w:rPr>
                <w:id w:val="2090266754"/>
                <w14:checkbox>
                  <w14:checked w14:val="0"/>
                  <w14:checkedState w14:val="2612" w14:font="MS Gothic"/>
                  <w14:uncheckedState w14:val="2610" w14:font="MS Gothic"/>
                </w14:checkbox>
              </w:sdtPr>
              <w:sdtContent>
                <w:r w:rsidR="00916499" w:rsidRPr="00470558">
                  <w:rPr>
                    <w:rFonts w:ascii="Segoe UI Symbol" w:eastAsia="MS Gothic" w:hAnsi="Segoe UI Symbol" w:cs="Segoe UI Symbol"/>
                    <w:sz w:val="20"/>
                    <w:szCs w:val="20"/>
                    <w:lang w:val="fr-CA"/>
                  </w:rPr>
                  <w:t>☐</w:t>
                </w:r>
              </w:sdtContent>
            </w:sdt>
            <w:permEnd w:id="1923839857"/>
          </w:p>
        </w:tc>
        <w:tc>
          <w:tcPr>
            <w:tcW w:w="1463" w:type="pct"/>
            <w:tcBorders>
              <w:left w:val="nil"/>
              <w:bottom w:val="single" w:sz="4" w:space="0" w:color="auto"/>
            </w:tcBorders>
            <w:vAlign w:val="center"/>
          </w:tcPr>
          <w:p w14:paraId="4829AA60" w14:textId="5F74A854" w:rsidR="00916499" w:rsidRPr="00470558" w:rsidRDefault="00916499" w:rsidP="00916499">
            <w:pPr>
              <w:tabs>
                <w:tab w:val="left" w:pos="4230"/>
                <w:tab w:val="left" w:pos="4500"/>
                <w:tab w:val="left" w:pos="5850"/>
                <w:tab w:val="left" w:pos="6120"/>
                <w:tab w:val="left" w:pos="7380"/>
                <w:tab w:val="left" w:pos="7650"/>
              </w:tabs>
              <w:rPr>
                <w:rFonts w:asciiTheme="majorHAnsi" w:hAnsiTheme="majorHAnsi" w:cstheme="majorHAnsi"/>
                <w:sz w:val="20"/>
                <w:szCs w:val="20"/>
                <w:lang w:val="fr-CA" w:eastAsia="fr-CA"/>
              </w:rPr>
            </w:pPr>
            <w:r w:rsidRPr="00470558">
              <w:rPr>
                <w:rFonts w:asciiTheme="majorHAnsi" w:hAnsiTheme="majorHAnsi" w:cstheme="majorHAnsi"/>
                <w:sz w:val="20"/>
                <w:szCs w:val="20"/>
                <w:lang w:val="fr-CA" w:eastAsia="fr-CA"/>
              </w:rPr>
              <w:t>CJE</w:t>
            </w:r>
          </w:p>
        </w:tc>
        <w:permStart w:id="2120222883" w:edGrp="everyone"/>
        <w:tc>
          <w:tcPr>
            <w:tcW w:w="251" w:type="pct"/>
            <w:tcBorders>
              <w:bottom w:val="single" w:sz="4" w:space="0" w:color="auto"/>
              <w:right w:val="nil"/>
            </w:tcBorders>
            <w:vAlign w:val="center"/>
          </w:tcPr>
          <w:p w14:paraId="017A0BFB" w14:textId="6B096EE5" w:rsidR="00916499" w:rsidRDefault="00000000" w:rsidP="00916499">
            <w:pPr>
              <w:rPr>
                <w:rFonts w:asciiTheme="majorHAnsi" w:hAnsiTheme="majorHAnsi" w:cstheme="majorHAnsi"/>
                <w:sz w:val="20"/>
                <w:szCs w:val="20"/>
                <w:lang w:val="fr-CA"/>
              </w:rPr>
            </w:pPr>
            <w:sdt>
              <w:sdtPr>
                <w:rPr>
                  <w:rFonts w:asciiTheme="majorHAnsi" w:hAnsiTheme="majorHAnsi" w:cstheme="majorHAnsi"/>
                  <w:sz w:val="20"/>
                  <w:szCs w:val="20"/>
                  <w:lang w:val="fr-CA"/>
                </w:rPr>
                <w:id w:val="714314525"/>
                <w14:checkbox>
                  <w14:checked w14:val="0"/>
                  <w14:checkedState w14:val="2612" w14:font="MS Gothic"/>
                  <w14:uncheckedState w14:val="2610" w14:font="MS Gothic"/>
                </w14:checkbox>
              </w:sdtPr>
              <w:sdtContent>
                <w:r w:rsidR="00916499" w:rsidRPr="00470558">
                  <w:rPr>
                    <w:rFonts w:ascii="Segoe UI Symbol" w:eastAsia="MS Gothic" w:hAnsi="Segoe UI Symbol" w:cs="Segoe UI Symbol"/>
                    <w:sz w:val="20"/>
                    <w:szCs w:val="20"/>
                    <w:lang w:val="fr-CA"/>
                  </w:rPr>
                  <w:t>☐</w:t>
                </w:r>
              </w:sdtContent>
            </w:sdt>
            <w:permEnd w:id="2120222883"/>
          </w:p>
        </w:tc>
        <w:tc>
          <w:tcPr>
            <w:tcW w:w="1420" w:type="pct"/>
            <w:tcBorders>
              <w:left w:val="nil"/>
              <w:bottom w:val="single" w:sz="4" w:space="0" w:color="auto"/>
            </w:tcBorders>
            <w:vAlign w:val="center"/>
          </w:tcPr>
          <w:p w14:paraId="422A4D43" w14:textId="1E734E78" w:rsidR="00916499" w:rsidRPr="00470558" w:rsidRDefault="00916499" w:rsidP="00916499">
            <w:pPr>
              <w:rPr>
                <w:rFonts w:asciiTheme="majorHAnsi" w:hAnsiTheme="majorHAnsi" w:cstheme="majorHAnsi"/>
                <w:sz w:val="20"/>
                <w:szCs w:val="20"/>
                <w:lang w:val="fr-CA"/>
              </w:rPr>
            </w:pPr>
            <w:r w:rsidRPr="00470558">
              <w:rPr>
                <w:rFonts w:asciiTheme="majorHAnsi" w:hAnsiTheme="majorHAnsi" w:cstheme="majorHAnsi"/>
                <w:sz w:val="20"/>
                <w:szCs w:val="20"/>
                <w:lang w:val="fr-CA" w:eastAsia="fr-CA"/>
              </w:rPr>
              <w:t>RAFT</w:t>
            </w:r>
          </w:p>
        </w:tc>
        <w:permStart w:id="765148952" w:edGrp="everyone"/>
        <w:tc>
          <w:tcPr>
            <w:tcW w:w="250" w:type="pct"/>
            <w:tcBorders>
              <w:bottom w:val="single" w:sz="4" w:space="0" w:color="auto"/>
              <w:right w:val="nil"/>
            </w:tcBorders>
            <w:vAlign w:val="center"/>
          </w:tcPr>
          <w:p w14:paraId="6BE2DC34" w14:textId="4D510D2F" w:rsidR="00916499" w:rsidRDefault="00000000" w:rsidP="00916499">
            <w:pPr>
              <w:rPr>
                <w:rFonts w:asciiTheme="majorHAnsi" w:hAnsiTheme="majorHAnsi" w:cstheme="majorHAnsi"/>
                <w:sz w:val="20"/>
                <w:szCs w:val="20"/>
                <w:lang w:val="fr-CA"/>
              </w:rPr>
            </w:pPr>
            <w:sdt>
              <w:sdtPr>
                <w:rPr>
                  <w:rFonts w:asciiTheme="majorHAnsi" w:hAnsiTheme="majorHAnsi" w:cstheme="majorHAnsi"/>
                  <w:sz w:val="20"/>
                  <w:szCs w:val="20"/>
                  <w:lang w:val="fr-CA"/>
                </w:rPr>
                <w:id w:val="1546719868"/>
                <w14:checkbox>
                  <w14:checked w14:val="0"/>
                  <w14:checkedState w14:val="2612" w14:font="MS Gothic"/>
                  <w14:uncheckedState w14:val="2610" w14:font="MS Gothic"/>
                </w14:checkbox>
              </w:sdtPr>
              <w:sdtContent>
                <w:r w:rsidR="00916499" w:rsidRPr="00470558">
                  <w:rPr>
                    <w:rFonts w:ascii="Segoe UI Symbol" w:eastAsia="MS Gothic" w:hAnsi="Segoe UI Symbol" w:cs="Segoe UI Symbol"/>
                    <w:sz w:val="20"/>
                    <w:szCs w:val="20"/>
                    <w:lang w:val="fr-CA"/>
                  </w:rPr>
                  <w:t>☐</w:t>
                </w:r>
              </w:sdtContent>
            </w:sdt>
            <w:permEnd w:id="765148952"/>
          </w:p>
        </w:tc>
        <w:tc>
          <w:tcPr>
            <w:tcW w:w="1376" w:type="pct"/>
            <w:tcBorders>
              <w:left w:val="nil"/>
              <w:bottom w:val="single" w:sz="4" w:space="0" w:color="auto"/>
            </w:tcBorders>
            <w:vAlign w:val="center"/>
          </w:tcPr>
          <w:p w14:paraId="7926AC86" w14:textId="3B011402" w:rsidR="00916499" w:rsidRPr="00470558" w:rsidRDefault="00EF50DD" w:rsidP="00916499">
            <w:pPr>
              <w:rPr>
                <w:rFonts w:asciiTheme="majorHAnsi" w:hAnsiTheme="majorHAnsi" w:cstheme="majorHAnsi"/>
                <w:sz w:val="20"/>
                <w:szCs w:val="20"/>
                <w:lang w:val="fr-CA"/>
              </w:rPr>
            </w:pPr>
            <w:r>
              <w:rPr>
                <w:rFonts w:asciiTheme="majorHAnsi" w:hAnsiTheme="majorHAnsi" w:cstheme="majorHAnsi"/>
                <w:sz w:val="20"/>
                <w:szCs w:val="20"/>
                <w:lang w:val="fr-CA"/>
              </w:rPr>
              <w:t>Comptoir alimentaire</w:t>
            </w:r>
          </w:p>
        </w:tc>
      </w:tr>
      <w:permStart w:id="1194737609" w:edGrp="everyone"/>
      <w:tr w:rsidR="00BF392E" w:rsidRPr="00073920" w14:paraId="55A02DC9" w14:textId="77777777" w:rsidTr="00BF392E">
        <w:trPr>
          <w:trHeight w:val="360"/>
        </w:trPr>
        <w:tc>
          <w:tcPr>
            <w:tcW w:w="240" w:type="pct"/>
            <w:tcBorders>
              <w:right w:val="nil"/>
            </w:tcBorders>
            <w:vAlign w:val="center"/>
          </w:tcPr>
          <w:p w14:paraId="35AB8E46" w14:textId="346E3C94" w:rsidR="00BF392E" w:rsidRPr="00470558" w:rsidRDefault="00000000" w:rsidP="00BF392E">
            <w:pPr>
              <w:rPr>
                <w:rFonts w:asciiTheme="majorHAnsi" w:hAnsiTheme="majorHAnsi" w:cstheme="majorHAnsi"/>
                <w:sz w:val="20"/>
                <w:szCs w:val="20"/>
                <w:lang w:val="fr-CA"/>
              </w:rPr>
            </w:pPr>
            <w:sdt>
              <w:sdtPr>
                <w:rPr>
                  <w:rFonts w:asciiTheme="majorHAnsi" w:hAnsiTheme="majorHAnsi" w:cstheme="majorHAnsi"/>
                  <w:sz w:val="20"/>
                  <w:szCs w:val="20"/>
                  <w:lang w:val="fr-CA"/>
                </w:rPr>
                <w:id w:val="-2106802320"/>
                <w14:checkbox>
                  <w14:checked w14:val="0"/>
                  <w14:checkedState w14:val="2612" w14:font="MS Gothic"/>
                  <w14:uncheckedState w14:val="2610" w14:font="MS Gothic"/>
                </w14:checkbox>
              </w:sdtPr>
              <w:sdtContent>
                <w:r w:rsidR="00BF392E" w:rsidRPr="00470558">
                  <w:rPr>
                    <w:rFonts w:ascii="Segoe UI Symbol" w:eastAsia="MS Gothic" w:hAnsi="Segoe UI Symbol" w:cs="Segoe UI Symbol"/>
                    <w:sz w:val="20"/>
                    <w:szCs w:val="20"/>
                    <w:lang w:val="fr-CA"/>
                  </w:rPr>
                  <w:t>☐</w:t>
                </w:r>
              </w:sdtContent>
            </w:sdt>
            <w:permEnd w:id="1194737609"/>
          </w:p>
        </w:tc>
        <w:tc>
          <w:tcPr>
            <w:tcW w:w="1463" w:type="pct"/>
            <w:tcBorders>
              <w:left w:val="nil"/>
              <w:right w:val="nil"/>
            </w:tcBorders>
            <w:vAlign w:val="center"/>
          </w:tcPr>
          <w:p w14:paraId="6AF5A7D0" w14:textId="4852F700" w:rsidR="00BF392E" w:rsidRPr="00470558" w:rsidRDefault="00BF392E" w:rsidP="00BF392E">
            <w:pPr>
              <w:rPr>
                <w:rFonts w:asciiTheme="majorHAnsi" w:hAnsiTheme="majorHAnsi" w:cstheme="majorHAnsi"/>
                <w:sz w:val="20"/>
                <w:szCs w:val="20"/>
                <w:lang w:val="fr-CA"/>
              </w:rPr>
            </w:pPr>
            <w:r w:rsidRPr="00470558">
              <w:rPr>
                <w:rFonts w:asciiTheme="majorHAnsi" w:hAnsiTheme="majorHAnsi" w:cstheme="majorHAnsi"/>
                <w:sz w:val="20"/>
                <w:szCs w:val="20"/>
                <w:lang w:val="fr-CA" w:eastAsia="fr-CA"/>
              </w:rPr>
              <w:t>Autre organisme communautaire :</w:t>
            </w:r>
          </w:p>
        </w:tc>
        <w:tc>
          <w:tcPr>
            <w:tcW w:w="3297" w:type="pct"/>
            <w:gridSpan w:val="4"/>
            <w:tcBorders>
              <w:left w:val="nil"/>
            </w:tcBorders>
            <w:vAlign w:val="center"/>
          </w:tcPr>
          <w:p w14:paraId="0E545DD3" w14:textId="76E0D7C6" w:rsidR="00BF392E" w:rsidRPr="00470558" w:rsidRDefault="00000000" w:rsidP="00BF392E">
            <w:pPr>
              <w:rPr>
                <w:rFonts w:asciiTheme="majorHAnsi" w:hAnsiTheme="majorHAnsi" w:cstheme="majorHAnsi"/>
                <w:sz w:val="20"/>
                <w:szCs w:val="20"/>
                <w:lang w:val="fr-CA"/>
              </w:rPr>
            </w:pPr>
            <w:sdt>
              <w:sdtPr>
                <w:rPr>
                  <w:rFonts w:asciiTheme="majorHAnsi" w:hAnsiTheme="majorHAnsi" w:cstheme="majorHAnsi"/>
                  <w:sz w:val="20"/>
                  <w:szCs w:val="20"/>
                </w:rPr>
                <w:id w:val="-1312934486"/>
                <w:placeholder>
                  <w:docPart w:val="00FF8036262649BAA4255E918A9E80B9"/>
                </w:placeholder>
              </w:sdtPr>
              <w:sdtContent>
                <w:sdt>
                  <w:sdtPr>
                    <w:rPr>
                      <w:rFonts w:asciiTheme="majorHAnsi" w:hAnsiTheme="majorHAnsi" w:cstheme="majorHAnsi"/>
                      <w:sz w:val="20"/>
                      <w:szCs w:val="20"/>
                    </w:rPr>
                    <w:id w:val="91519009"/>
                    <w:placeholder>
                      <w:docPart w:val="B5D721C2DB004D75A5A8C468DA5689C9"/>
                    </w:placeholder>
                    <w:showingPlcHdr/>
                  </w:sdtPr>
                  <w:sdtContent>
                    <w:permStart w:id="1581283865" w:edGrp="everyone"/>
                    <w:r w:rsidR="009179B1">
                      <w:rPr>
                        <w:rStyle w:val="Textedelespacerserv"/>
                        <w:rFonts w:asciiTheme="majorHAnsi" w:hAnsiTheme="majorHAnsi" w:cstheme="majorHAnsi"/>
                        <w:sz w:val="20"/>
                        <w:szCs w:val="20"/>
                      </w:rPr>
                      <w:t xml:space="preserve">                            </w:t>
                    </w:r>
                    <w:permEnd w:id="1581283865"/>
                  </w:sdtContent>
                </w:sdt>
              </w:sdtContent>
            </w:sdt>
          </w:p>
        </w:tc>
      </w:tr>
      <w:permStart w:id="222787301" w:edGrp="everyone"/>
      <w:tr w:rsidR="00BF392E" w:rsidRPr="00073920" w14:paraId="7FE64C47" w14:textId="77777777" w:rsidTr="00BF392E">
        <w:trPr>
          <w:trHeight w:val="360"/>
        </w:trPr>
        <w:tc>
          <w:tcPr>
            <w:tcW w:w="240" w:type="pct"/>
            <w:tcBorders>
              <w:right w:val="nil"/>
            </w:tcBorders>
            <w:vAlign w:val="center"/>
          </w:tcPr>
          <w:p w14:paraId="7FB7167C" w14:textId="0172003C" w:rsidR="00BF392E" w:rsidRDefault="00000000" w:rsidP="00BF392E">
            <w:pPr>
              <w:rPr>
                <w:rFonts w:asciiTheme="majorHAnsi" w:hAnsiTheme="majorHAnsi" w:cstheme="majorHAnsi"/>
                <w:sz w:val="20"/>
                <w:szCs w:val="20"/>
                <w:lang w:val="fr-CA"/>
              </w:rPr>
            </w:pPr>
            <w:sdt>
              <w:sdtPr>
                <w:rPr>
                  <w:rFonts w:asciiTheme="majorHAnsi" w:hAnsiTheme="majorHAnsi" w:cstheme="majorHAnsi"/>
                  <w:sz w:val="20"/>
                  <w:szCs w:val="20"/>
                  <w:lang w:val="fr-CA"/>
                </w:rPr>
                <w:id w:val="-1970267910"/>
                <w14:checkbox>
                  <w14:checked w14:val="0"/>
                  <w14:checkedState w14:val="2612" w14:font="MS Gothic"/>
                  <w14:uncheckedState w14:val="2610" w14:font="MS Gothic"/>
                </w14:checkbox>
              </w:sdtPr>
              <w:sdtContent>
                <w:r w:rsidR="00BF392E" w:rsidRPr="00470558">
                  <w:rPr>
                    <w:rFonts w:ascii="Segoe UI Symbol" w:eastAsia="MS Gothic" w:hAnsi="Segoe UI Symbol" w:cs="Segoe UI Symbol"/>
                    <w:sz w:val="20"/>
                    <w:szCs w:val="20"/>
                    <w:lang w:val="fr-CA"/>
                  </w:rPr>
                  <w:t>☐</w:t>
                </w:r>
              </w:sdtContent>
            </w:sdt>
            <w:permEnd w:id="222787301"/>
          </w:p>
        </w:tc>
        <w:tc>
          <w:tcPr>
            <w:tcW w:w="1463" w:type="pct"/>
            <w:tcBorders>
              <w:left w:val="nil"/>
              <w:right w:val="nil"/>
            </w:tcBorders>
            <w:vAlign w:val="center"/>
          </w:tcPr>
          <w:p w14:paraId="2DE69F64" w14:textId="6E6EF83D" w:rsidR="00BF392E" w:rsidRPr="00470558" w:rsidRDefault="00BF392E" w:rsidP="00BF392E">
            <w:pPr>
              <w:rPr>
                <w:rFonts w:asciiTheme="majorHAnsi" w:hAnsiTheme="majorHAnsi" w:cstheme="majorHAnsi"/>
                <w:sz w:val="20"/>
                <w:szCs w:val="20"/>
                <w:lang w:val="fr-CA" w:eastAsia="fr-CA"/>
              </w:rPr>
            </w:pPr>
            <w:r w:rsidRPr="00470558">
              <w:rPr>
                <w:rFonts w:asciiTheme="majorHAnsi" w:hAnsiTheme="majorHAnsi" w:cstheme="majorHAnsi"/>
                <w:sz w:val="20"/>
                <w:szCs w:val="20"/>
                <w:lang w:val="fr-CA" w:eastAsia="fr-CA"/>
              </w:rPr>
              <w:t xml:space="preserve">Médecin, pédopsychiatre </w:t>
            </w:r>
          </w:p>
        </w:tc>
        <w:tc>
          <w:tcPr>
            <w:tcW w:w="3297" w:type="pct"/>
            <w:gridSpan w:val="4"/>
            <w:tcBorders>
              <w:left w:val="nil"/>
            </w:tcBorders>
            <w:vAlign w:val="center"/>
          </w:tcPr>
          <w:p w14:paraId="037D7B0D" w14:textId="2841097F" w:rsidR="00BF392E" w:rsidRDefault="00000000" w:rsidP="00BF392E">
            <w:pPr>
              <w:rPr>
                <w:rFonts w:asciiTheme="majorHAnsi" w:hAnsiTheme="majorHAnsi" w:cstheme="majorHAnsi"/>
                <w:sz w:val="20"/>
                <w:szCs w:val="20"/>
                <w:lang w:val="fr-CA"/>
              </w:rPr>
            </w:pPr>
            <w:sdt>
              <w:sdtPr>
                <w:rPr>
                  <w:rFonts w:asciiTheme="majorHAnsi" w:hAnsiTheme="majorHAnsi" w:cstheme="majorHAnsi"/>
                  <w:sz w:val="20"/>
                  <w:szCs w:val="20"/>
                </w:rPr>
                <w:id w:val="524453000"/>
                <w:placeholder>
                  <w:docPart w:val="3BF7227D418C4F66973695392D391696"/>
                </w:placeholder>
              </w:sdtPr>
              <w:sdtContent>
                <w:sdt>
                  <w:sdtPr>
                    <w:rPr>
                      <w:rFonts w:asciiTheme="majorHAnsi" w:hAnsiTheme="majorHAnsi" w:cstheme="majorHAnsi"/>
                      <w:sz w:val="20"/>
                      <w:szCs w:val="20"/>
                    </w:rPr>
                    <w:id w:val="-1205097381"/>
                    <w:placeholder>
                      <w:docPart w:val="57FEC5B5D16147A398D77021284F7ECF"/>
                    </w:placeholder>
                    <w:showingPlcHdr/>
                  </w:sdtPr>
                  <w:sdtContent>
                    <w:permStart w:id="1528384121" w:edGrp="everyone"/>
                    <w:r w:rsidR="009179B1">
                      <w:rPr>
                        <w:rStyle w:val="Textedelespacerserv"/>
                        <w:rFonts w:asciiTheme="majorHAnsi" w:hAnsiTheme="majorHAnsi" w:cstheme="majorHAnsi"/>
                        <w:sz w:val="20"/>
                        <w:szCs w:val="20"/>
                      </w:rPr>
                      <w:t xml:space="preserve">                            </w:t>
                    </w:r>
                    <w:permEnd w:id="1528384121"/>
                  </w:sdtContent>
                </w:sdt>
              </w:sdtContent>
            </w:sdt>
          </w:p>
        </w:tc>
      </w:tr>
      <w:permStart w:id="1052909497" w:edGrp="everyone"/>
      <w:tr w:rsidR="00BF392E" w:rsidRPr="00073920" w14:paraId="26DE6BFD" w14:textId="77777777" w:rsidTr="00BF392E">
        <w:trPr>
          <w:trHeight w:val="360"/>
        </w:trPr>
        <w:tc>
          <w:tcPr>
            <w:tcW w:w="240" w:type="pct"/>
            <w:tcBorders>
              <w:right w:val="nil"/>
            </w:tcBorders>
            <w:vAlign w:val="center"/>
          </w:tcPr>
          <w:p w14:paraId="592179D7" w14:textId="6B3857B5" w:rsidR="00BF392E" w:rsidRDefault="00000000" w:rsidP="00BF392E">
            <w:pPr>
              <w:rPr>
                <w:rFonts w:asciiTheme="majorHAnsi" w:hAnsiTheme="majorHAnsi" w:cstheme="majorHAnsi"/>
                <w:sz w:val="20"/>
                <w:szCs w:val="20"/>
                <w:lang w:val="fr-CA"/>
              </w:rPr>
            </w:pPr>
            <w:sdt>
              <w:sdtPr>
                <w:rPr>
                  <w:rFonts w:asciiTheme="majorHAnsi" w:hAnsiTheme="majorHAnsi" w:cstheme="majorHAnsi"/>
                  <w:sz w:val="20"/>
                  <w:szCs w:val="20"/>
                  <w:lang w:val="fr-CA"/>
                </w:rPr>
                <w:id w:val="1139766026"/>
                <w14:checkbox>
                  <w14:checked w14:val="0"/>
                  <w14:checkedState w14:val="2612" w14:font="MS Gothic"/>
                  <w14:uncheckedState w14:val="2610" w14:font="MS Gothic"/>
                </w14:checkbox>
              </w:sdtPr>
              <w:sdtContent>
                <w:r w:rsidR="00BF392E" w:rsidRPr="00470558">
                  <w:rPr>
                    <w:rFonts w:ascii="Segoe UI Symbol" w:eastAsia="MS Gothic" w:hAnsi="Segoe UI Symbol" w:cs="Segoe UI Symbol"/>
                    <w:sz w:val="20"/>
                    <w:szCs w:val="20"/>
                    <w:lang w:val="fr-CA"/>
                  </w:rPr>
                  <w:t>☐</w:t>
                </w:r>
              </w:sdtContent>
            </w:sdt>
            <w:permEnd w:id="1052909497"/>
          </w:p>
        </w:tc>
        <w:tc>
          <w:tcPr>
            <w:tcW w:w="1463" w:type="pct"/>
            <w:tcBorders>
              <w:left w:val="nil"/>
              <w:right w:val="nil"/>
            </w:tcBorders>
            <w:vAlign w:val="center"/>
          </w:tcPr>
          <w:p w14:paraId="744C1960" w14:textId="49DCF605" w:rsidR="00BF392E" w:rsidRPr="00470558" w:rsidRDefault="00BF392E" w:rsidP="00BF392E">
            <w:pPr>
              <w:rPr>
                <w:rFonts w:asciiTheme="majorHAnsi" w:hAnsiTheme="majorHAnsi" w:cstheme="majorHAnsi"/>
                <w:sz w:val="20"/>
                <w:szCs w:val="20"/>
                <w:lang w:val="fr-CA" w:eastAsia="fr-CA"/>
              </w:rPr>
            </w:pPr>
            <w:r w:rsidRPr="00470558">
              <w:rPr>
                <w:rFonts w:asciiTheme="majorHAnsi" w:hAnsiTheme="majorHAnsi" w:cstheme="majorHAnsi"/>
                <w:sz w:val="20"/>
                <w:szCs w:val="20"/>
                <w:lang w:val="fr-CA" w:eastAsia="fr-CA"/>
              </w:rPr>
              <w:t>Milieu de garde / CPE</w:t>
            </w:r>
          </w:p>
        </w:tc>
        <w:tc>
          <w:tcPr>
            <w:tcW w:w="3297" w:type="pct"/>
            <w:gridSpan w:val="4"/>
            <w:tcBorders>
              <w:left w:val="nil"/>
            </w:tcBorders>
            <w:vAlign w:val="center"/>
          </w:tcPr>
          <w:p w14:paraId="267663C6" w14:textId="55C28C2A" w:rsidR="00BF392E" w:rsidRDefault="00000000" w:rsidP="00BF392E">
            <w:pPr>
              <w:rPr>
                <w:rFonts w:asciiTheme="majorHAnsi" w:hAnsiTheme="majorHAnsi" w:cstheme="majorHAnsi"/>
                <w:sz w:val="20"/>
                <w:szCs w:val="20"/>
                <w:lang w:val="fr-CA"/>
              </w:rPr>
            </w:pPr>
            <w:sdt>
              <w:sdtPr>
                <w:rPr>
                  <w:rFonts w:asciiTheme="majorHAnsi" w:hAnsiTheme="majorHAnsi" w:cstheme="majorHAnsi"/>
                  <w:sz w:val="20"/>
                  <w:szCs w:val="20"/>
                </w:rPr>
                <w:id w:val="841046829"/>
                <w:placeholder>
                  <w:docPart w:val="1DE7788543874F5D8581CB005FF5C7B3"/>
                </w:placeholder>
              </w:sdtPr>
              <w:sdtContent>
                <w:sdt>
                  <w:sdtPr>
                    <w:rPr>
                      <w:rFonts w:asciiTheme="majorHAnsi" w:hAnsiTheme="majorHAnsi" w:cstheme="majorHAnsi"/>
                      <w:sz w:val="20"/>
                      <w:szCs w:val="20"/>
                    </w:rPr>
                    <w:id w:val="568927498"/>
                    <w:placeholder>
                      <w:docPart w:val="9AEB8E44864447E3A536D8AA243EDE56"/>
                    </w:placeholder>
                    <w:showingPlcHdr/>
                  </w:sdtPr>
                  <w:sdtContent>
                    <w:permStart w:id="1371677543" w:edGrp="everyone"/>
                    <w:r w:rsidR="009179B1">
                      <w:rPr>
                        <w:rStyle w:val="Textedelespacerserv"/>
                        <w:rFonts w:asciiTheme="majorHAnsi" w:hAnsiTheme="majorHAnsi" w:cstheme="majorHAnsi"/>
                        <w:sz w:val="20"/>
                        <w:szCs w:val="20"/>
                      </w:rPr>
                      <w:t xml:space="preserve">                            </w:t>
                    </w:r>
                    <w:permEnd w:id="1371677543"/>
                  </w:sdtContent>
                </w:sdt>
              </w:sdtContent>
            </w:sdt>
          </w:p>
        </w:tc>
      </w:tr>
      <w:permStart w:id="771427713" w:edGrp="everyone"/>
      <w:tr w:rsidR="00BF392E" w:rsidRPr="00073920" w14:paraId="1BB1F0BD" w14:textId="77777777" w:rsidTr="00BF392E">
        <w:trPr>
          <w:trHeight w:val="360"/>
        </w:trPr>
        <w:tc>
          <w:tcPr>
            <w:tcW w:w="240" w:type="pct"/>
            <w:tcBorders>
              <w:right w:val="nil"/>
            </w:tcBorders>
            <w:vAlign w:val="center"/>
          </w:tcPr>
          <w:p w14:paraId="41664BEC" w14:textId="3E14BAB3" w:rsidR="00BF392E" w:rsidRDefault="00000000" w:rsidP="00BF392E">
            <w:pPr>
              <w:rPr>
                <w:rFonts w:asciiTheme="majorHAnsi" w:hAnsiTheme="majorHAnsi" w:cstheme="majorHAnsi"/>
                <w:sz w:val="20"/>
                <w:szCs w:val="20"/>
                <w:lang w:val="fr-CA"/>
              </w:rPr>
            </w:pPr>
            <w:sdt>
              <w:sdtPr>
                <w:rPr>
                  <w:rFonts w:asciiTheme="majorHAnsi" w:hAnsiTheme="majorHAnsi" w:cstheme="majorHAnsi"/>
                  <w:sz w:val="20"/>
                  <w:szCs w:val="20"/>
                  <w:lang w:val="fr-CA"/>
                </w:rPr>
                <w:id w:val="536011482"/>
                <w14:checkbox>
                  <w14:checked w14:val="0"/>
                  <w14:checkedState w14:val="2612" w14:font="MS Gothic"/>
                  <w14:uncheckedState w14:val="2610" w14:font="MS Gothic"/>
                </w14:checkbox>
              </w:sdtPr>
              <w:sdtContent>
                <w:r w:rsidR="00BF392E" w:rsidRPr="00470558">
                  <w:rPr>
                    <w:rFonts w:ascii="Segoe UI Symbol" w:eastAsia="MS Gothic" w:hAnsi="Segoe UI Symbol" w:cs="Segoe UI Symbol"/>
                    <w:sz w:val="20"/>
                    <w:szCs w:val="20"/>
                    <w:lang w:val="fr-CA"/>
                  </w:rPr>
                  <w:t>☐</w:t>
                </w:r>
              </w:sdtContent>
            </w:sdt>
            <w:permEnd w:id="771427713"/>
          </w:p>
        </w:tc>
        <w:tc>
          <w:tcPr>
            <w:tcW w:w="1463" w:type="pct"/>
            <w:tcBorders>
              <w:left w:val="nil"/>
              <w:right w:val="nil"/>
            </w:tcBorders>
            <w:vAlign w:val="center"/>
          </w:tcPr>
          <w:p w14:paraId="0C7B84AA" w14:textId="354DB957" w:rsidR="00BF392E" w:rsidRPr="00470558" w:rsidRDefault="00BF392E" w:rsidP="00BF392E">
            <w:pPr>
              <w:rPr>
                <w:rFonts w:asciiTheme="majorHAnsi" w:hAnsiTheme="majorHAnsi" w:cstheme="majorHAnsi"/>
                <w:sz w:val="20"/>
                <w:szCs w:val="20"/>
                <w:lang w:val="fr-CA" w:eastAsia="fr-CA"/>
              </w:rPr>
            </w:pPr>
            <w:r w:rsidRPr="00470558">
              <w:rPr>
                <w:rFonts w:asciiTheme="majorHAnsi" w:hAnsiTheme="majorHAnsi" w:cstheme="majorHAnsi"/>
                <w:sz w:val="20"/>
                <w:szCs w:val="20"/>
                <w:lang w:val="fr-CA" w:eastAsia="fr-CA"/>
              </w:rPr>
              <w:t xml:space="preserve">Établissement </w:t>
            </w:r>
            <w:r w:rsidR="00C63329">
              <w:rPr>
                <w:rFonts w:asciiTheme="majorHAnsi" w:hAnsiTheme="majorHAnsi" w:cstheme="majorHAnsi"/>
                <w:sz w:val="20"/>
                <w:szCs w:val="20"/>
                <w:lang w:val="fr-CA" w:eastAsia="fr-CA"/>
              </w:rPr>
              <w:t>scolaire :</w:t>
            </w:r>
          </w:p>
        </w:tc>
        <w:tc>
          <w:tcPr>
            <w:tcW w:w="3297" w:type="pct"/>
            <w:gridSpan w:val="4"/>
            <w:tcBorders>
              <w:left w:val="nil"/>
            </w:tcBorders>
            <w:vAlign w:val="center"/>
          </w:tcPr>
          <w:p w14:paraId="799D1EC2" w14:textId="15A86951" w:rsidR="00BF392E" w:rsidRDefault="00000000" w:rsidP="00BF392E">
            <w:pPr>
              <w:rPr>
                <w:rFonts w:asciiTheme="majorHAnsi" w:hAnsiTheme="majorHAnsi" w:cstheme="majorHAnsi"/>
                <w:sz w:val="20"/>
                <w:szCs w:val="20"/>
                <w:lang w:val="fr-CA"/>
              </w:rPr>
            </w:pPr>
            <w:sdt>
              <w:sdtPr>
                <w:rPr>
                  <w:rFonts w:asciiTheme="majorHAnsi" w:hAnsiTheme="majorHAnsi" w:cstheme="majorHAnsi"/>
                  <w:sz w:val="20"/>
                  <w:szCs w:val="20"/>
                </w:rPr>
                <w:id w:val="-600651554"/>
                <w:placeholder>
                  <w:docPart w:val="381C6BABD97140DDB6234D56CDD2F703"/>
                </w:placeholder>
              </w:sdtPr>
              <w:sdtContent>
                <w:sdt>
                  <w:sdtPr>
                    <w:rPr>
                      <w:rFonts w:asciiTheme="majorHAnsi" w:hAnsiTheme="majorHAnsi" w:cstheme="majorHAnsi"/>
                      <w:sz w:val="20"/>
                      <w:szCs w:val="20"/>
                    </w:rPr>
                    <w:id w:val="1148333599"/>
                    <w:placeholder>
                      <w:docPart w:val="CD5502F55C104940B196D036ED833065"/>
                    </w:placeholder>
                    <w:showingPlcHdr/>
                  </w:sdtPr>
                  <w:sdtContent>
                    <w:permStart w:id="795036771" w:edGrp="everyone"/>
                    <w:r w:rsidR="009179B1">
                      <w:rPr>
                        <w:rStyle w:val="Textedelespacerserv"/>
                        <w:rFonts w:asciiTheme="majorHAnsi" w:hAnsiTheme="majorHAnsi" w:cstheme="majorHAnsi"/>
                        <w:sz w:val="20"/>
                        <w:szCs w:val="20"/>
                      </w:rPr>
                      <w:t xml:space="preserve">                            </w:t>
                    </w:r>
                    <w:permEnd w:id="795036771"/>
                  </w:sdtContent>
                </w:sdt>
              </w:sdtContent>
            </w:sdt>
          </w:p>
        </w:tc>
      </w:tr>
      <w:permStart w:id="1837989065" w:edGrp="everyone"/>
      <w:tr w:rsidR="00BF392E" w:rsidRPr="00073920" w14:paraId="0032373A" w14:textId="77777777" w:rsidTr="00BF392E">
        <w:trPr>
          <w:trHeight w:val="360"/>
        </w:trPr>
        <w:tc>
          <w:tcPr>
            <w:tcW w:w="240" w:type="pct"/>
            <w:tcBorders>
              <w:right w:val="nil"/>
            </w:tcBorders>
            <w:vAlign w:val="center"/>
          </w:tcPr>
          <w:p w14:paraId="5CFDF093" w14:textId="1699B869" w:rsidR="00BF392E" w:rsidRDefault="00000000" w:rsidP="00BF392E">
            <w:pPr>
              <w:rPr>
                <w:rFonts w:asciiTheme="majorHAnsi" w:hAnsiTheme="majorHAnsi" w:cstheme="majorHAnsi"/>
                <w:sz w:val="20"/>
                <w:szCs w:val="20"/>
                <w:lang w:val="fr-CA"/>
              </w:rPr>
            </w:pPr>
            <w:sdt>
              <w:sdtPr>
                <w:rPr>
                  <w:rFonts w:asciiTheme="majorHAnsi" w:hAnsiTheme="majorHAnsi" w:cstheme="majorHAnsi"/>
                  <w:sz w:val="20"/>
                  <w:szCs w:val="20"/>
                  <w:lang w:val="fr-CA"/>
                </w:rPr>
                <w:id w:val="-2115349493"/>
                <w14:checkbox>
                  <w14:checked w14:val="0"/>
                  <w14:checkedState w14:val="2612" w14:font="MS Gothic"/>
                  <w14:uncheckedState w14:val="2610" w14:font="MS Gothic"/>
                </w14:checkbox>
              </w:sdtPr>
              <w:sdtContent>
                <w:r w:rsidR="00BF392E" w:rsidRPr="00470558">
                  <w:rPr>
                    <w:rFonts w:ascii="Segoe UI Symbol" w:eastAsia="MS Gothic" w:hAnsi="Segoe UI Symbol" w:cs="Segoe UI Symbol"/>
                    <w:sz w:val="20"/>
                    <w:szCs w:val="20"/>
                    <w:lang w:val="fr-CA"/>
                  </w:rPr>
                  <w:t>☐</w:t>
                </w:r>
              </w:sdtContent>
            </w:sdt>
            <w:permEnd w:id="1837989065"/>
          </w:p>
        </w:tc>
        <w:tc>
          <w:tcPr>
            <w:tcW w:w="1463" w:type="pct"/>
            <w:tcBorders>
              <w:left w:val="nil"/>
              <w:right w:val="nil"/>
            </w:tcBorders>
            <w:vAlign w:val="center"/>
          </w:tcPr>
          <w:p w14:paraId="15032D91" w14:textId="1E4959BB" w:rsidR="00BF392E" w:rsidRPr="00470558" w:rsidRDefault="00BF392E" w:rsidP="00BF392E">
            <w:pPr>
              <w:rPr>
                <w:rFonts w:asciiTheme="majorHAnsi" w:hAnsiTheme="majorHAnsi" w:cstheme="majorHAnsi"/>
                <w:sz w:val="20"/>
                <w:szCs w:val="20"/>
                <w:lang w:val="fr-CA" w:eastAsia="fr-CA"/>
              </w:rPr>
            </w:pPr>
            <w:r w:rsidRPr="00470558">
              <w:rPr>
                <w:rFonts w:asciiTheme="majorHAnsi" w:hAnsiTheme="majorHAnsi" w:cstheme="majorHAnsi"/>
                <w:sz w:val="20"/>
                <w:szCs w:val="20"/>
                <w:lang w:val="fr-CA" w:eastAsia="fr-CA"/>
              </w:rPr>
              <w:t>Autre (exemple tiers aidant) :</w:t>
            </w:r>
          </w:p>
        </w:tc>
        <w:tc>
          <w:tcPr>
            <w:tcW w:w="3297" w:type="pct"/>
            <w:gridSpan w:val="4"/>
            <w:tcBorders>
              <w:left w:val="nil"/>
            </w:tcBorders>
            <w:vAlign w:val="center"/>
          </w:tcPr>
          <w:p w14:paraId="35F7D850" w14:textId="72D457B7" w:rsidR="00BF392E" w:rsidRDefault="00000000" w:rsidP="00BF392E">
            <w:pPr>
              <w:rPr>
                <w:rFonts w:asciiTheme="majorHAnsi" w:hAnsiTheme="majorHAnsi" w:cstheme="majorHAnsi"/>
                <w:sz w:val="20"/>
                <w:szCs w:val="20"/>
                <w:lang w:val="fr-CA"/>
              </w:rPr>
            </w:pPr>
            <w:sdt>
              <w:sdtPr>
                <w:rPr>
                  <w:rFonts w:asciiTheme="majorHAnsi" w:hAnsiTheme="majorHAnsi" w:cstheme="majorHAnsi"/>
                  <w:sz w:val="20"/>
                  <w:szCs w:val="20"/>
                </w:rPr>
                <w:id w:val="-1710563454"/>
                <w:placeholder>
                  <w:docPart w:val="473D240254124DF89EEA74EEEA84302B"/>
                </w:placeholder>
              </w:sdtPr>
              <w:sdtContent>
                <w:sdt>
                  <w:sdtPr>
                    <w:rPr>
                      <w:rFonts w:asciiTheme="majorHAnsi" w:hAnsiTheme="majorHAnsi" w:cstheme="majorHAnsi"/>
                      <w:sz w:val="20"/>
                      <w:szCs w:val="20"/>
                    </w:rPr>
                    <w:id w:val="-247574591"/>
                    <w:placeholder>
                      <w:docPart w:val="C7955842A8BC47CCB95418F6E21FE1FD"/>
                    </w:placeholder>
                    <w:showingPlcHdr/>
                  </w:sdtPr>
                  <w:sdtContent>
                    <w:permStart w:id="1306816754" w:edGrp="everyone"/>
                    <w:r w:rsidR="009179B1">
                      <w:rPr>
                        <w:rStyle w:val="Textedelespacerserv"/>
                        <w:rFonts w:asciiTheme="majorHAnsi" w:hAnsiTheme="majorHAnsi" w:cstheme="majorHAnsi"/>
                        <w:sz w:val="20"/>
                        <w:szCs w:val="20"/>
                      </w:rPr>
                      <w:t xml:space="preserve">                            </w:t>
                    </w:r>
                    <w:permEnd w:id="1306816754"/>
                  </w:sdtContent>
                </w:sdt>
              </w:sdtContent>
            </w:sdt>
          </w:p>
        </w:tc>
      </w:tr>
      <w:permStart w:id="826614340" w:edGrp="everyone"/>
      <w:tr w:rsidR="00BF392E" w:rsidRPr="00073920" w14:paraId="1D9C10B7" w14:textId="77777777" w:rsidTr="00916499">
        <w:trPr>
          <w:trHeight w:val="360"/>
        </w:trPr>
        <w:tc>
          <w:tcPr>
            <w:tcW w:w="240" w:type="pct"/>
            <w:tcBorders>
              <w:right w:val="nil"/>
            </w:tcBorders>
            <w:vAlign w:val="center"/>
          </w:tcPr>
          <w:p w14:paraId="1B6B9A75" w14:textId="5833200F" w:rsidR="00BF392E" w:rsidRDefault="00000000" w:rsidP="00BF392E">
            <w:pPr>
              <w:rPr>
                <w:rFonts w:asciiTheme="majorHAnsi" w:hAnsiTheme="majorHAnsi" w:cstheme="majorHAnsi"/>
                <w:sz w:val="20"/>
                <w:szCs w:val="20"/>
                <w:lang w:val="fr-CA"/>
              </w:rPr>
            </w:pPr>
            <w:sdt>
              <w:sdtPr>
                <w:rPr>
                  <w:rFonts w:asciiTheme="majorHAnsi" w:hAnsiTheme="majorHAnsi" w:cstheme="majorHAnsi"/>
                  <w:sz w:val="20"/>
                  <w:szCs w:val="20"/>
                  <w:lang w:val="fr-CA"/>
                </w:rPr>
                <w:id w:val="-2074189062"/>
                <w14:checkbox>
                  <w14:checked w14:val="0"/>
                  <w14:checkedState w14:val="2612" w14:font="MS Gothic"/>
                  <w14:uncheckedState w14:val="2610" w14:font="MS Gothic"/>
                </w14:checkbox>
              </w:sdtPr>
              <w:sdtContent>
                <w:r w:rsidR="00BF392E" w:rsidRPr="00470558">
                  <w:rPr>
                    <w:rFonts w:ascii="Segoe UI Symbol" w:eastAsia="MS Gothic" w:hAnsi="Segoe UI Symbol" w:cs="Segoe UI Symbol"/>
                    <w:sz w:val="20"/>
                    <w:szCs w:val="20"/>
                    <w:lang w:val="fr-CA"/>
                  </w:rPr>
                  <w:t>☐</w:t>
                </w:r>
              </w:sdtContent>
            </w:sdt>
            <w:permEnd w:id="826614340"/>
          </w:p>
        </w:tc>
        <w:tc>
          <w:tcPr>
            <w:tcW w:w="4760" w:type="pct"/>
            <w:gridSpan w:val="5"/>
            <w:tcBorders>
              <w:left w:val="nil"/>
            </w:tcBorders>
            <w:vAlign w:val="center"/>
          </w:tcPr>
          <w:p w14:paraId="29EDCB71" w14:textId="11B6B110" w:rsidR="00BF392E" w:rsidRDefault="0043320F" w:rsidP="00C63329">
            <w:pPr>
              <w:spacing w:before="120"/>
              <w:rPr>
                <w:rFonts w:asciiTheme="majorHAnsi" w:hAnsiTheme="majorHAnsi" w:cstheme="majorHAnsi"/>
                <w:sz w:val="20"/>
                <w:szCs w:val="20"/>
                <w:lang w:val="fr-CA" w:eastAsia="fr-CA"/>
              </w:rPr>
            </w:pPr>
            <w:r w:rsidRPr="0043320F">
              <w:rPr>
                <w:rFonts w:asciiTheme="majorHAnsi" w:hAnsiTheme="majorHAnsi" w:cstheme="majorHAnsi"/>
                <w:sz w:val="20"/>
                <w:szCs w:val="20"/>
                <w:lang w:val="fr-CA" w:eastAsia="fr-CA"/>
              </w:rPr>
              <w:t>Santé Québec Mauricie-et-Centre-du-Québec Universitaire</w:t>
            </w:r>
            <w:r w:rsidR="00C63329">
              <w:rPr>
                <w:sz w:val="20"/>
                <w:szCs w:val="20"/>
                <w:lang w:val="fr-CA"/>
              </w:rPr>
              <w:t>:</w:t>
            </w:r>
            <w:r w:rsidR="00BF392E" w:rsidRPr="00470558">
              <w:rPr>
                <w:rFonts w:asciiTheme="majorHAnsi" w:hAnsiTheme="majorHAnsi" w:cstheme="majorHAnsi"/>
                <w:sz w:val="20"/>
                <w:szCs w:val="20"/>
                <w:lang w:val="fr-CA" w:eastAsia="fr-CA"/>
              </w:rPr>
              <w:t xml:space="preserve"> (DI-TSA-DP, DPJ, JED, Domrémy, SMJ, SMA</w:t>
            </w:r>
            <w:r w:rsidR="00BF392E">
              <w:rPr>
                <w:rFonts w:asciiTheme="majorHAnsi" w:hAnsiTheme="majorHAnsi" w:cstheme="majorHAnsi"/>
                <w:sz w:val="20"/>
                <w:szCs w:val="20"/>
                <w:lang w:val="fr-CA" w:eastAsia="fr-CA"/>
              </w:rPr>
              <w:t xml:space="preserve">, </w:t>
            </w:r>
            <w:r w:rsidR="004615C2">
              <w:rPr>
                <w:rFonts w:asciiTheme="majorHAnsi" w:hAnsiTheme="majorHAnsi" w:cstheme="majorHAnsi"/>
                <w:sz w:val="20"/>
                <w:szCs w:val="20"/>
                <w:lang w:val="fr-CA" w:eastAsia="fr-CA"/>
              </w:rPr>
              <w:t xml:space="preserve">Aire ouverte, </w:t>
            </w:r>
            <w:r w:rsidR="00BF392E" w:rsidRPr="00470558">
              <w:rPr>
                <w:rFonts w:asciiTheme="majorHAnsi" w:hAnsiTheme="majorHAnsi" w:cstheme="majorHAnsi"/>
                <w:sz w:val="20"/>
                <w:szCs w:val="20"/>
                <w:lang w:val="fr-CA" w:eastAsia="fr-CA"/>
              </w:rPr>
              <w:t>etc.) </w:t>
            </w:r>
          </w:p>
          <w:p w14:paraId="5009A8C3" w14:textId="4361855D" w:rsidR="00BF392E" w:rsidRDefault="00000000" w:rsidP="00C63329">
            <w:pPr>
              <w:spacing w:after="120"/>
              <w:rPr>
                <w:rFonts w:asciiTheme="majorHAnsi" w:hAnsiTheme="majorHAnsi" w:cstheme="majorHAnsi"/>
                <w:sz w:val="20"/>
                <w:szCs w:val="20"/>
                <w:lang w:val="fr-CA"/>
              </w:rPr>
            </w:pPr>
            <w:sdt>
              <w:sdtPr>
                <w:rPr>
                  <w:rFonts w:asciiTheme="majorHAnsi" w:hAnsiTheme="majorHAnsi" w:cstheme="majorHAnsi"/>
                  <w:sz w:val="20"/>
                  <w:szCs w:val="20"/>
                </w:rPr>
                <w:id w:val="-464190470"/>
                <w:placeholder>
                  <w:docPart w:val="E8AE664A73FD4560B69BE75BA5ED3682"/>
                </w:placeholder>
              </w:sdtPr>
              <w:sdtContent>
                <w:sdt>
                  <w:sdtPr>
                    <w:rPr>
                      <w:rFonts w:asciiTheme="majorHAnsi" w:hAnsiTheme="majorHAnsi" w:cstheme="majorHAnsi"/>
                      <w:sz w:val="20"/>
                      <w:szCs w:val="20"/>
                    </w:rPr>
                    <w:id w:val="-894811644"/>
                    <w:placeholder>
                      <w:docPart w:val="0F9D6420DA0D4F5A9882F76938FAF16E"/>
                    </w:placeholder>
                    <w:showingPlcHdr/>
                  </w:sdtPr>
                  <w:sdtContent>
                    <w:permStart w:id="419854281" w:edGrp="everyone"/>
                    <w:r w:rsidR="009179B1">
                      <w:rPr>
                        <w:rStyle w:val="Textedelespacerserv"/>
                        <w:rFonts w:asciiTheme="majorHAnsi" w:hAnsiTheme="majorHAnsi" w:cstheme="majorHAnsi"/>
                        <w:sz w:val="20"/>
                        <w:szCs w:val="20"/>
                      </w:rPr>
                      <w:t xml:space="preserve">                            </w:t>
                    </w:r>
                    <w:permEnd w:id="419854281"/>
                  </w:sdtContent>
                </w:sdt>
              </w:sdtContent>
            </w:sdt>
          </w:p>
        </w:tc>
      </w:tr>
    </w:tbl>
    <w:p w14:paraId="1249A451" w14:textId="77777777" w:rsidR="00D5064E" w:rsidRDefault="00D5064E" w:rsidP="00C63329">
      <w:pPr>
        <w:spacing w:before="240" w:after="120" w:line="240" w:lineRule="auto"/>
        <w:ind w:left="360"/>
        <w:rPr>
          <w:rFonts w:asciiTheme="majorHAnsi" w:hAnsiTheme="majorHAnsi" w:cstheme="majorHAnsi"/>
          <w:b/>
          <w:bCs/>
          <w:sz w:val="20"/>
          <w:szCs w:val="20"/>
          <w:u w:val="single"/>
          <w:lang w:val="fr-CA"/>
        </w:rPr>
      </w:pPr>
    </w:p>
    <w:p w14:paraId="39382496" w14:textId="77777777" w:rsidR="00D5064E" w:rsidRDefault="00D5064E" w:rsidP="00C63329">
      <w:pPr>
        <w:spacing w:before="240" w:after="120" w:line="240" w:lineRule="auto"/>
        <w:ind w:left="360"/>
        <w:rPr>
          <w:rFonts w:asciiTheme="majorHAnsi" w:hAnsiTheme="majorHAnsi" w:cstheme="majorHAnsi"/>
          <w:b/>
          <w:bCs/>
          <w:sz w:val="20"/>
          <w:szCs w:val="20"/>
          <w:u w:val="single"/>
          <w:lang w:val="fr-CA"/>
        </w:rPr>
      </w:pPr>
    </w:p>
    <w:p w14:paraId="64196EE0" w14:textId="2E316D3A" w:rsidR="00DB5753" w:rsidRPr="00C96251" w:rsidRDefault="00DB5753" w:rsidP="00C63329">
      <w:pPr>
        <w:spacing w:before="240" w:after="120" w:line="240" w:lineRule="auto"/>
        <w:ind w:left="360"/>
        <w:rPr>
          <w:rFonts w:asciiTheme="majorHAnsi" w:hAnsiTheme="majorHAnsi" w:cstheme="majorHAnsi"/>
          <w:b/>
          <w:bCs/>
          <w:sz w:val="20"/>
          <w:szCs w:val="20"/>
          <w:u w:val="single"/>
          <w:lang w:val="fr-CA"/>
        </w:rPr>
      </w:pPr>
      <w:r w:rsidRPr="00C96251">
        <w:rPr>
          <w:rFonts w:asciiTheme="majorHAnsi" w:hAnsiTheme="majorHAnsi" w:cstheme="majorHAnsi"/>
          <w:b/>
          <w:bCs/>
          <w:sz w:val="20"/>
          <w:szCs w:val="20"/>
          <w:u w:val="single"/>
          <w:lang w:val="fr-CA"/>
        </w:rPr>
        <w:t>Je déclare :</w:t>
      </w:r>
    </w:p>
    <w:p w14:paraId="1FF9DC12" w14:textId="191458F0" w:rsidR="000D48C7" w:rsidRPr="000D48C7" w:rsidRDefault="00DB5753" w:rsidP="000D48C7">
      <w:pPr>
        <w:pStyle w:val="Paragraphedeliste"/>
        <w:numPr>
          <w:ilvl w:val="0"/>
          <w:numId w:val="11"/>
        </w:numPr>
        <w:spacing w:after="0" w:line="240" w:lineRule="auto"/>
        <w:ind w:right="90"/>
        <w:rPr>
          <w:rFonts w:asciiTheme="majorHAnsi" w:hAnsiTheme="majorHAnsi" w:cstheme="majorHAnsi"/>
          <w:sz w:val="20"/>
          <w:szCs w:val="20"/>
          <w:lang w:val="fr-CA"/>
        </w:rPr>
      </w:pPr>
      <w:r w:rsidRPr="000D48C7">
        <w:rPr>
          <w:rFonts w:asciiTheme="majorHAnsi" w:hAnsiTheme="majorHAnsi" w:cstheme="majorHAnsi"/>
          <w:sz w:val="20"/>
          <w:szCs w:val="20"/>
          <w:lang w:val="fr-CA"/>
        </w:rPr>
        <w:t>Avoir eu l’occasion de poser toutes mes questions sur la communication des renseignements personnels me concernant et</w:t>
      </w:r>
      <w:r w:rsidR="000D48C7">
        <w:rPr>
          <w:rFonts w:asciiTheme="majorHAnsi" w:hAnsiTheme="majorHAnsi" w:cstheme="majorHAnsi"/>
          <w:sz w:val="20"/>
          <w:szCs w:val="20"/>
          <w:lang w:val="fr-CA"/>
        </w:rPr>
        <w:t xml:space="preserve"> </w:t>
      </w:r>
      <w:r w:rsidRPr="000D48C7">
        <w:rPr>
          <w:rFonts w:asciiTheme="majorHAnsi" w:hAnsiTheme="majorHAnsi" w:cstheme="majorHAnsi"/>
          <w:sz w:val="20"/>
          <w:szCs w:val="20"/>
          <w:lang w:val="fr-CA"/>
        </w:rPr>
        <w:t>qu’on a répondu à ma satisfaction ;</w:t>
      </w:r>
    </w:p>
    <w:p w14:paraId="5037BEAF" w14:textId="63005CED" w:rsidR="00DB5753" w:rsidRPr="000D48C7" w:rsidRDefault="00DB5753" w:rsidP="000D48C7">
      <w:pPr>
        <w:pStyle w:val="Paragraphedeliste"/>
        <w:numPr>
          <w:ilvl w:val="0"/>
          <w:numId w:val="11"/>
        </w:numPr>
        <w:spacing w:after="0" w:line="240" w:lineRule="auto"/>
        <w:rPr>
          <w:rFonts w:asciiTheme="majorHAnsi" w:hAnsiTheme="majorHAnsi" w:cstheme="majorHAnsi"/>
          <w:sz w:val="20"/>
          <w:szCs w:val="20"/>
          <w:lang w:val="fr-CA"/>
        </w:rPr>
      </w:pPr>
      <w:r w:rsidRPr="000D48C7">
        <w:rPr>
          <w:rFonts w:asciiTheme="majorHAnsi" w:hAnsiTheme="majorHAnsi" w:cstheme="majorHAnsi"/>
          <w:sz w:val="20"/>
          <w:szCs w:val="20"/>
          <w:lang w:val="fr-CA"/>
        </w:rPr>
        <w:t>Avoir disposé du temps nécessaire pour prendre ma décision sur le consentement à l’échange d’informations ;</w:t>
      </w:r>
    </w:p>
    <w:p w14:paraId="2C63EF93" w14:textId="1B4FA7F1" w:rsidR="002F0C6A" w:rsidRPr="00D5064E" w:rsidRDefault="00DB5753" w:rsidP="00D5064E">
      <w:pPr>
        <w:pStyle w:val="Paragraphedeliste"/>
        <w:numPr>
          <w:ilvl w:val="0"/>
          <w:numId w:val="11"/>
        </w:numPr>
        <w:spacing w:after="360"/>
        <w:rPr>
          <w:rFonts w:asciiTheme="majorHAnsi" w:hAnsiTheme="majorHAnsi" w:cstheme="majorHAnsi"/>
          <w:sz w:val="20"/>
          <w:szCs w:val="20"/>
          <w:lang w:val="fr-CA"/>
        </w:rPr>
      </w:pPr>
      <w:r w:rsidRPr="000D48C7">
        <w:rPr>
          <w:rFonts w:asciiTheme="majorHAnsi" w:hAnsiTheme="majorHAnsi" w:cstheme="majorHAnsi"/>
          <w:sz w:val="20"/>
          <w:szCs w:val="20"/>
          <w:lang w:val="fr-CA"/>
        </w:rPr>
        <w:t>Être libre d’ac</w:t>
      </w:r>
      <w:r w:rsidRPr="00D5064E">
        <w:rPr>
          <w:rFonts w:asciiTheme="majorHAnsi" w:hAnsiTheme="majorHAnsi" w:cstheme="majorHAnsi"/>
          <w:sz w:val="20"/>
          <w:szCs w:val="20"/>
          <w:lang w:val="fr-CA"/>
        </w:rPr>
        <w:t>cepter la communication de renseignements personnels me concernant (ou concernant</w:t>
      </w:r>
      <w:r w:rsidR="00C96251" w:rsidRPr="00D5064E">
        <w:rPr>
          <w:rFonts w:asciiTheme="majorHAnsi" w:hAnsiTheme="majorHAnsi" w:cstheme="majorHAnsi"/>
          <w:sz w:val="20"/>
          <w:szCs w:val="20"/>
          <w:lang w:val="fr-CA"/>
        </w:rPr>
        <w:t xml:space="preserve"> </w:t>
      </w:r>
      <w:r w:rsidRPr="00D5064E">
        <w:rPr>
          <w:rFonts w:asciiTheme="majorHAnsi" w:hAnsiTheme="majorHAnsi" w:cstheme="majorHAnsi"/>
          <w:sz w:val="20"/>
          <w:szCs w:val="20"/>
          <w:lang w:val="fr-CA"/>
        </w:rPr>
        <w:t>l’usager).</w:t>
      </w:r>
    </w:p>
    <w:tbl>
      <w:tblPr>
        <w:tblStyle w:val="Grilledutableau"/>
        <w:tblW w:w="0" w:type="auto"/>
        <w:tblInd w:w="18" w:type="dxa"/>
        <w:tblLook w:val="04A0" w:firstRow="1" w:lastRow="0" w:firstColumn="1" w:lastColumn="0" w:noHBand="0" w:noVBand="1"/>
      </w:tblPr>
      <w:tblGrid>
        <w:gridCol w:w="6147"/>
        <w:gridCol w:w="4721"/>
      </w:tblGrid>
      <w:tr w:rsidR="0056012E" w:rsidRPr="00A96640" w14:paraId="19022873" w14:textId="77777777" w:rsidTr="00C63329">
        <w:tc>
          <w:tcPr>
            <w:tcW w:w="10868" w:type="dxa"/>
            <w:gridSpan w:val="2"/>
            <w:tcBorders>
              <w:top w:val="nil"/>
              <w:left w:val="nil"/>
              <w:bottom w:val="nil"/>
              <w:right w:val="nil"/>
            </w:tcBorders>
          </w:tcPr>
          <w:p w14:paraId="17D810DA" w14:textId="77777777" w:rsidR="00D5064E" w:rsidRDefault="00D5064E" w:rsidP="0056012E">
            <w:pPr>
              <w:pStyle w:val="NormalWeb"/>
              <w:spacing w:before="120" w:beforeAutospacing="0" w:after="0" w:afterAutospacing="0" w:line="360" w:lineRule="auto"/>
              <w:ind w:right="305"/>
              <w:jc w:val="both"/>
              <w:textAlignment w:val="baseline"/>
              <w:rPr>
                <w:rFonts w:asciiTheme="majorHAnsi" w:hAnsiTheme="majorHAnsi" w:cstheme="majorHAnsi"/>
                <w:sz w:val="20"/>
                <w:szCs w:val="20"/>
              </w:rPr>
            </w:pPr>
          </w:p>
          <w:p w14:paraId="5892F65D" w14:textId="59EA980D" w:rsidR="0056012E" w:rsidRPr="00330279" w:rsidRDefault="0056012E" w:rsidP="0056012E">
            <w:pPr>
              <w:pStyle w:val="NormalWeb"/>
              <w:spacing w:before="120" w:beforeAutospacing="0" w:after="0" w:afterAutospacing="0" w:line="360" w:lineRule="auto"/>
              <w:ind w:right="305"/>
              <w:jc w:val="both"/>
              <w:textAlignment w:val="baseline"/>
              <w:rPr>
                <w:rFonts w:asciiTheme="majorHAnsi" w:hAnsiTheme="majorHAnsi" w:cstheme="majorHAnsi"/>
                <w:sz w:val="20"/>
                <w:szCs w:val="20"/>
              </w:rPr>
            </w:pPr>
            <w:r w:rsidRPr="00330279">
              <w:rPr>
                <w:rFonts w:asciiTheme="majorHAnsi" w:hAnsiTheme="majorHAnsi" w:cstheme="majorHAnsi"/>
                <w:sz w:val="20"/>
                <w:szCs w:val="20"/>
              </w:rPr>
              <w:t xml:space="preserve">En conséquence, j’autorise la communication de renseignements personnels à partir de la date de signature de </w:t>
            </w:r>
            <w:r w:rsidR="00470558">
              <w:rPr>
                <w:rFonts w:asciiTheme="majorHAnsi" w:hAnsiTheme="majorHAnsi" w:cstheme="majorHAnsi"/>
                <w:sz w:val="20"/>
                <w:szCs w:val="20"/>
              </w:rPr>
              <w:t>ce formulaire,</w:t>
            </w:r>
          </w:p>
        </w:tc>
      </w:tr>
      <w:tr w:rsidR="0056012E" w:rsidRPr="00330279" w14:paraId="4F5473F5" w14:textId="77777777" w:rsidTr="00C63329">
        <w:tc>
          <w:tcPr>
            <w:tcW w:w="6147" w:type="dxa"/>
            <w:tcBorders>
              <w:top w:val="nil"/>
              <w:left w:val="nil"/>
              <w:bottom w:val="nil"/>
              <w:right w:val="nil"/>
            </w:tcBorders>
          </w:tcPr>
          <w:p w14:paraId="02D69561" w14:textId="1AF4C052" w:rsidR="0056012E" w:rsidRPr="00330279" w:rsidRDefault="002F0C6A" w:rsidP="00DB5753">
            <w:pPr>
              <w:pStyle w:val="NormalWeb"/>
              <w:spacing w:before="0" w:beforeAutospacing="0" w:after="0" w:afterAutospacing="0" w:line="360" w:lineRule="auto"/>
              <w:ind w:right="305"/>
              <w:jc w:val="both"/>
              <w:textAlignment w:val="baseline"/>
              <w:rPr>
                <w:rFonts w:asciiTheme="majorHAnsi" w:hAnsiTheme="majorHAnsi" w:cstheme="majorHAnsi"/>
                <w:sz w:val="20"/>
                <w:szCs w:val="20"/>
              </w:rPr>
            </w:pPr>
            <w:r w:rsidRPr="00330279">
              <w:rPr>
                <w:rFonts w:asciiTheme="majorHAnsi" w:hAnsiTheme="majorHAnsi" w:cstheme="majorHAnsi"/>
                <w:sz w:val="20"/>
                <w:szCs w:val="20"/>
              </w:rPr>
              <w:t>et ce,</w:t>
            </w:r>
            <w:r w:rsidRPr="00330279">
              <w:rPr>
                <w:rFonts w:asciiTheme="majorHAnsi" w:hAnsiTheme="majorHAnsi" w:cstheme="majorHAnsi"/>
                <w:color w:val="000000"/>
                <w:sz w:val="20"/>
                <w:szCs w:val="20"/>
                <w:bdr w:val="none" w:sz="0" w:space="0" w:color="auto" w:frame="1"/>
              </w:rPr>
              <w:t xml:space="preserve"> pour une durée de 90 jours ou jusqu'au</w:t>
            </w:r>
          </w:p>
        </w:tc>
        <w:tc>
          <w:tcPr>
            <w:tcW w:w="4721" w:type="dxa"/>
            <w:tcBorders>
              <w:top w:val="nil"/>
              <w:left w:val="nil"/>
              <w:bottom w:val="single" w:sz="4" w:space="0" w:color="auto"/>
              <w:right w:val="nil"/>
            </w:tcBorders>
            <w:vAlign w:val="bottom"/>
          </w:tcPr>
          <w:p w14:paraId="7D2D564B" w14:textId="210D4915" w:rsidR="0056012E" w:rsidRPr="00330279" w:rsidRDefault="00000000" w:rsidP="0026570F">
            <w:pPr>
              <w:pStyle w:val="NormalWeb"/>
              <w:spacing w:before="0" w:beforeAutospacing="0" w:after="0" w:afterAutospacing="0" w:line="360" w:lineRule="auto"/>
              <w:ind w:left="1440" w:right="305"/>
              <w:textAlignment w:val="baseline"/>
              <w:rPr>
                <w:rFonts w:asciiTheme="majorHAnsi" w:hAnsiTheme="majorHAnsi" w:cstheme="majorHAnsi"/>
                <w:sz w:val="20"/>
                <w:szCs w:val="20"/>
              </w:rPr>
            </w:pPr>
            <w:sdt>
              <w:sdtPr>
                <w:rPr>
                  <w:rFonts w:asciiTheme="majorHAnsi" w:hAnsiTheme="majorHAnsi" w:cstheme="majorHAnsi"/>
                  <w:sz w:val="20"/>
                  <w:szCs w:val="20"/>
                </w:rPr>
                <w:id w:val="1732116822"/>
                <w:placeholder>
                  <w:docPart w:val="F9A98DC0A9D74C0BAE58FA6E5741EF74"/>
                </w:placeholder>
              </w:sdtPr>
              <w:sdtContent>
                <w:sdt>
                  <w:sdtPr>
                    <w:rPr>
                      <w:rFonts w:asciiTheme="majorHAnsi" w:hAnsiTheme="majorHAnsi" w:cstheme="majorHAnsi"/>
                      <w:sz w:val="20"/>
                      <w:szCs w:val="20"/>
                    </w:rPr>
                    <w:id w:val="-2025702055"/>
                    <w:placeholder>
                      <w:docPart w:val="4645B85A75FB4A729EC1668699C50182"/>
                    </w:placeholder>
                    <w:showingPlcHdr/>
                  </w:sdtPr>
                  <w:sdtContent>
                    <w:permStart w:id="487157584" w:edGrp="everyone"/>
                    <w:r w:rsidR="009179B1">
                      <w:rPr>
                        <w:rStyle w:val="Textedelespacerserv"/>
                        <w:rFonts w:asciiTheme="majorHAnsi" w:hAnsiTheme="majorHAnsi" w:cstheme="majorHAnsi"/>
                        <w:sz w:val="20"/>
                        <w:szCs w:val="20"/>
                      </w:rPr>
                      <w:t xml:space="preserve">                            </w:t>
                    </w:r>
                    <w:permEnd w:id="487157584"/>
                  </w:sdtContent>
                </w:sdt>
              </w:sdtContent>
            </w:sdt>
          </w:p>
        </w:tc>
      </w:tr>
      <w:tr w:rsidR="0056012E" w:rsidRPr="00A96640" w14:paraId="01190406" w14:textId="77777777" w:rsidTr="00C63329">
        <w:tc>
          <w:tcPr>
            <w:tcW w:w="6147" w:type="dxa"/>
            <w:tcBorders>
              <w:top w:val="nil"/>
              <w:left w:val="nil"/>
              <w:bottom w:val="nil"/>
              <w:right w:val="nil"/>
            </w:tcBorders>
          </w:tcPr>
          <w:p w14:paraId="61AD5868" w14:textId="77777777" w:rsidR="0056012E" w:rsidRPr="00330279" w:rsidRDefault="0056012E" w:rsidP="00DB5753">
            <w:pPr>
              <w:pStyle w:val="NormalWeb"/>
              <w:spacing w:before="0" w:beforeAutospacing="0" w:after="0" w:afterAutospacing="0" w:line="360" w:lineRule="auto"/>
              <w:ind w:right="305"/>
              <w:jc w:val="both"/>
              <w:textAlignment w:val="baseline"/>
              <w:rPr>
                <w:rFonts w:asciiTheme="majorHAnsi" w:hAnsiTheme="majorHAnsi" w:cstheme="majorHAnsi"/>
                <w:sz w:val="20"/>
                <w:szCs w:val="20"/>
              </w:rPr>
            </w:pPr>
          </w:p>
        </w:tc>
        <w:tc>
          <w:tcPr>
            <w:tcW w:w="4721" w:type="dxa"/>
            <w:tcBorders>
              <w:top w:val="single" w:sz="4" w:space="0" w:color="auto"/>
              <w:left w:val="nil"/>
              <w:bottom w:val="nil"/>
              <w:right w:val="nil"/>
            </w:tcBorders>
          </w:tcPr>
          <w:p w14:paraId="52256ED0" w14:textId="71F6F28C" w:rsidR="0056012E" w:rsidRPr="00330279" w:rsidRDefault="00470558" w:rsidP="0056012E">
            <w:pPr>
              <w:pStyle w:val="NormalWeb"/>
              <w:spacing w:before="0" w:beforeAutospacing="0" w:after="0" w:afterAutospacing="0" w:line="360" w:lineRule="auto"/>
              <w:ind w:left="720" w:right="305"/>
              <w:jc w:val="both"/>
              <w:textAlignment w:val="baseline"/>
              <w:rPr>
                <w:rFonts w:asciiTheme="majorHAnsi" w:hAnsiTheme="majorHAnsi" w:cstheme="majorHAnsi"/>
                <w:sz w:val="20"/>
                <w:szCs w:val="20"/>
              </w:rPr>
            </w:pPr>
            <w:r>
              <w:rPr>
                <w:rFonts w:asciiTheme="majorHAnsi" w:hAnsiTheme="majorHAnsi" w:cstheme="majorHAnsi"/>
                <w:b/>
                <w:bCs/>
                <w:i/>
                <w:iCs/>
                <w:color w:val="000000"/>
                <w:sz w:val="20"/>
                <w:szCs w:val="20"/>
                <w:bdr w:val="none" w:sz="0" w:space="0" w:color="auto" w:frame="1"/>
              </w:rPr>
              <w:t xml:space="preserve">   </w:t>
            </w:r>
            <w:r w:rsidR="00575182">
              <w:rPr>
                <w:rFonts w:asciiTheme="majorHAnsi" w:hAnsiTheme="majorHAnsi" w:cstheme="majorHAnsi"/>
                <w:b/>
                <w:bCs/>
                <w:i/>
                <w:iCs/>
                <w:color w:val="000000"/>
                <w:sz w:val="20"/>
                <w:szCs w:val="20"/>
                <w:bdr w:val="none" w:sz="0" w:space="0" w:color="auto" w:frame="1"/>
              </w:rPr>
              <w:t xml:space="preserve"> </w:t>
            </w:r>
            <w:r>
              <w:rPr>
                <w:rFonts w:asciiTheme="majorHAnsi" w:hAnsiTheme="majorHAnsi" w:cstheme="majorHAnsi"/>
                <w:b/>
                <w:bCs/>
                <w:i/>
                <w:iCs/>
                <w:color w:val="000000"/>
                <w:sz w:val="20"/>
                <w:szCs w:val="20"/>
                <w:bdr w:val="none" w:sz="0" w:space="0" w:color="auto" w:frame="1"/>
              </w:rPr>
              <w:t xml:space="preserve">   </w:t>
            </w:r>
            <w:r w:rsidR="0056012E" w:rsidRPr="00330279">
              <w:rPr>
                <w:rFonts w:asciiTheme="majorHAnsi" w:hAnsiTheme="majorHAnsi" w:cstheme="majorHAnsi"/>
                <w:b/>
                <w:bCs/>
                <w:i/>
                <w:iCs/>
                <w:color w:val="000000"/>
                <w:sz w:val="20"/>
                <w:szCs w:val="20"/>
                <w:bdr w:val="none" w:sz="0" w:space="0" w:color="auto" w:frame="1"/>
              </w:rPr>
              <w:t>Pour un maximum de 1 an.</w:t>
            </w:r>
          </w:p>
        </w:tc>
      </w:tr>
    </w:tbl>
    <w:p w14:paraId="1350B27B" w14:textId="77777777" w:rsidR="002F0C6A" w:rsidRPr="00330279" w:rsidRDefault="002F0C6A" w:rsidP="00DB5753">
      <w:pPr>
        <w:pStyle w:val="NormalWeb"/>
        <w:shd w:val="clear" w:color="auto" w:fill="FFFFFF"/>
        <w:tabs>
          <w:tab w:val="left" w:pos="2694"/>
        </w:tabs>
        <w:spacing w:before="0" w:beforeAutospacing="0" w:after="240" w:afterAutospacing="0"/>
        <w:jc w:val="both"/>
        <w:textAlignment w:val="baseline"/>
        <w:rPr>
          <w:rFonts w:asciiTheme="majorHAnsi" w:hAnsiTheme="majorHAnsi" w:cstheme="majorHAnsi"/>
          <w:b/>
          <w:bCs/>
          <w:color w:val="000000"/>
          <w:sz w:val="20"/>
          <w:szCs w:val="20"/>
        </w:rPr>
      </w:pPr>
    </w:p>
    <w:tbl>
      <w:tblPr>
        <w:tblStyle w:val="Grilledutableau"/>
        <w:tblW w:w="1091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3"/>
        <w:gridCol w:w="270"/>
        <w:gridCol w:w="4027"/>
        <w:gridCol w:w="236"/>
        <w:gridCol w:w="2667"/>
      </w:tblGrid>
      <w:tr w:rsidR="00DB5753" w:rsidRPr="00330279" w14:paraId="2D2EB7E0" w14:textId="77777777" w:rsidTr="00A56E33">
        <w:trPr>
          <w:trHeight w:val="648"/>
        </w:trPr>
        <w:tc>
          <w:tcPr>
            <w:tcW w:w="3713" w:type="dxa"/>
            <w:tcBorders>
              <w:bottom w:val="single" w:sz="4" w:space="0" w:color="auto"/>
            </w:tcBorders>
          </w:tcPr>
          <w:p w14:paraId="5B442290" w14:textId="77777777" w:rsidR="00DB5753" w:rsidRPr="00330279" w:rsidRDefault="00DB5753" w:rsidP="00556C75">
            <w:pPr>
              <w:spacing w:after="120"/>
              <w:rPr>
                <w:rFonts w:asciiTheme="majorHAnsi" w:hAnsiTheme="majorHAnsi" w:cstheme="majorHAnsi"/>
                <w:sz w:val="20"/>
                <w:szCs w:val="20"/>
                <w:lang w:val="fr-CA"/>
              </w:rPr>
            </w:pPr>
          </w:p>
        </w:tc>
        <w:tc>
          <w:tcPr>
            <w:tcW w:w="270" w:type="dxa"/>
          </w:tcPr>
          <w:p w14:paraId="5FEEE140" w14:textId="77777777" w:rsidR="00DB5753" w:rsidRPr="00330279" w:rsidRDefault="00DB5753" w:rsidP="003F088A">
            <w:pPr>
              <w:spacing w:line="276" w:lineRule="auto"/>
              <w:rPr>
                <w:rFonts w:asciiTheme="majorHAnsi" w:hAnsiTheme="majorHAnsi" w:cstheme="majorHAnsi"/>
                <w:sz w:val="20"/>
                <w:szCs w:val="20"/>
                <w:lang w:val="fr-CA"/>
              </w:rPr>
            </w:pPr>
          </w:p>
        </w:tc>
        <w:tc>
          <w:tcPr>
            <w:tcW w:w="4027" w:type="dxa"/>
            <w:tcBorders>
              <w:bottom w:val="single" w:sz="4" w:space="0" w:color="auto"/>
            </w:tcBorders>
          </w:tcPr>
          <w:p w14:paraId="25290841" w14:textId="77777777" w:rsidR="00556C75" w:rsidRPr="00EA4462" w:rsidRDefault="00556C75" w:rsidP="003F088A">
            <w:pPr>
              <w:spacing w:after="120" w:line="276" w:lineRule="auto"/>
              <w:rPr>
                <w:rFonts w:asciiTheme="majorHAnsi" w:hAnsiTheme="majorHAnsi" w:cstheme="majorHAnsi"/>
                <w:sz w:val="20"/>
                <w:szCs w:val="20"/>
                <w:lang w:val="fr-CA"/>
              </w:rPr>
            </w:pPr>
          </w:p>
          <w:p w14:paraId="58520FDE" w14:textId="468BD9E2" w:rsidR="00DB5753" w:rsidRPr="00330279" w:rsidRDefault="00000000" w:rsidP="003F088A">
            <w:pPr>
              <w:spacing w:after="120" w:line="276" w:lineRule="auto"/>
              <w:rPr>
                <w:rFonts w:asciiTheme="majorHAnsi" w:hAnsiTheme="majorHAnsi" w:cstheme="majorHAnsi"/>
                <w:sz w:val="20"/>
                <w:szCs w:val="20"/>
                <w:lang w:val="fr-CA"/>
              </w:rPr>
            </w:pPr>
            <w:sdt>
              <w:sdtPr>
                <w:rPr>
                  <w:rFonts w:asciiTheme="majorHAnsi" w:hAnsiTheme="majorHAnsi" w:cstheme="majorHAnsi"/>
                  <w:sz w:val="20"/>
                  <w:szCs w:val="20"/>
                </w:rPr>
                <w:id w:val="-1278491581"/>
                <w:placeholder>
                  <w:docPart w:val="9A4B43CD51144FA29703356B012063BA"/>
                </w:placeholder>
              </w:sdtPr>
              <w:sdtContent>
                <w:sdt>
                  <w:sdtPr>
                    <w:rPr>
                      <w:rFonts w:asciiTheme="majorHAnsi" w:hAnsiTheme="majorHAnsi" w:cstheme="majorHAnsi"/>
                      <w:sz w:val="20"/>
                      <w:szCs w:val="20"/>
                    </w:rPr>
                    <w:id w:val="-1695231003"/>
                    <w:placeholder>
                      <w:docPart w:val="E81A0EB08C3B44738D7F74865D5A9BD3"/>
                    </w:placeholder>
                    <w:showingPlcHdr/>
                  </w:sdtPr>
                  <w:sdtContent>
                    <w:permStart w:id="1226254520" w:edGrp="everyone"/>
                    <w:r w:rsidR="009179B1">
                      <w:rPr>
                        <w:rStyle w:val="Textedelespacerserv"/>
                        <w:rFonts w:asciiTheme="majorHAnsi" w:hAnsiTheme="majorHAnsi" w:cstheme="majorHAnsi"/>
                        <w:sz w:val="20"/>
                        <w:szCs w:val="20"/>
                      </w:rPr>
                      <w:t xml:space="preserve">                            </w:t>
                    </w:r>
                    <w:permEnd w:id="1226254520"/>
                  </w:sdtContent>
                </w:sdt>
              </w:sdtContent>
            </w:sdt>
          </w:p>
        </w:tc>
        <w:tc>
          <w:tcPr>
            <w:tcW w:w="236" w:type="dxa"/>
          </w:tcPr>
          <w:p w14:paraId="5F379049" w14:textId="77777777" w:rsidR="00DB5753" w:rsidRPr="00330279" w:rsidRDefault="00DB5753" w:rsidP="003F088A">
            <w:pPr>
              <w:spacing w:line="276" w:lineRule="auto"/>
              <w:rPr>
                <w:rFonts w:asciiTheme="majorHAnsi" w:hAnsiTheme="majorHAnsi" w:cstheme="majorHAnsi"/>
                <w:sz w:val="20"/>
                <w:szCs w:val="20"/>
                <w:lang w:val="fr-CA"/>
              </w:rPr>
            </w:pPr>
          </w:p>
        </w:tc>
        <w:tc>
          <w:tcPr>
            <w:tcW w:w="2667" w:type="dxa"/>
            <w:tcBorders>
              <w:bottom w:val="single" w:sz="4" w:space="0" w:color="auto"/>
            </w:tcBorders>
          </w:tcPr>
          <w:p w14:paraId="3F84203C" w14:textId="77777777" w:rsidR="00556C75" w:rsidRDefault="00556C75" w:rsidP="003F088A">
            <w:pPr>
              <w:spacing w:after="120" w:line="276" w:lineRule="auto"/>
              <w:rPr>
                <w:rFonts w:asciiTheme="majorHAnsi" w:hAnsiTheme="majorHAnsi" w:cstheme="majorHAnsi"/>
                <w:sz w:val="20"/>
                <w:szCs w:val="20"/>
              </w:rPr>
            </w:pPr>
          </w:p>
          <w:sdt>
            <w:sdtPr>
              <w:rPr>
                <w:rFonts w:asciiTheme="majorHAnsi" w:hAnsiTheme="majorHAnsi" w:cstheme="majorHAnsi"/>
                <w:sz w:val="20"/>
                <w:szCs w:val="20"/>
              </w:rPr>
              <w:id w:val="1911424252"/>
              <w:placeholder>
                <w:docPart w:val="7D93EA376E814E7D974CAB61E61609B9"/>
              </w:placeholder>
              <w:showingPlcHdr/>
              <w:date>
                <w:dateFormat w:val="yyyy-MM-dd"/>
                <w:lid w:val="fr-CA"/>
                <w:storeMappedDataAs w:val="dateTime"/>
                <w:calendar w:val="gregorian"/>
              </w:date>
            </w:sdtPr>
            <w:sdtContent>
              <w:permStart w:id="1215707144" w:edGrp="everyone" w:displacedByCustomXml="prev"/>
              <w:p w14:paraId="37BB72C5" w14:textId="7A779469" w:rsidR="00DB5753" w:rsidRPr="00330279" w:rsidRDefault="009179B1" w:rsidP="009179B1">
                <w:pPr>
                  <w:spacing w:before="120"/>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1215707144" w:displacedByCustomXml="next"/>
            </w:sdtContent>
          </w:sdt>
        </w:tc>
      </w:tr>
      <w:tr w:rsidR="00DB5753" w:rsidRPr="00330279" w14:paraId="453A924D" w14:textId="77777777" w:rsidTr="00A56E33">
        <w:trPr>
          <w:trHeight w:val="616"/>
        </w:trPr>
        <w:tc>
          <w:tcPr>
            <w:tcW w:w="3713" w:type="dxa"/>
            <w:tcBorders>
              <w:top w:val="single" w:sz="4" w:space="0" w:color="auto"/>
              <w:bottom w:val="single" w:sz="4" w:space="0" w:color="auto"/>
            </w:tcBorders>
          </w:tcPr>
          <w:p w14:paraId="7450CAB6" w14:textId="77777777" w:rsidR="00DB5753" w:rsidRPr="00D11383" w:rsidRDefault="00DB5753" w:rsidP="003F088A">
            <w:pPr>
              <w:spacing w:after="120" w:line="276" w:lineRule="auto"/>
              <w:rPr>
                <w:rFonts w:asciiTheme="majorHAnsi" w:hAnsiTheme="majorHAnsi" w:cstheme="majorHAnsi"/>
                <w:b/>
                <w:bCs/>
                <w:sz w:val="20"/>
                <w:szCs w:val="20"/>
              </w:rPr>
            </w:pPr>
            <w:r w:rsidRPr="00D11383">
              <w:rPr>
                <w:rFonts w:asciiTheme="majorHAnsi" w:hAnsiTheme="majorHAnsi" w:cstheme="majorHAnsi"/>
                <w:b/>
                <w:bCs/>
                <w:sz w:val="20"/>
                <w:szCs w:val="20"/>
              </w:rPr>
              <w:t>Signature du parent 1</w:t>
            </w:r>
          </w:p>
          <w:p w14:paraId="0209F733" w14:textId="77777777" w:rsidR="00DB5753" w:rsidRDefault="00DB5753" w:rsidP="003F088A">
            <w:pPr>
              <w:spacing w:after="120" w:line="276" w:lineRule="auto"/>
              <w:rPr>
                <w:rFonts w:asciiTheme="majorHAnsi" w:hAnsiTheme="majorHAnsi" w:cstheme="majorHAnsi"/>
                <w:sz w:val="20"/>
                <w:szCs w:val="20"/>
              </w:rPr>
            </w:pPr>
          </w:p>
          <w:p w14:paraId="5A7DAD1D" w14:textId="77777777" w:rsidR="00BF392E" w:rsidRPr="00330279" w:rsidRDefault="00BF392E" w:rsidP="003F088A">
            <w:pPr>
              <w:spacing w:after="120" w:line="276" w:lineRule="auto"/>
              <w:rPr>
                <w:rFonts w:asciiTheme="majorHAnsi" w:hAnsiTheme="majorHAnsi" w:cstheme="majorHAnsi"/>
                <w:sz w:val="20"/>
                <w:szCs w:val="20"/>
              </w:rPr>
            </w:pPr>
          </w:p>
        </w:tc>
        <w:tc>
          <w:tcPr>
            <w:tcW w:w="270" w:type="dxa"/>
          </w:tcPr>
          <w:p w14:paraId="22671B43" w14:textId="77777777" w:rsidR="00DB5753" w:rsidRPr="00330279" w:rsidRDefault="00DB5753" w:rsidP="003F088A">
            <w:pPr>
              <w:spacing w:line="276" w:lineRule="auto"/>
              <w:rPr>
                <w:rFonts w:asciiTheme="majorHAnsi" w:hAnsiTheme="majorHAnsi" w:cstheme="majorHAnsi"/>
                <w:sz w:val="20"/>
                <w:szCs w:val="20"/>
              </w:rPr>
            </w:pPr>
          </w:p>
        </w:tc>
        <w:tc>
          <w:tcPr>
            <w:tcW w:w="4027" w:type="dxa"/>
            <w:tcBorders>
              <w:top w:val="single" w:sz="4" w:space="0" w:color="auto"/>
              <w:bottom w:val="single" w:sz="4" w:space="0" w:color="auto"/>
            </w:tcBorders>
          </w:tcPr>
          <w:p w14:paraId="1B744100" w14:textId="77777777" w:rsidR="00DB5753" w:rsidRPr="00D11383" w:rsidRDefault="00DB5753" w:rsidP="0026570F">
            <w:pPr>
              <w:spacing w:after="480" w:line="276" w:lineRule="auto"/>
              <w:rPr>
                <w:rFonts w:asciiTheme="majorHAnsi" w:hAnsiTheme="majorHAnsi" w:cstheme="majorHAnsi"/>
                <w:b/>
                <w:bCs/>
                <w:sz w:val="20"/>
                <w:szCs w:val="20"/>
                <w:lang w:val="fr-CA"/>
              </w:rPr>
            </w:pPr>
            <w:r w:rsidRPr="00D11383">
              <w:rPr>
                <w:rFonts w:asciiTheme="majorHAnsi" w:hAnsiTheme="majorHAnsi" w:cstheme="majorHAnsi"/>
                <w:b/>
                <w:bCs/>
                <w:sz w:val="20"/>
                <w:szCs w:val="20"/>
                <w:lang w:val="fr-CA"/>
              </w:rPr>
              <w:t xml:space="preserve">Nom du parent </w:t>
            </w:r>
            <w:r w:rsidRPr="007F6BA6">
              <w:rPr>
                <w:rFonts w:asciiTheme="majorHAnsi" w:hAnsiTheme="majorHAnsi" w:cstheme="majorHAnsi"/>
                <w:b/>
                <w:bCs/>
                <w:i/>
                <w:iCs/>
                <w:sz w:val="20"/>
                <w:szCs w:val="20"/>
                <w:lang w:val="fr-CA"/>
              </w:rPr>
              <w:t>(lettre moulante)</w:t>
            </w:r>
          </w:p>
          <w:p w14:paraId="688D9821" w14:textId="18516BF9" w:rsidR="00330279" w:rsidRPr="00330279" w:rsidRDefault="00000000" w:rsidP="00330279">
            <w:pPr>
              <w:spacing w:before="120" w:line="276" w:lineRule="auto"/>
              <w:rPr>
                <w:rFonts w:asciiTheme="majorHAnsi" w:hAnsiTheme="majorHAnsi" w:cstheme="majorHAnsi"/>
                <w:sz w:val="20"/>
                <w:szCs w:val="20"/>
                <w:lang w:val="fr-CA"/>
              </w:rPr>
            </w:pPr>
            <w:sdt>
              <w:sdtPr>
                <w:rPr>
                  <w:rFonts w:asciiTheme="majorHAnsi" w:hAnsiTheme="majorHAnsi" w:cstheme="majorHAnsi"/>
                  <w:sz w:val="20"/>
                  <w:szCs w:val="20"/>
                </w:rPr>
                <w:id w:val="60216452"/>
                <w:placeholder>
                  <w:docPart w:val="31E0F05A763045308CA96083C0592D4C"/>
                </w:placeholder>
              </w:sdtPr>
              <w:sdtContent>
                <w:sdt>
                  <w:sdtPr>
                    <w:rPr>
                      <w:rFonts w:asciiTheme="majorHAnsi" w:hAnsiTheme="majorHAnsi" w:cstheme="majorHAnsi"/>
                      <w:sz w:val="20"/>
                      <w:szCs w:val="20"/>
                    </w:rPr>
                    <w:id w:val="843599671"/>
                    <w:placeholder>
                      <w:docPart w:val="9075A19BE8564B4B8EA01E5E84770E89"/>
                    </w:placeholder>
                    <w:showingPlcHdr/>
                  </w:sdtPr>
                  <w:sdtContent>
                    <w:permStart w:id="773331543" w:edGrp="everyone"/>
                    <w:r w:rsidR="009179B1">
                      <w:rPr>
                        <w:rStyle w:val="Textedelespacerserv"/>
                        <w:rFonts w:asciiTheme="majorHAnsi" w:hAnsiTheme="majorHAnsi" w:cstheme="majorHAnsi"/>
                        <w:sz w:val="20"/>
                        <w:szCs w:val="20"/>
                      </w:rPr>
                      <w:t xml:space="preserve">                            </w:t>
                    </w:r>
                    <w:permEnd w:id="773331543"/>
                  </w:sdtContent>
                </w:sdt>
              </w:sdtContent>
            </w:sdt>
          </w:p>
        </w:tc>
        <w:tc>
          <w:tcPr>
            <w:tcW w:w="236" w:type="dxa"/>
          </w:tcPr>
          <w:p w14:paraId="1B120C12" w14:textId="77777777" w:rsidR="00DB5753" w:rsidRPr="00330279" w:rsidRDefault="00DB5753" w:rsidP="003F088A">
            <w:pPr>
              <w:spacing w:line="276" w:lineRule="auto"/>
              <w:rPr>
                <w:rFonts w:asciiTheme="majorHAnsi" w:hAnsiTheme="majorHAnsi" w:cstheme="majorHAnsi"/>
                <w:sz w:val="20"/>
                <w:szCs w:val="20"/>
                <w:lang w:val="fr-CA"/>
              </w:rPr>
            </w:pPr>
          </w:p>
        </w:tc>
        <w:tc>
          <w:tcPr>
            <w:tcW w:w="2667" w:type="dxa"/>
            <w:tcBorders>
              <w:top w:val="single" w:sz="4" w:space="0" w:color="auto"/>
              <w:bottom w:val="single" w:sz="4" w:space="0" w:color="auto"/>
            </w:tcBorders>
          </w:tcPr>
          <w:p w14:paraId="6EC29B2E" w14:textId="77777777" w:rsidR="00DB5753" w:rsidRDefault="00DB5753" w:rsidP="0026570F">
            <w:pPr>
              <w:spacing w:after="480" w:line="276" w:lineRule="auto"/>
              <w:rPr>
                <w:rFonts w:asciiTheme="majorHAnsi" w:hAnsiTheme="majorHAnsi" w:cstheme="majorHAnsi"/>
                <w:sz w:val="20"/>
                <w:szCs w:val="20"/>
              </w:rPr>
            </w:pPr>
            <w:r w:rsidRPr="00D11383">
              <w:rPr>
                <w:rFonts w:asciiTheme="majorHAnsi" w:hAnsiTheme="majorHAnsi" w:cstheme="majorHAnsi"/>
                <w:b/>
                <w:bCs/>
                <w:sz w:val="20"/>
                <w:szCs w:val="20"/>
              </w:rPr>
              <w:t>Date</w:t>
            </w:r>
          </w:p>
          <w:sdt>
            <w:sdtPr>
              <w:rPr>
                <w:rFonts w:asciiTheme="majorHAnsi" w:hAnsiTheme="majorHAnsi" w:cstheme="majorHAnsi"/>
                <w:sz w:val="20"/>
                <w:szCs w:val="20"/>
              </w:rPr>
              <w:id w:val="-1324734732"/>
              <w:placeholder>
                <w:docPart w:val="DFC92F4D93154FA5AB1DFC457F48C251"/>
              </w:placeholder>
              <w:showingPlcHdr/>
              <w:date>
                <w:dateFormat w:val="yyyy-MM-dd"/>
                <w:lid w:val="fr-CA"/>
                <w:storeMappedDataAs w:val="dateTime"/>
                <w:calendar w:val="gregorian"/>
              </w:date>
            </w:sdtPr>
            <w:sdtContent>
              <w:permStart w:id="1994347087" w:edGrp="everyone" w:displacedByCustomXml="prev"/>
              <w:p w14:paraId="1E65DF77" w14:textId="109F10C0" w:rsidR="00C96251" w:rsidRPr="00330279" w:rsidRDefault="009179B1" w:rsidP="009179B1">
                <w:pPr>
                  <w:spacing w:before="120"/>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1994347087" w:displacedByCustomXml="next"/>
            </w:sdtContent>
          </w:sdt>
        </w:tc>
      </w:tr>
      <w:tr w:rsidR="00DB5753" w:rsidRPr="00330279" w14:paraId="445EC6DB" w14:textId="77777777" w:rsidTr="00A56E33">
        <w:trPr>
          <w:trHeight w:val="648"/>
        </w:trPr>
        <w:tc>
          <w:tcPr>
            <w:tcW w:w="3713" w:type="dxa"/>
            <w:tcBorders>
              <w:top w:val="single" w:sz="4" w:space="0" w:color="auto"/>
              <w:bottom w:val="single" w:sz="4" w:space="0" w:color="auto"/>
            </w:tcBorders>
          </w:tcPr>
          <w:p w14:paraId="730B650B" w14:textId="77777777" w:rsidR="00DB5753" w:rsidRPr="00D11383" w:rsidRDefault="00DB5753" w:rsidP="003F088A">
            <w:pPr>
              <w:spacing w:after="120" w:line="276" w:lineRule="auto"/>
              <w:rPr>
                <w:rFonts w:asciiTheme="majorHAnsi" w:hAnsiTheme="majorHAnsi" w:cstheme="majorHAnsi"/>
                <w:b/>
                <w:bCs/>
                <w:sz w:val="20"/>
                <w:szCs w:val="20"/>
                <w:lang w:val="fr-CA"/>
              </w:rPr>
            </w:pPr>
            <w:r w:rsidRPr="00D11383">
              <w:rPr>
                <w:rFonts w:asciiTheme="majorHAnsi" w:hAnsiTheme="majorHAnsi" w:cstheme="majorHAnsi"/>
                <w:b/>
                <w:bCs/>
                <w:sz w:val="20"/>
                <w:szCs w:val="20"/>
                <w:lang w:val="fr-CA"/>
              </w:rPr>
              <w:t xml:space="preserve">Signature du parent 2 </w:t>
            </w:r>
            <w:r w:rsidRPr="007F6BA6">
              <w:rPr>
                <w:rFonts w:asciiTheme="majorHAnsi" w:hAnsiTheme="majorHAnsi" w:cstheme="majorHAnsi"/>
                <w:b/>
                <w:bCs/>
                <w:i/>
                <w:iCs/>
                <w:sz w:val="20"/>
                <w:szCs w:val="20"/>
                <w:lang w:val="fr-CA"/>
              </w:rPr>
              <w:t>(s’il y a lieu)</w:t>
            </w:r>
          </w:p>
          <w:p w14:paraId="283306DD" w14:textId="77777777" w:rsidR="00DB5753" w:rsidRDefault="00DB5753" w:rsidP="003F088A">
            <w:pPr>
              <w:spacing w:after="120" w:line="276" w:lineRule="auto"/>
              <w:rPr>
                <w:rFonts w:asciiTheme="majorHAnsi" w:hAnsiTheme="majorHAnsi" w:cstheme="majorHAnsi"/>
                <w:sz w:val="20"/>
                <w:szCs w:val="20"/>
                <w:lang w:val="fr-CA"/>
              </w:rPr>
            </w:pPr>
          </w:p>
          <w:p w14:paraId="1730455E" w14:textId="77777777" w:rsidR="00BF392E" w:rsidRPr="00330279" w:rsidRDefault="00BF392E" w:rsidP="003F088A">
            <w:pPr>
              <w:spacing w:after="120" w:line="276" w:lineRule="auto"/>
              <w:rPr>
                <w:rFonts w:asciiTheme="majorHAnsi" w:hAnsiTheme="majorHAnsi" w:cstheme="majorHAnsi"/>
                <w:sz w:val="20"/>
                <w:szCs w:val="20"/>
                <w:lang w:val="fr-CA"/>
              </w:rPr>
            </w:pPr>
          </w:p>
        </w:tc>
        <w:tc>
          <w:tcPr>
            <w:tcW w:w="270" w:type="dxa"/>
          </w:tcPr>
          <w:p w14:paraId="31E1F00E" w14:textId="77777777" w:rsidR="00DB5753" w:rsidRPr="00330279" w:rsidRDefault="00DB5753" w:rsidP="003F088A">
            <w:pPr>
              <w:spacing w:line="276" w:lineRule="auto"/>
              <w:rPr>
                <w:rFonts w:asciiTheme="majorHAnsi" w:hAnsiTheme="majorHAnsi" w:cstheme="majorHAnsi"/>
                <w:sz w:val="20"/>
                <w:szCs w:val="20"/>
                <w:lang w:val="fr-CA"/>
              </w:rPr>
            </w:pPr>
          </w:p>
        </w:tc>
        <w:tc>
          <w:tcPr>
            <w:tcW w:w="4027" w:type="dxa"/>
            <w:tcBorders>
              <w:top w:val="single" w:sz="4" w:space="0" w:color="auto"/>
              <w:bottom w:val="single" w:sz="4" w:space="0" w:color="auto"/>
            </w:tcBorders>
          </w:tcPr>
          <w:p w14:paraId="69D398F2" w14:textId="77777777" w:rsidR="00DB5753" w:rsidRPr="00D11383" w:rsidRDefault="00DB5753" w:rsidP="0026570F">
            <w:pPr>
              <w:spacing w:after="480" w:line="276" w:lineRule="auto"/>
              <w:rPr>
                <w:rFonts w:asciiTheme="majorHAnsi" w:hAnsiTheme="majorHAnsi" w:cstheme="majorHAnsi"/>
                <w:b/>
                <w:bCs/>
                <w:sz w:val="20"/>
                <w:szCs w:val="20"/>
                <w:lang w:val="fr-CA"/>
              </w:rPr>
            </w:pPr>
            <w:r w:rsidRPr="00D11383">
              <w:rPr>
                <w:rFonts w:asciiTheme="majorHAnsi" w:hAnsiTheme="majorHAnsi" w:cstheme="majorHAnsi"/>
                <w:b/>
                <w:bCs/>
                <w:sz w:val="20"/>
                <w:szCs w:val="20"/>
                <w:lang w:val="fr-CA"/>
              </w:rPr>
              <w:t xml:space="preserve">Nom du parent 2 </w:t>
            </w:r>
            <w:r w:rsidRPr="007F6BA6">
              <w:rPr>
                <w:rFonts w:asciiTheme="majorHAnsi" w:hAnsiTheme="majorHAnsi" w:cstheme="majorHAnsi"/>
                <w:b/>
                <w:bCs/>
                <w:i/>
                <w:iCs/>
                <w:sz w:val="20"/>
                <w:szCs w:val="20"/>
                <w:lang w:val="fr-CA"/>
              </w:rPr>
              <w:t>(lettre moulante)</w:t>
            </w:r>
          </w:p>
          <w:p w14:paraId="43C318CF" w14:textId="22E2E69F" w:rsidR="00330279" w:rsidRPr="00330279" w:rsidRDefault="00000000" w:rsidP="00330279">
            <w:pPr>
              <w:spacing w:before="120" w:line="276" w:lineRule="auto"/>
              <w:rPr>
                <w:rFonts w:asciiTheme="majorHAnsi" w:hAnsiTheme="majorHAnsi" w:cstheme="majorHAnsi"/>
                <w:sz w:val="20"/>
                <w:szCs w:val="20"/>
                <w:lang w:val="fr-CA"/>
              </w:rPr>
            </w:pPr>
            <w:sdt>
              <w:sdtPr>
                <w:rPr>
                  <w:rFonts w:asciiTheme="majorHAnsi" w:hAnsiTheme="majorHAnsi" w:cstheme="majorHAnsi"/>
                  <w:sz w:val="20"/>
                  <w:szCs w:val="20"/>
                </w:rPr>
                <w:id w:val="-1898967728"/>
                <w:placeholder>
                  <w:docPart w:val="AF76428074B54A878505A769D879D549"/>
                </w:placeholder>
              </w:sdtPr>
              <w:sdtContent>
                <w:sdt>
                  <w:sdtPr>
                    <w:rPr>
                      <w:rFonts w:asciiTheme="majorHAnsi" w:hAnsiTheme="majorHAnsi" w:cstheme="majorHAnsi"/>
                      <w:sz w:val="20"/>
                      <w:szCs w:val="20"/>
                    </w:rPr>
                    <w:id w:val="62459385"/>
                    <w:placeholder>
                      <w:docPart w:val="C93287EABAAE4B49BCE91F53BB54E230"/>
                    </w:placeholder>
                    <w:showingPlcHdr/>
                  </w:sdtPr>
                  <w:sdtContent>
                    <w:permStart w:id="2137793207" w:edGrp="everyone"/>
                    <w:r w:rsidR="009179B1">
                      <w:rPr>
                        <w:rStyle w:val="Textedelespacerserv"/>
                        <w:rFonts w:asciiTheme="majorHAnsi" w:hAnsiTheme="majorHAnsi" w:cstheme="majorHAnsi"/>
                        <w:sz w:val="20"/>
                        <w:szCs w:val="20"/>
                      </w:rPr>
                      <w:t xml:space="preserve">                            </w:t>
                    </w:r>
                    <w:permEnd w:id="2137793207"/>
                  </w:sdtContent>
                </w:sdt>
              </w:sdtContent>
            </w:sdt>
          </w:p>
        </w:tc>
        <w:tc>
          <w:tcPr>
            <w:tcW w:w="236" w:type="dxa"/>
          </w:tcPr>
          <w:p w14:paraId="2E9BA13B" w14:textId="77777777" w:rsidR="00DB5753" w:rsidRPr="00330279" w:rsidRDefault="00DB5753" w:rsidP="003F088A">
            <w:pPr>
              <w:spacing w:line="276" w:lineRule="auto"/>
              <w:rPr>
                <w:rFonts w:asciiTheme="majorHAnsi" w:hAnsiTheme="majorHAnsi" w:cstheme="majorHAnsi"/>
                <w:sz w:val="20"/>
                <w:szCs w:val="20"/>
                <w:lang w:val="fr-CA"/>
              </w:rPr>
            </w:pPr>
          </w:p>
        </w:tc>
        <w:tc>
          <w:tcPr>
            <w:tcW w:w="2667" w:type="dxa"/>
            <w:tcBorders>
              <w:top w:val="single" w:sz="4" w:space="0" w:color="auto"/>
              <w:bottom w:val="single" w:sz="4" w:space="0" w:color="auto"/>
            </w:tcBorders>
          </w:tcPr>
          <w:p w14:paraId="1AC877AC" w14:textId="77777777" w:rsidR="00DB5753" w:rsidRPr="00D11383" w:rsidRDefault="00DB5753" w:rsidP="0026570F">
            <w:pPr>
              <w:spacing w:after="480" w:line="276" w:lineRule="auto"/>
              <w:rPr>
                <w:rFonts w:asciiTheme="majorHAnsi" w:hAnsiTheme="majorHAnsi" w:cstheme="majorHAnsi"/>
                <w:b/>
                <w:bCs/>
                <w:sz w:val="20"/>
                <w:szCs w:val="20"/>
              </w:rPr>
            </w:pPr>
            <w:r w:rsidRPr="00D11383">
              <w:rPr>
                <w:rFonts w:asciiTheme="majorHAnsi" w:hAnsiTheme="majorHAnsi" w:cstheme="majorHAnsi"/>
                <w:b/>
                <w:bCs/>
                <w:sz w:val="20"/>
                <w:szCs w:val="20"/>
              </w:rPr>
              <w:t>Date</w:t>
            </w:r>
          </w:p>
          <w:sdt>
            <w:sdtPr>
              <w:rPr>
                <w:rFonts w:asciiTheme="majorHAnsi" w:hAnsiTheme="majorHAnsi" w:cstheme="majorHAnsi"/>
                <w:sz w:val="20"/>
                <w:szCs w:val="20"/>
              </w:rPr>
              <w:id w:val="-2103174707"/>
              <w:placeholder>
                <w:docPart w:val="EB072C0E67D74351AC550E71168ED7CF"/>
              </w:placeholder>
              <w:showingPlcHdr/>
              <w:date>
                <w:dateFormat w:val="yyyy-MM-dd"/>
                <w:lid w:val="fr-CA"/>
                <w:storeMappedDataAs w:val="dateTime"/>
                <w:calendar w:val="gregorian"/>
              </w:date>
            </w:sdtPr>
            <w:sdtContent>
              <w:permStart w:id="321787385" w:edGrp="everyone" w:displacedByCustomXml="prev"/>
              <w:p w14:paraId="23851AB8" w14:textId="33419EE0" w:rsidR="00C96251" w:rsidRPr="00330279" w:rsidRDefault="009179B1" w:rsidP="009179B1">
                <w:pPr>
                  <w:spacing w:before="120"/>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321787385" w:displacedByCustomXml="next"/>
            </w:sdtContent>
          </w:sdt>
        </w:tc>
      </w:tr>
      <w:tr w:rsidR="00BF392E" w:rsidRPr="00330279" w14:paraId="2E1E1E00" w14:textId="77777777" w:rsidTr="00A56E33">
        <w:trPr>
          <w:trHeight w:val="648"/>
        </w:trPr>
        <w:tc>
          <w:tcPr>
            <w:tcW w:w="3713" w:type="dxa"/>
            <w:tcBorders>
              <w:top w:val="single" w:sz="4" w:space="0" w:color="auto"/>
              <w:bottom w:val="single" w:sz="4" w:space="0" w:color="auto"/>
            </w:tcBorders>
          </w:tcPr>
          <w:p w14:paraId="58E574A1" w14:textId="77777777" w:rsidR="00BF392E" w:rsidRPr="00D11383" w:rsidRDefault="00BF392E" w:rsidP="00BF392E">
            <w:pPr>
              <w:spacing w:after="120" w:line="276" w:lineRule="auto"/>
              <w:rPr>
                <w:rFonts w:asciiTheme="majorHAnsi" w:hAnsiTheme="majorHAnsi" w:cstheme="majorHAnsi"/>
                <w:b/>
                <w:bCs/>
                <w:sz w:val="20"/>
                <w:szCs w:val="20"/>
                <w:lang w:val="fr-CA"/>
              </w:rPr>
            </w:pPr>
            <w:r w:rsidRPr="00D11383">
              <w:rPr>
                <w:rFonts w:asciiTheme="majorHAnsi" w:hAnsiTheme="majorHAnsi" w:cstheme="majorHAnsi"/>
                <w:b/>
                <w:bCs/>
                <w:sz w:val="20"/>
                <w:szCs w:val="20"/>
                <w:lang w:val="fr-CA"/>
              </w:rPr>
              <w:t xml:space="preserve">Signature représentant légal </w:t>
            </w:r>
            <w:r w:rsidRPr="007F6BA6">
              <w:rPr>
                <w:rFonts w:asciiTheme="majorHAnsi" w:hAnsiTheme="majorHAnsi" w:cstheme="majorHAnsi"/>
                <w:b/>
                <w:bCs/>
                <w:i/>
                <w:iCs/>
                <w:sz w:val="20"/>
                <w:szCs w:val="20"/>
                <w:lang w:val="fr-CA"/>
              </w:rPr>
              <w:t>(s’il y a lieu)</w:t>
            </w:r>
          </w:p>
          <w:p w14:paraId="164EB4AE" w14:textId="77777777" w:rsidR="00BF392E" w:rsidRDefault="00BF392E" w:rsidP="00BF392E">
            <w:pPr>
              <w:spacing w:after="120"/>
              <w:rPr>
                <w:rFonts w:asciiTheme="majorHAnsi" w:hAnsiTheme="majorHAnsi" w:cstheme="majorHAnsi"/>
                <w:b/>
                <w:bCs/>
                <w:sz w:val="20"/>
                <w:szCs w:val="20"/>
                <w:lang w:val="fr-CA"/>
              </w:rPr>
            </w:pPr>
          </w:p>
          <w:p w14:paraId="3C0520D2" w14:textId="16DACAE0" w:rsidR="00BF392E" w:rsidRPr="00D11383" w:rsidRDefault="00BF392E" w:rsidP="00BF392E">
            <w:pPr>
              <w:spacing w:after="120"/>
              <w:rPr>
                <w:rFonts w:asciiTheme="majorHAnsi" w:hAnsiTheme="majorHAnsi" w:cstheme="majorHAnsi"/>
                <w:b/>
                <w:bCs/>
                <w:sz w:val="20"/>
                <w:szCs w:val="20"/>
                <w:lang w:val="fr-CA"/>
              </w:rPr>
            </w:pPr>
          </w:p>
        </w:tc>
        <w:tc>
          <w:tcPr>
            <w:tcW w:w="270" w:type="dxa"/>
          </w:tcPr>
          <w:p w14:paraId="2BC8F0C8" w14:textId="77777777" w:rsidR="00BF392E" w:rsidRPr="00330279" w:rsidRDefault="00BF392E" w:rsidP="003F088A">
            <w:pPr>
              <w:rPr>
                <w:rFonts w:asciiTheme="majorHAnsi" w:hAnsiTheme="majorHAnsi" w:cstheme="majorHAnsi"/>
                <w:sz w:val="20"/>
                <w:szCs w:val="20"/>
                <w:lang w:val="fr-CA"/>
              </w:rPr>
            </w:pPr>
          </w:p>
        </w:tc>
        <w:tc>
          <w:tcPr>
            <w:tcW w:w="4027" w:type="dxa"/>
            <w:tcBorders>
              <w:top w:val="single" w:sz="4" w:space="0" w:color="auto"/>
              <w:bottom w:val="single" w:sz="4" w:space="0" w:color="auto"/>
            </w:tcBorders>
          </w:tcPr>
          <w:p w14:paraId="238FAF99" w14:textId="77777777" w:rsidR="00BF392E" w:rsidRPr="00D11383" w:rsidRDefault="00BF392E" w:rsidP="009179B1">
            <w:pPr>
              <w:spacing w:after="480" w:line="276" w:lineRule="auto"/>
              <w:rPr>
                <w:rFonts w:asciiTheme="majorHAnsi" w:hAnsiTheme="majorHAnsi" w:cstheme="majorHAnsi"/>
                <w:b/>
                <w:bCs/>
                <w:sz w:val="20"/>
                <w:szCs w:val="20"/>
                <w:lang w:val="fr-CA"/>
              </w:rPr>
            </w:pPr>
            <w:r w:rsidRPr="00D11383">
              <w:rPr>
                <w:rFonts w:asciiTheme="majorHAnsi" w:hAnsiTheme="majorHAnsi" w:cstheme="majorHAnsi"/>
                <w:b/>
                <w:bCs/>
                <w:sz w:val="20"/>
                <w:szCs w:val="20"/>
                <w:lang w:val="fr-CA"/>
              </w:rPr>
              <w:t xml:space="preserve">Nom </w:t>
            </w:r>
            <w:r>
              <w:rPr>
                <w:rFonts w:asciiTheme="majorHAnsi" w:hAnsiTheme="majorHAnsi" w:cstheme="majorHAnsi"/>
                <w:b/>
                <w:bCs/>
                <w:sz w:val="20"/>
                <w:szCs w:val="20"/>
                <w:lang w:val="fr-CA"/>
              </w:rPr>
              <w:t>du représentant légal</w:t>
            </w:r>
            <w:r w:rsidRPr="00D11383">
              <w:rPr>
                <w:rFonts w:asciiTheme="majorHAnsi" w:hAnsiTheme="majorHAnsi" w:cstheme="majorHAnsi"/>
                <w:b/>
                <w:bCs/>
                <w:sz w:val="20"/>
                <w:szCs w:val="20"/>
                <w:lang w:val="fr-CA"/>
              </w:rPr>
              <w:t xml:space="preserve"> </w:t>
            </w:r>
            <w:r w:rsidRPr="007F6BA6">
              <w:rPr>
                <w:rFonts w:asciiTheme="majorHAnsi" w:hAnsiTheme="majorHAnsi" w:cstheme="majorHAnsi"/>
                <w:b/>
                <w:bCs/>
                <w:i/>
                <w:iCs/>
                <w:sz w:val="20"/>
                <w:szCs w:val="20"/>
                <w:lang w:val="fr-CA"/>
              </w:rPr>
              <w:t>(lettre moulante)</w:t>
            </w:r>
          </w:p>
          <w:p w14:paraId="56C9EFFD" w14:textId="41F84F28" w:rsidR="00BF392E" w:rsidRPr="00D11383" w:rsidRDefault="00000000" w:rsidP="009179B1">
            <w:pPr>
              <w:spacing w:after="240"/>
              <w:rPr>
                <w:rFonts w:asciiTheme="majorHAnsi" w:hAnsiTheme="majorHAnsi" w:cstheme="majorHAnsi"/>
                <w:b/>
                <w:bCs/>
                <w:sz w:val="20"/>
                <w:szCs w:val="20"/>
                <w:lang w:val="fr-CA"/>
              </w:rPr>
            </w:pPr>
            <w:sdt>
              <w:sdtPr>
                <w:rPr>
                  <w:rFonts w:asciiTheme="majorHAnsi" w:hAnsiTheme="majorHAnsi" w:cstheme="majorHAnsi"/>
                  <w:sz w:val="20"/>
                  <w:szCs w:val="20"/>
                </w:rPr>
                <w:id w:val="1769811318"/>
                <w:placeholder>
                  <w:docPart w:val="32E6CE7755BD4993A08B753FDA351CE0"/>
                </w:placeholder>
              </w:sdtPr>
              <w:sdtContent>
                <w:sdt>
                  <w:sdtPr>
                    <w:rPr>
                      <w:rFonts w:asciiTheme="majorHAnsi" w:hAnsiTheme="majorHAnsi" w:cstheme="majorHAnsi"/>
                      <w:sz w:val="20"/>
                      <w:szCs w:val="20"/>
                    </w:rPr>
                    <w:id w:val="1428536779"/>
                    <w:placeholder>
                      <w:docPart w:val="EA714FE81CC147A5B601898246E12836"/>
                    </w:placeholder>
                    <w:showingPlcHdr/>
                  </w:sdtPr>
                  <w:sdtContent>
                    <w:permStart w:id="792937840" w:edGrp="everyone"/>
                    <w:r w:rsidR="009179B1">
                      <w:rPr>
                        <w:rStyle w:val="Textedelespacerserv"/>
                        <w:rFonts w:asciiTheme="majorHAnsi" w:hAnsiTheme="majorHAnsi" w:cstheme="majorHAnsi"/>
                        <w:sz w:val="20"/>
                        <w:szCs w:val="20"/>
                      </w:rPr>
                      <w:t xml:space="preserve">                            </w:t>
                    </w:r>
                    <w:permEnd w:id="792937840"/>
                  </w:sdtContent>
                </w:sdt>
              </w:sdtContent>
            </w:sdt>
          </w:p>
        </w:tc>
        <w:tc>
          <w:tcPr>
            <w:tcW w:w="236" w:type="dxa"/>
          </w:tcPr>
          <w:p w14:paraId="1C0893C1" w14:textId="77777777" w:rsidR="00BF392E" w:rsidRPr="00330279" w:rsidRDefault="00BF392E" w:rsidP="003F088A">
            <w:pPr>
              <w:rPr>
                <w:rFonts w:asciiTheme="majorHAnsi" w:hAnsiTheme="majorHAnsi" w:cstheme="majorHAnsi"/>
                <w:sz w:val="20"/>
                <w:szCs w:val="20"/>
                <w:lang w:val="fr-CA"/>
              </w:rPr>
            </w:pPr>
          </w:p>
        </w:tc>
        <w:tc>
          <w:tcPr>
            <w:tcW w:w="2667" w:type="dxa"/>
            <w:tcBorders>
              <w:top w:val="single" w:sz="4" w:space="0" w:color="auto"/>
              <w:bottom w:val="single" w:sz="4" w:space="0" w:color="auto"/>
            </w:tcBorders>
          </w:tcPr>
          <w:p w14:paraId="49F6CDC6" w14:textId="77777777" w:rsidR="00BF392E" w:rsidRDefault="00BF392E" w:rsidP="0026570F">
            <w:pPr>
              <w:spacing w:after="480"/>
              <w:rPr>
                <w:rFonts w:asciiTheme="majorHAnsi" w:hAnsiTheme="majorHAnsi" w:cstheme="majorHAnsi"/>
                <w:b/>
                <w:bCs/>
                <w:sz w:val="20"/>
                <w:szCs w:val="20"/>
              </w:rPr>
            </w:pPr>
            <w:r>
              <w:rPr>
                <w:rFonts w:asciiTheme="majorHAnsi" w:hAnsiTheme="majorHAnsi" w:cstheme="majorHAnsi"/>
                <w:b/>
                <w:bCs/>
                <w:sz w:val="20"/>
                <w:szCs w:val="20"/>
              </w:rPr>
              <w:t>Date</w:t>
            </w:r>
          </w:p>
          <w:sdt>
            <w:sdtPr>
              <w:rPr>
                <w:rFonts w:asciiTheme="majorHAnsi" w:hAnsiTheme="majorHAnsi" w:cstheme="majorHAnsi"/>
                <w:sz w:val="20"/>
                <w:szCs w:val="20"/>
              </w:rPr>
              <w:id w:val="-608970595"/>
              <w:placeholder>
                <w:docPart w:val="E4AAABBB067342B9BE3DF5FCA1A965C7"/>
              </w:placeholder>
              <w:showingPlcHdr/>
              <w:date>
                <w:dateFormat w:val="yyyy-MM-dd"/>
                <w:lid w:val="fr-CA"/>
                <w:storeMappedDataAs w:val="dateTime"/>
                <w:calendar w:val="gregorian"/>
              </w:date>
            </w:sdtPr>
            <w:sdtContent>
              <w:permStart w:id="1809003906" w:edGrp="everyone" w:displacedByCustomXml="prev"/>
              <w:p w14:paraId="10191A99" w14:textId="130C84A6" w:rsidR="00BF392E" w:rsidRPr="00BF392E" w:rsidRDefault="009179B1" w:rsidP="00BF392E">
                <w:pPr>
                  <w:spacing w:before="120"/>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1809003906" w:displacedByCustomXml="next"/>
            </w:sdtContent>
          </w:sdt>
        </w:tc>
      </w:tr>
      <w:tr w:rsidR="00DB5753" w:rsidRPr="00330279" w14:paraId="51FEB355" w14:textId="77777777" w:rsidTr="00A56E33">
        <w:trPr>
          <w:trHeight w:val="648"/>
        </w:trPr>
        <w:tc>
          <w:tcPr>
            <w:tcW w:w="3713" w:type="dxa"/>
            <w:tcBorders>
              <w:top w:val="single" w:sz="4" w:space="0" w:color="auto"/>
              <w:bottom w:val="single" w:sz="4" w:space="0" w:color="auto"/>
            </w:tcBorders>
          </w:tcPr>
          <w:p w14:paraId="3713A449" w14:textId="77777777" w:rsidR="00BF392E" w:rsidRDefault="00BF392E" w:rsidP="00BF392E">
            <w:pPr>
              <w:spacing w:after="120"/>
              <w:rPr>
                <w:rFonts w:asciiTheme="majorHAnsi" w:hAnsiTheme="majorHAnsi" w:cstheme="majorHAnsi"/>
                <w:b/>
                <w:bCs/>
                <w:sz w:val="20"/>
                <w:szCs w:val="20"/>
              </w:rPr>
            </w:pPr>
            <w:r>
              <w:rPr>
                <w:rFonts w:asciiTheme="majorHAnsi" w:hAnsiTheme="majorHAnsi" w:cstheme="majorHAnsi"/>
                <w:b/>
                <w:bCs/>
                <w:sz w:val="20"/>
                <w:szCs w:val="20"/>
              </w:rPr>
              <w:t>Signature du référent</w:t>
            </w:r>
          </w:p>
          <w:p w14:paraId="22D20E0C" w14:textId="258CBEAB" w:rsidR="00DB5753" w:rsidRPr="00330279" w:rsidRDefault="00DB5753" w:rsidP="00BF392E">
            <w:pPr>
              <w:spacing w:after="120"/>
              <w:rPr>
                <w:rFonts w:asciiTheme="majorHAnsi" w:hAnsiTheme="majorHAnsi" w:cstheme="majorHAnsi"/>
                <w:sz w:val="20"/>
                <w:szCs w:val="20"/>
                <w:lang w:val="fr-CA"/>
              </w:rPr>
            </w:pPr>
          </w:p>
        </w:tc>
        <w:tc>
          <w:tcPr>
            <w:tcW w:w="270" w:type="dxa"/>
          </w:tcPr>
          <w:p w14:paraId="6F71AC8A" w14:textId="77777777" w:rsidR="00DB5753" w:rsidRPr="00330279" w:rsidRDefault="00DB5753" w:rsidP="003F088A">
            <w:pPr>
              <w:spacing w:line="276" w:lineRule="auto"/>
              <w:rPr>
                <w:rFonts w:asciiTheme="majorHAnsi" w:hAnsiTheme="majorHAnsi" w:cstheme="majorHAnsi"/>
                <w:sz w:val="20"/>
                <w:szCs w:val="20"/>
                <w:lang w:val="fr-CA"/>
              </w:rPr>
            </w:pPr>
          </w:p>
        </w:tc>
        <w:tc>
          <w:tcPr>
            <w:tcW w:w="4027" w:type="dxa"/>
            <w:tcBorders>
              <w:top w:val="single" w:sz="4" w:space="0" w:color="auto"/>
              <w:bottom w:val="single" w:sz="4" w:space="0" w:color="auto"/>
            </w:tcBorders>
          </w:tcPr>
          <w:p w14:paraId="4587FFE1" w14:textId="77777777" w:rsidR="00BF392E" w:rsidRPr="00AE7F3F" w:rsidRDefault="00BF392E" w:rsidP="00BF392E">
            <w:pPr>
              <w:rPr>
                <w:rFonts w:asciiTheme="majorHAnsi" w:hAnsiTheme="majorHAnsi" w:cstheme="majorHAnsi"/>
                <w:b/>
                <w:bCs/>
                <w:sz w:val="20"/>
                <w:szCs w:val="20"/>
                <w:lang w:val="fr-CA"/>
              </w:rPr>
            </w:pPr>
            <w:r w:rsidRPr="00AE7F3F">
              <w:rPr>
                <w:rFonts w:asciiTheme="majorHAnsi" w:hAnsiTheme="majorHAnsi" w:cstheme="majorHAnsi"/>
                <w:b/>
                <w:bCs/>
                <w:sz w:val="20"/>
                <w:szCs w:val="20"/>
                <w:lang w:val="fr-CA"/>
              </w:rPr>
              <w:t xml:space="preserve">Nom du </w:t>
            </w:r>
            <w:r>
              <w:rPr>
                <w:rFonts w:asciiTheme="majorHAnsi" w:hAnsiTheme="majorHAnsi" w:cstheme="majorHAnsi"/>
                <w:b/>
                <w:bCs/>
                <w:sz w:val="20"/>
                <w:szCs w:val="20"/>
                <w:lang w:val="fr-CA"/>
              </w:rPr>
              <w:t>référent</w:t>
            </w:r>
          </w:p>
          <w:p w14:paraId="3DD2E58D" w14:textId="77777777" w:rsidR="00470558" w:rsidRDefault="00470558" w:rsidP="00C63329">
            <w:pPr>
              <w:spacing w:line="276" w:lineRule="auto"/>
              <w:rPr>
                <w:rFonts w:asciiTheme="majorHAnsi" w:hAnsiTheme="majorHAnsi" w:cstheme="majorHAnsi"/>
                <w:sz w:val="20"/>
                <w:szCs w:val="20"/>
                <w:lang w:val="fr-CA"/>
              </w:rPr>
            </w:pPr>
          </w:p>
          <w:p w14:paraId="76F5143A" w14:textId="7A58DAE8" w:rsidR="00330279" w:rsidRPr="00330279" w:rsidRDefault="00D11383" w:rsidP="00330279">
            <w:pPr>
              <w:spacing w:before="120" w:line="276" w:lineRule="auto"/>
              <w:rPr>
                <w:rFonts w:asciiTheme="majorHAnsi" w:hAnsiTheme="majorHAnsi" w:cstheme="majorHAnsi"/>
                <w:sz w:val="20"/>
                <w:szCs w:val="20"/>
                <w:lang w:val="fr-CA"/>
              </w:rPr>
            </w:pPr>
            <w:r>
              <w:rPr>
                <w:rFonts w:asciiTheme="majorHAnsi" w:hAnsiTheme="majorHAnsi" w:cstheme="majorHAnsi"/>
                <w:sz w:val="20"/>
                <w:szCs w:val="20"/>
                <w:lang w:val="fr-CA"/>
              </w:rPr>
              <w:t>Anouchka Rivard Giard</w:t>
            </w:r>
          </w:p>
        </w:tc>
        <w:tc>
          <w:tcPr>
            <w:tcW w:w="236" w:type="dxa"/>
          </w:tcPr>
          <w:p w14:paraId="3315FD11" w14:textId="77777777" w:rsidR="00DB5753" w:rsidRPr="00330279" w:rsidRDefault="00DB5753" w:rsidP="003F088A">
            <w:pPr>
              <w:spacing w:line="276" w:lineRule="auto"/>
              <w:rPr>
                <w:rFonts w:asciiTheme="majorHAnsi" w:hAnsiTheme="majorHAnsi" w:cstheme="majorHAnsi"/>
                <w:sz w:val="20"/>
                <w:szCs w:val="20"/>
                <w:lang w:val="fr-CA"/>
              </w:rPr>
            </w:pPr>
          </w:p>
        </w:tc>
        <w:tc>
          <w:tcPr>
            <w:tcW w:w="2667" w:type="dxa"/>
            <w:tcBorders>
              <w:top w:val="single" w:sz="4" w:space="0" w:color="auto"/>
              <w:bottom w:val="single" w:sz="4" w:space="0" w:color="auto"/>
            </w:tcBorders>
          </w:tcPr>
          <w:p w14:paraId="4F5E6657" w14:textId="77777777" w:rsidR="00DB5753" w:rsidRPr="00D11383" w:rsidRDefault="00DB5753" w:rsidP="0026570F">
            <w:pPr>
              <w:spacing w:after="360" w:line="276" w:lineRule="auto"/>
              <w:rPr>
                <w:rFonts w:asciiTheme="majorHAnsi" w:hAnsiTheme="majorHAnsi" w:cstheme="majorHAnsi"/>
                <w:b/>
                <w:bCs/>
                <w:sz w:val="20"/>
                <w:szCs w:val="20"/>
              </w:rPr>
            </w:pPr>
            <w:r w:rsidRPr="00D11383">
              <w:rPr>
                <w:rFonts w:asciiTheme="majorHAnsi" w:hAnsiTheme="majorHAnsi" w:cstheme="majorHAnsi"/>
                <w:b/>
                <w:bCs/>
                <w:sz w:val="20"/>
                <w:szCs w:val="20"/>
              </w:rPr>
              <w:t>Date</w:t>
            </w:r>
          </w:p>
          <w:sdt>
            <w:sdtPr>
              <w:rPr>
                <w:rFonts w:asciiTheme="majorHAnsi" w:hAnsiTheme="majorHAnsi" w:cstheme="majorHAnsi"/>
                <w:sz w:val="20"/>
                <w:szCs w:val="20"/>
              </w:rPr>
              <w:id w:val="1859470289"/>
              <w:placeholder>
                <w:docPart w:val="80BCB3CF9291417595F5EE8F1492497F"/>
              </w:placeholder>
              <w:showingPlcHdr/>
              <w:date>
                <w:dateFormat w:val="yyyy-MM-dd"/>
                <w:lid w:val="fr-CA"/>
                <w:storeMappedDataAs w:val="dateTime"/>
                <w:calendar w:val="gregorian"/>
              </w:date>
            </w:sdtPr>
            <w:sdtContent>
              <w:permStart w:id="2120483929" w:edGrp="everyone" w:displacedByCustomXml="prev"/>
              <w:p w14:paraId="6D9A42B9" w14:textId="3D01FEFD" w:rsidR="00C96251" w:rsidRPr="00330279" w:rsidRDefault="009179B1" w:rsidP="009179B1">
                <w:pPr>
                  <w:spacing w:before="120"/>
                  <w:rPr>
                    <w:rFonts w:asciiTheme="majorHAnsi" w:hAnsiTheme="majorHAnsi" w:cstheme="majorHAnsi"/>
                    <w:sz w:val="20"/>
                    <w:szCs w:val="20"/>
                  </w:rPr>
                </w:pPr>
                <w:r>
                  <w:rPr>
                    <w:rStyle w:val="Textedelespacerserv"/>
                    <w:rFonts w:asciiTheme="majorHAnsi" w:hAnsiTheme="majorHAnsi" w:cstheme="majorHAnsi"/>
                    <w:sz w:val="20"/>
                    <w:szCs w:val="20"/>
                  </w:rPr>
                  <w:t xml:space="preserve">                            </w:t>
                </w:r>
              </w:p>
              <w:permEnd w:id="2120483929" w:displacedByCustomXml="next"/>
            </w:sdtContent>
          </w:sdt>
        </w:tc>
      </w:tr>
      <w:tr w:rsidR="00DB5753" w:rsidRPr="00330279" w14:paraId="16BCA329" w14:textId="77777777" w:rsidTr="00A56E33">
        <w:trPr>
          <w:trHeight w:val="319"/>
        </w:trPr>
        <w:tc>
          <w:tcPr>
            <w:tcW w:w="3713" w:type="dxa"/>
            <w:tcBorders>
              <w:top w:val="single" w:sz="4" w:space="0" w:color="auto"/>
            </w:tcBorders>
          </w:tcPr>
          <w:p w14:paraId="3332B519" w14:textId="0105E355" w:rsidR="00DB5753" w:rsidRPr="00D11383" w:rsidRDefault="00DB5753" w:rsidP="003F088A">
            <w:pPr>
              <w:spacing w:line="276" w:lineRule="auto"/>
              <w:rPr>
                <w:rFonts w:asciiTheme="majorHAnsi" w:hAnsiTheme="majorHAnsi" w:cstheme="majorHAnsi"/>
                <w:b/>
                <w:bCs/>
                <w:sz w:val="20"/>
                <w:szCs w:val="20"/>
                <w:lang w:val="fr-CA"/>
              </w:rPr>
            </w:pPr>
            <w:r w:rsidRPr="00D11383">
              <w:rPr>
                <w:rFonts w:asciiTheme="majorHAnsi" w:hAnsiTheme="majorHAnsi" w:cstheme="majorHAnsi"/>
                <w:b/>
                <w:bCs/>
                <w:sz w:val="20"/>
                <w:szCs w:val="20"/>
                <w:lang w:val="fr-CA"/>
              </w:rPr>
              <w:t xml:space="preserve">Signature de </w:t>
            </w:r>
            <w:r w:rsidR="00D11383" w:rsidRPr="00D11383">
              <w:rPr>
                <w:rFonts w:asciiTheme="majorHAnsi" w:hAnsiTheme="majorHAnsi" w:cstheme="majorHAnsi"/>
                <w:b/>
                <w:bCs/>
                <w:sz w:val="20"/>
                <w:szCs w:val="20"/>
                <w:lang w:val="fr-CA"/>
              </w:rPr>
              <w:t>la coordinatrice clinique du programme Agir ensemble</w:t>
            </w:r>
          </w:p>
        </w:tc>
        <w:tc>
          <w:tcPr>
            <w:tcW w:w="270" w:type="dxa"/>
          </w:tcPr>
          <w:p w14:paraId="3B5A452B" w14:textId="77777777" w:rsidR="00DB5753" w:rsidRPr="00330279" w:rsidRDefault="00DB5753" w:rsidP="003F088A">
            <w:pPr>
              <w:spacing w:line="276" w:lineRule="auto"/>
              <w:rPr>
                <w:rFonts w:asciiTheme="majorHAnsi" w:hAnsiTheme="majorHAnsi" w:cstheme="majorHAnsi"/>
                <w:sz w:val="20"/>
                <w:szCs w:val="20"/>
                <w:lang w:val="fr-CA"/>
              </w:rPr>
            </w:pPr>
          </w:p>
        </w:tc>
        <w:tc>
          <w:tcPr>
            <w:tcW w:w="4027" w:type="dxa"/>
            <w:tcBorders>
              <w:top w:val="single" w:sz="4" w:space="0" w:color="auto"/>
            </w:tcBorders>
          </w:tcPr>
          <w:p w14:paraId="111C483C" w14:textId="030619A5" w:rsidR="00DB5753" w:rsidRPr="00D11383" w:rsidRDefault="00DB5753" w:rsidP="003F088A">
            <w:pPr>
              <w:spacing w:line="276" w:lineRule="auto"/>
              <w:rPr>
                <w:rFonts w:asciiTheme="majorHAnsi" w:hAnsiTheme="majorHAnsi" w:cstheme="majorHAnsi"/>
                <w:b/>
                <w:bCs/>
                <w:sz w:val="20"/>
                <w:szCs w:val="20"/>
                <w:lang w:val="fr-CA"/>
              </w:rPr>
            </w:pPr>
            <w:r w:rsidRPr="00D11383">
              <w:rPr>
                <w:rFonts w:asciiTheme="majorHAnsi" w:hAnsiTheme="majorHAnsi" w:cstheme="majorHAnsi"/>
                <w:b/>
                <w:bCs/>
                <w:sz w:val="20"/>
                <w:szCs w:val="20"/>
                <w:lang w:val="fr-CA"/>
              </w:rPr>
              <w:t>Nom d</w:t>
            </w:r>
            <w:r w:rsidR="00D11383" w:rsidRPr="00D11383">
              <w:rPr>
                <w:rFonts w:asciiTheme="majorHAnsi" w:hAnsiTheme="majorHAnsi" w:cstheme="majorHAnsi"/>
                <w:b/>
                <w:bCs/>
                <w:sz w:val="20"/>
                <w:szCs w:val="20"/>
                <w:lang w:val="fr-CA"/>
              </w:rPr>
              <w:t>e la coordinatrice clinique du programme Agir ensemble</w:t>
            </w:r>
          </w:p>
        </w:tc>
        <w:tc>
          <w:tcPr>
            <w:tcW w:w="236" w:type="dxa"/>
          </w:tcPr>
          <w:p w14:paraId="050BCF76" w14:textId="77777777" w:rsidR="00DB5753" w:rsidRPr="00330279" w:rsidRDefault="00DB5753" w:rsidP="003F088A">
            <w:pPr>
              <w:spacing w:line="276" w:lineRule="auto"/>
              <w:rPr>
                <w:rFonts w:asciiTheme="majorHAnsi" w:hAnsiTheme="majorHAnsi" w:cstheme="majorHAnsi"/>
                <w:sz w:val="20"/>
                <w:szCs w:val="20"/>
                <w:lang w:val="fr-CA"/>
              </w:rPr>
            </w:pPr>
          </w:p>
        </w:tc>
        <w:tc>
          <w:tcPr>
            <w:tcW w:w="2667" w:type="dxa"/>
            <w:tcBorders>
              <w:top w:val="single" w:sz="4" w:space="0" w:color="auto"/>
            </w:tcBorders>
          </w:tcPr>
          <w:p w14:paraId="3122950B" w14:textId="77777777" w:rsidR="00DB5753" w:rsidRPr="00D11383" w:rsidRDefault="00DB5753" w:rsidP="003F088A">
            <w:pPr>
              <w:spacing w:line="276" w:lineRule="auto"/>
              <w:rPr>
                <w:rFonts w:asciiTheme="majorHAnsi" w:hAnsiTheme="majorHAnsi" w:cstheme="majorHAnsi"/>
                <w:b/>
                <w:bCs/>
                <w:sz w:val="20"/>
                <w:szCs w:val="20"/>
              </w:rPr>
            </w:pPr>
            <w:r w:rsidRPr="00D11383">
              <w:rPr>
                <w:rFonts w:asciiTheme="majorHAnsi" w:hAnsiTheme="majorHAnsi" w:cstheme="majorHAnsi"/>
                <w:b/>
                <w:bCs/>
                <w:sz w:val="20"/>
                <w:szCs w:val="20"/>
              </w:rPr>
              <w:t>Date</w:t>
            </w:r>
          </w:p>
        </w:tc>
      </w:tr>
    </w:tbl>
    <w:p w14:paraId="5DCC1F67" w14:textId="77777777" w:rsidR="00DB5753" w:rsidRPr="00330279" w:rsidRDefault="00DB5753" w:rsidP="00DB5753">
      <w:pPr>
        <w:spacing w:after="0"/>
        <w:rPr>
          <w:rFonts w:asciiTheme="majorHAnsi" w:hAnsiTheme="majorHAnsi" w:cstheme="majorHAnsi"/>
          <w:sz w:val="20"/>
          <w:szCs w:val="20"/>
        </w:rPr>
      </w:pPr>
    </w:p>
    <w:p w14:paraId="3BFD22DB" w14:textId="24AB02B0" w:rsidR="00DB578D" w:rsidRPr="00330279" w:rsidRDefault="00DB578D">
      <w:pPr>
        <w:rPr>
          <w:rFonts w:asciiTheme="majorHAnsi" w:hAnsiTheme="majorHAnsi" w:cstheme="majorHAnsi"/>
          <w:b/>
          <w:bCs/>
          <w:sz w:val="20"/>
          <w:szCs w:val="20"/>
          <w:lang w:val="fr-CA"/>
        </w:rPr>
      </w:pPr>
    </w:p>
    <w:sectPr w:rsidR="00DB578D" w:rsidRPr="00330279" w:rsidSect="00B57252">
      <w:pgSz w:w="12240" w:h="15840" w:code="1"/>
      <w:pgMar w:top="720" w:right="634"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69438" w14:textId="77777777" w:rsidR="00882B5B" w:rsidRDefault="00882B5B" w:rsidP="00FD45BC">
      <w:pPr>
        <w:spacing w:after="0" w:line="240" w:lineRule="auto"/>
      </w:pPr>
      <w:r>
        <w:separator/>
      </w:r>
    </w:p>
  </w:endnote>
  <w:endnote w:type="continuationSeparator" w:id="0">
    <w:p w14:paraId="26B66C46" w14:textId="77777777" w:rsidR="00882B5B" w:rsidRDefault="00882B5B" w:rsidP="00FD4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A2BB3" w14:textId="77777777" w:rsidR="00882B5B" w:rsidRDefault="00882B5B" w:rsidP="00FD45BC">
      <w:pPr>
        <w:spacing w:after="0" w:line="240" w:lineRule="auto"/>
      </w:pPr>
      <w:r>
        <w:separator/>
      </w:r>
    </w:p>
  </w:footnote>
  <w:footnote w:type="continuationSeparator" w:id="0">
    <w:p w14:paraId="65810197" w14:textId="77777777" w:rsidR="00882B5B" w:rsidRDefault="00882B5B" w:rsidP="00FD45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F34CB" w14:textId="67CE82F4" w:rsidR="00E73357" w:rsidRDefault="00B57252" w:rsidP="0019395C">
    <w:pPr>
      <w:spacing w:after="0"/>
      <w:ind w:left="2160"/>
      <w:rPr>
        <w:i/>
        <w:iCs/>
        <w:u w:val="single"/>
        <w:lang w:val="fr-CA"/>
      </w:rPr>
    </w:pPr>
    <w:r>
      <w:rPr>
        <w:noProof/>
      </w:rPr>
      <w:drawing>
        <wp:anchor distT="0" distB="0" distL="114300" distR="114300" simplePos="0" relativeHeight="251656192" behindDoc="1" locked="0" layoutInCell="1" allowOverlap="1" wp14:anchorId="1FD27B9E" wp14:editId="2A8AD254">
          <wp:simplePos x="0" y="0"/>
          <wp:positionH relativeFrom="column">
            <wp:posOffset>76200</wp:posOffset>
          </wp:positionH>
          <wp:positionV relativeFrom="paragraph">
            <wp:posOffset>-56101</wp:posOffset>
          </wp:positionV>
          <wp:extent cx="829945" cy="920750"/>
          <wp:effectExtent l="0" t="0" r="8255" b="0"/>
          <wp:wrapNone/>
          <wp:docPr id="2107607987" name="Image 1" descr="Une image contenant texte, dessin, dessin humoristique, Dessin d’enfa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95198" name="Image 1" descr="Une image contenant texte, dessin, dessin humoristique, Dessin d’enfant&#10;&#10;Le contenu généré par l’IA peut êtr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9945" cy="9207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4E786999" wp14:editId="7882B70F">
          <wp:simplePos x="0" y="0"/>
          <wp:positionH relativeFrom="column">
            <wp:posOffset>4195445</wp:posOffset>
          </wp:positionH>
          <wp:positionV relativeFrom="paragraph">
            <wp:posOffset>-31971</wp:posOffset>
          </wp:positionV>
          <wp:extent cx="2600374" cy="753745"/>
          <wp:effectExtent l="0" t="0" r="9525" b="8255"/>
          <wp:wrapNone/>
          <wp:docPr id="1093690765" name="Image 1093690765" descr="Une image contenant texte, outil d’écriture, Caractère coloré, cray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187242" name="Image 1736187242" descr="Une image contenant texte, outil d’écriture, Caractère coloré, crayon&#10;&#10;Le contenu généré par l’IA peut êtr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600374" cy="753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C98CDB" w14:textId="1B7581F8" w:rsidR="0019395C" w:rsidRDefault="004F47AD" w:rsidP="0019395C">
    <w:pPr>
      <w:spacing w:after="0"/>
      <w:ind w:left="2160"/>
      <w:rPr>
        <w:i/>
        <w:iCs/>
        <w:u w:val="single"/>
        <w:lang w:val="fr-CA"/>
      </w:rPr>
    </w:pPr>
    <w:r w:rsidRPr="0019395C">
      <w:rPr>
        <w:i/>
        <w:iCs/>
        <w:u w:val="single"/>
        <w:lang w:val="fr-CA"/>
      </w:rPr>
      <w:t>Une</w:t>
    </w:r>
    <w:r w:rsidR="0019395C" w:rsidRPr="0019395C">
      <w:rPr>
        <w:i/>
        <w:iCs/>
        <w:u w:val="single"/>
        <w:lang w:val="fr-CA"/>
      </w:rPr>
      <w:t xml:space="preserve"> communauté engagée collectivement</w:t>
    </w:r>
  </w:p>
  <w:p w14:paraId="69FA6EA7" w14:textId="72CF3639" w:rsidR="00B83BB4" w:rsidRDefault="0019395C" w:rsidP="0019395C">
    <w:pPr>
      <w:spacing w:after="0"/>
      <w:ind w:left="2160"/>
      <w:rPr>
        <w:i/>
        <w:iCs/>
        <w:u w:val="single"/>
        <w:lang w:val="fr-CA"/>
      </w:rPr>
    </w:pPr>
    <w:r w:rsidRPr="004F47AD">
      <w:rPr>
        <w:i/>
        <w:iCs/>
        <w:lang w:val="fr-CA"/>
      </w:rPr>
      <w:t xml:space="preserve"> </w:t>
    </w:r>
    <w:r w:rsidR="004F47AD" w:rsidRPr="004F47AD">
      <w:rPr>
        <w:i/>
        <w:iCs/>
        <w:lang w:val="fr-CA"/>
      </w:rPr>
      <w:t xml:space="preserve">  </w:t>
    </w:r>
    <w:r w:rsidRPr="0019395C">
      <w:rPr>
        <w:i/>
        <w:iCs/>
        <w:u w:val="single"/>
        <w:lang w:val="fr-CA"/>
      </w:rPr>
      <w:t>pour répondre aux besoins des familles</w:t>
    </w:r>
  </w:p>
  <w:p w14:paraId="39A59EE7" w14:textId="77777777" w:rsidR="009F14D0" w:rsidRDefault="009F14D0" w:rsidP="0019395C">
    <w:pPr>
      <w:spacing w:after="0"/>
      <w:ind w:left="2160"/>
      <w:rPr>
        <w:lang w:val="fr-CA"/>
      </w:rPr>
    </w:pPr>
  </w:p>
  <w:p w14:paraId="70347EFE" w14:textId="77777777" w:rsidR="009F14D0" w:rsidRDefault="009F14D0" w:rsidP="009F14D0">
    <w:pPr>
      <w:spacing w:after="0"/>
      <w:rPr>
        <w:sz w:val="8"/>
        <w:szCs w:val="8"/>
        <w:lang w:val="fr-CA"/>
      </w:rPr>
    </w:pPr>
  </w:p>
  <w:p w14:paraId="6C34E47B" w14:textId="77777777" w:rsidR="009F14D0" w:rsidRDefault="009F14D0" w:rsidP="009F14D0">
    <w:pPr>
      <w:spacing w:after="0"/>
      <w:rPr>
        <w:sz w:val="8"/>
        <w:szCs w:val="8"/>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F097174"/>
    <w:multiLevelType w:val="hybridMultilevel"/>
    <w:tmpl w:val="7D9A0AA0"/>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0" w15:restartNumberingAfterBreak="0">
    <w:nsid w:val="1FED7861"/>
    <w:multiLevelType w:val="hybridMultilevel"/>
    <w:tmpl w:val="FB9A0A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7370412">
    <w:abstractNumId w:val="8"/>
  </w:num>
  <w:num w:numId="2" w16cid:durableId="349644909">
    <w:abstractNumId w:val="6"/>
  </w:num>
  <w:num w:numId="3" w16cid:durableId="1136333878">
    <w:abstractNumId w:val="5"/>
  </w:num>
  <w:num w:numId="4" w16cid:durableId="310789966">
    <w:abstractNumId w:val="4"/>
  </w:num>
  <w:num w:numId="5" w16cid:durableId="352803400">
    <w:abstractNumId w:val="7"/>
  </w:num>
  <w:num w:numId="6" w16cid:durableId="1500198577">
    <w:abstractNumId w:val="3"/>
  </w:num>
  <w:num w:numId="7" w16cid:durableId="1577977359">
    <w:abstractNumId w:val="2"/>
  </w:num>
  <w:num w:numId="8" w16cid:durableId="2005814274">
    <w:abstractNumId w:val="1"/>
  </w:num>
  <w:num w:numId="9" w16cid:durableId="955523592">
    <w:abstractNumId w:val="0"/>
  </w:num>
  <w:num w:numId="10" w16cid:durableId="550725642">
    <w:abstractNumId w:val="10"/>
  </w:num>
  <w:num w:numId="11" w16cid:durableId="20185308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documentProtection w:edit="readOnly" w:enforcement="1" w:cryptProviderType="rsaAES" w:cryptAlgorithmClass="hash" w:cryptAlgorithmType="typeAny" w:cryptAlgorithmSid="14" w:cryptSpinCount="100000" w:hash="Xis8/k84/9Z/Vy0fQxXpDbbcXq9gn826TbvRSqWl9ozb49Uzxw1zPi0Q+35Cn5Vh/2TtJ2cDRELS+u5UkW9Cww==" w:salt="5frdyRXtHHchLjfyqHcooQ=="/>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294"/>
    <w:rsid w:val="00032C85"/>
    <w:rsid w:val="00034616"/>
    <w:rsid w:val="00053601"/>
    <w:rsid w:val="0006063C"/>
    <w:rsid w:val="0006224E"/>
    <w:rsid w:val="000738D1"/>
    <w:rsid w:val="00073920"/>
    <w:rsid w:val="00081331"/>
    <w:rsid w:val="000A3CCF"/>
    <w:rsid w:val="000B6C53"/>
    <w:rsid w:val="000D059D"/>
    <w:rsid w:val="000D1E7A"/>
    <w:rsid w:val="000D48C7"/>
    <w:rsid w:val="00104F1A"/>
    <w:rsid w:val="00106609"/>
    <w:rsid w:val="00114A72"/>
    <w:rsid w:val="001175BA"/>
    <w:rsid w:val="0015074B"/>
    <w:rsid w:val="001634BF"/>
    <w:rsid w:val="00166F3C"/>
    <w:rsid w:val="001774CA"/>
    <w:rsid w:val="0019395C"/>
    <w:rsid w:val="001B01EF"/>
    <w:rsid w:val="00210AC6"/>
    <w:rsid w:val="002152E5"/>
    <w:rsid w:val="0021585A"/>
    <w:rsid w:val="002429B0"/>
    <w:rsid w:val="0026570F"/>
    <w:rsid w:val="0027618A"/>
    <w:rsid w:val="00283204"/>
    <w:rsid w:val="0029639D"/>
    <w:rsid w:val="002A2488"/>
    <w:rsid w:val="002C5B09"/>
    <w:rsid w:val="002C6112"/>
    <w:rsid w:val="002D09AD"/>
    <w:rsid w:val="002D5343"/>
    <w:rsid w:val="002D7DEA"/>
    <w:rsid w:val="002F0C6A"/>
    <w:rsid w:val="002F3B72"/>
    <w:rsid w:val="00306BB8"/>
    <w:rsid w:val="00310819"/>
    <w:rsid w:val="00326F90"/>
    <w:rsid w:val="00330279"/>
    <w:rsid w:val="00382E22"/>
    <w:rsid w:val="003B0C3C"/>
    <w:rsid w:val="003F1CFD"/>
    <w:rsid w:val="003F66ED"/>
    <w:rsid w:val="00424F5C"/>
    <w:rsid w:val="0043320F"/>
    <w:rsid w:val="00446A98"/>
    <w:rsid w:val="004521C0"/>
    <w:rsid w:val="00453617"/>
    <w:rsid w:val="004615C2"/>
    <w:rsid w:val="00470558"/>
    <w:rsid w:val="00476372"/>
    <w:rsid w:val="004A1A48"/>
    <w:rsid w:val="004C74D4"/>
    <w:rsid w:val="004F47AD"/>
    <w:rsid w:val="004F5853"/>
    <w:rsid w:val="00504A20"/>
    <w:rsid w:val="005167BA"/>
    <w:rsid w:val="00520DD6"/>
    <w:rsid w:val="00556C75"/>
    <w:rsid w:val="0056012E"/>
    <w:rsid w:val="00567134"/>
    <w:rsid w:val="00575182"/>
    <w:rsid w:val="00597406"/>
    <w:rsid w:val="005A10E8"/>
    <w:rsid w:val="005A1603"/>
    <w:rsid w:val="005D0456"/>
    <w:rsid w:val="005D07D9"/>
    <w:rsid w:val="005F6E67"/>
    <w:rsid w:val="00606AD1"/>
    <w:rsid w:val="00615696"/>
    <w:rsid w:val="00626C84"/>
    <w:rsid w:val="00632E49"/>
    <w:rsid w:val="00642664"/>
    <w:rsid w:val="00645061"/>
    <w:rsid w:val="00657A04"/>
    <w:rsid w:val="006D38DD"/>
    <w:rsid w:val="00711A58"/>
    <w:rsid w:val="00741C0E"/>
    <w:rsid w:val="00742E78"/>
    <w:rsid w:val="007561D3"/>
    <w:rsid w:val="00762ABA"/>
    <w:rsid w:val="00797240"/>
    <w:rsid w:val="007C318E"/>
    <w:rsid w:val="007F1DEC"/>
    <w:rsid w:val="007F6BA6"/>
    <w:rsid w:val="008136D9"/>
    <w:rsid w:val="00842A6D"/>
    <w:rsid w:val="00882B5B"/>
    <w:rsid w:val="008C7F6C"/>
    <w:rsid w:val="00916499"/>
    <w:rsid w:val="009179B1"/>
    <w:rsid w:val="0096045E"/>
    <w:rsid w:val="009645BA"/>
    <w:rsid w:val="009A2445"/>
    <w:rsid w:val="009A2D68"/>
    <w:rsid w:val="009A3BCA"/>
    <w:rsid w:val="009B6497"/>
    <w:rsid w:val="009E3CF6"/>
    <w:rsid w:val="009F14D0"/>
    <w:rsid w:val="009F3358"/>
    <w:rsid w:val="009F4035"/>
    <w:rsid w:val="009F7F46"/>
    <w:rsid w:val="00A121CB"/>
    <w:rsid w:val="00A35F3E"/>
    <w:rsid w:val="00A428DE"/>
    <w:rsid w:val="00A43DC2"/>
    <w:rsid w:val="00A55218"/>
    <w:rsid w:val="00A56E33"/>
    <w:rsid w:val="00A6208E"/>
    <w:rsid w:val="00A823BD"/>
    <w:rsid w:val="00A835E5"/>
    <w:rsid w:val="00A86FA6"/>
    <w:rsid w:val="00A96640"/>
    <w:rsid w:val="00AA1D8D"/>
    <w:rsid w:val="00AC14EA"/>
    <w:rsid w:val="00AE15F6"/>
    <w:rsid w:val="00AE47F8"/>
    <w:rsid w:val="00B05CCA"/>
    <w:rsid w:val="00B17A55"/>
    <w:rsid w:val="00B45A1B"/>
    <w:rsid w:val="00B47730"/>
    <w:rsid w:val="00B57252"/>
    <w:rsid w:val="00B57517"/>
    <w:rsid w:val="00B83BB4"/>
    <w:rsid w:val="00BF392E"/>
    <w:rsid w:val="00C15BDE"/>
    <w:rsid w:val="00C232B7"/>
    <w:rsid w:val="00C400CD"/>
    <w:rsid w:val="00C63329"/>
    <w:rsid w:val="00C80904"/>
    <w:rsid w:val="00C9272A"/>
    <w:rsid w:val="00C94893"/>
    <w:rsid w:val="00C96251"/>
    <w:rsid w:val="00C97A18"/>
    <w:rsid w:val="00CB0664"/>
    <w:rsid w:val="00CC0206"/>
    <w:rsid w:val="00CC304B"/>
    <w:rsid w:val="00CC7E52"/>
    <w:rsid w:val="00CD3874"/>
    <w:rsid w:val="00D00B8D"/>
    <w:rsid w:val="00D023F7"/>
    <w:rsid w:val="00D06AFB"/>
    <w:rsid w:val="00D11383"/>
    <w:rsid w:val="00D252BE"/>
    <w:rsid w:val="00D33DCF"/>
    <w:rsid w:val="00D5064E"/>
    <w:rsid w:val="00D626BE"/>
    <w:rsid w:val="00D8324C"/>
    <w:rsid w:val="00DA2DDB"/>
    <w:rsid w:val="00DA4F58"/>
    <w:rsid w:val="00DA57DE"/>
    <w:rsid w:val="00DB5753"/>
    <w:rsid w:val="00DB578D"/>
    <w:rsid w:val="00DB6F4C"/>
    <w:rsid w:val="00DE233B"/>
    <w:rsid w:val="00DF1213"/>
    <w:rsid w:val="00E02236"/>
    <w:rsid w:val="00E26D88"/>
    <w:rsid w:val="00E434D3"/>
    <w:rsid w:val="00E45660"/>
    <w:rsid w:val="00E4599A"/>
    <w:rsid w:val="00E677E0"/>
    <w:rsid w:val="00E73357"/>
    <w:rsid w:val="00EA4462"/>
    <w:rsid w:val="00EB20CA"/>
    <w:rsid w:val="00EE0C6C"/>
    <w:rsid w:val="00EF50DD"/>
    <w:rsid w:val="00EF57DD"/>
    <w:rsid w:val="00F07CF0"/>
    <w:rsid w:val="00F1002B"/>
    <w:rsid w:val="00F15823"/>
    <w:rsid w:val="00F840E7"/>
    <w:rsid w:val="00F921EA"/>
    <w:rsid w:val="00FC003F"/>
    <w:rsid w:val="00FC1615"/>
    <w:rsid w:val="00FC465E"/>
    <w:rsid w:val="00FC693F"/>
    <w:rsid w:val="00FD45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D3CE17"/>
  <w14:defaultImageDpi w14:val="300"/>
  <w15:docId w15:val="{69B519DB-3750-4771-A7C4-BCA1800AF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9B1"/>
    <w:rPr>
      <w:rFonts w:ascii="Calibri" w:hAnsi="Calibri"/>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Textedelespacerserv">
    <w:name w:val="Placeholder Text"/>
    <w:basedOn w:val="Policepardfaut"/>
    <w:uiPriority w:val="99"/>
    <w:semiHidden/>
    <w:rsid w:val="00306BB8"/>
    <w:rPr>
      <w:color w:val="808080"/>
    </w:rPr>
  </w:style>
  <w:style w:type="character" w:styleId="Lienhypertexte">
    <w:name w:val="Hyperlink"/>
    <w:basedOn w:val="Policepardfaut"/>
    <w:uiPriority w:val="99"/>
    <w:unhideWhenUsed/>
    <w:rsid w:val="002C5B09"/>
    <w:rPr>
      <w:color w:val="0000FF" w:themeColor="hyperlink"/>
      <w:u w:val="single"/>
    </w:rPr>
  </w:style>
  <w:style w:type="paragraph" w:styleId="NormalWeb">
    <w:name w:val="Normal (Web)"/>
    <w:basedOn w:val="Normal"/>
    <w:uiPriority w:val="99"/>
    <w:semiHidden/>
    <w:unhideWhenUsed/>
    <w:rsid w:val="00B83BB4"/>
    <w:pPr>
      <w:spacing w:before="100" w:beforeAutospacing="1" w:after="100" w:afterAutospacing="1" w:line="240" w:lineRule="auto"/>
    </w:pPr>
    <w:rPr>
      <w:rFonts w:ascii="Times New Roman" w:eastAsia="Times New Roman" w:hAnsi="Times New Roman" w:cs="Times New Roman"/>
      <w:sz w:val="24"/>
      <w:szCs w:val="24"/>
      <w:lang w:val="fr-CA"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girensemble@maisonfamilledrummond.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B94334F61B14940BF1034B2D2C8C644"/>
        <w:category>
          <w:name w:val="Général"/>
          <w:gallery w:val="placeholder"/>
        </w:category>
        <w:types>
          <w:type w:val="bbPlcHdr"/>
        </w:types>
        <w:behaviors>
          <w:behavior w:val="content"/>
        </w:behaviors>
        <w:guid w:val="{D7A03BAA-9403-405F-B6E9-BE9DF4E4FCB0}"/>
      </w:docPartPr>
      <w:docPartBody>
        <w:p w:rsidR="005E235E" w:rsidRDefault="00A0571A" w:rsidP="00A0571A">
          <w:pPr>
            <w:pStyle w:val="0B94334F61B14940BF1034B2D2C8C6442"/>
          </w:pPr>
          <w:r w:rsidRPr="00330279">
            <w:rPr>
              <w:rStyle w:val="Textedelespacerserv"/>
              <w:rFonts w:asciiTheme="majorHAnsi" w:hAnsiTheme="majorHAnsi" w:cstheme="majorHAnsi"/>
              <w:sz w:val="20"/>
              <w:szCs w:val="20"/>
              <w:lang w:val="fr-CA"/>
            </w:rPr>
            <w:t>Entrer du texte.</w:t>
          </w:r>
        </w:p>
      </w:docPartBody>
    </w:docPart>
    <w:docPart>
      <w:docPartPr>
        <w:name w:val="9E8E4E844772400AAD3A25417DC9F406"/>
        <w:category>
          <w:name w:val="Général"/>
          <w:gallery w:val="placeholder"/>
        </w:category>
        <w:types>
          <w:type w:val="bbPlcHdr"/>
        </w:types>
        <w:behaviors>
          <w:behavior w:val="content"/>
        </w:behaviors>
        <w:guid w:val="{EDCD3D4B-0B85-4D17-87EE-F91877486C16}"/>
      </w:docPartPr>
      <w:docPartBody>
        <w:p w:rsidR="005E235E" w:rsidRDefault="00D81572" w:rsidP="00D81572">
          <w:pPr>
            <w:pStyle w:val="9E8E4E844772400AAD3A25417DC9F406"/>
          </w:pPr>
          <w:r>
            <w:rPr>
              <w:rStyle w:val="Textedelespacerserv"/>
              <w:rFonts w:asciiTheme="majorHAnsi" w:hAnsiTheme="majorHAnsi" w:cstheme="majorHAnsi"/>
              <w:sz w:val="20"/>
              <w:szCs w:val="20"/>
              <w:lang w:val="fr-CA"/>
            </w:rPr>
            <w:t xml:space="preserve">    </w:t>
          </w:r>
        </w:p>
      </w:docPartBody>
    </w:docPart>
    <w:docPart>
      <w:docPartPr>
        <w:name w:val="DEC0BADA4FDA426C87824427DC2314F1"/>
        <w:category>
          <w:name w:val="Général"/>
          <w:gallery w:val="placeholder"/>
        </w:category>
        <w:types>
          <w:type w:val="bbPlcHdr"/>
        </w:types>
        <w:behaviors>
          <w:behavior w:val="content"/>
        </w:behaviors>
        <w:guid w:val="{130A33D3-8AF4-4003-9736-50465B95448C}"/>
      </w:docPartPr>
      <w:docPartBody>
        <w:p w:rsidR="005E235E" w:rsidRDefault="00D81572" w:rsidP="00D81572">
          <w:pPr>
            <w:pStyle w:val="DEC0BADA4FDA426C87824427DC2314F1"/>
          </w:pPr>
          <w:r>
            <w:rPr>
              <w:rStyle w:val="Textedelespacerserv"/>
              <w:rFonts w:asciiTheme="majorHAnsi" w:hAnsiTheme="majorHAnsi" w:cstheme="majorHAnsi"/>
              <w:sz w:val="20"/>
              <w:szCs w:val="20"/>
              <w:lang w:val="fr-CA"/>
            </w:rPr>
            <w:t xml:space="preserve">    </w:t>
          </w:r>
        </w:p>
      </w:docPartBody>
    </w:docPart>
    <w:docPart>
      <w:docPartPr>
        <w:name w:val="1F9C850B29D949BE8474B4D7F9A313E0"/>
        <w:category>
          <w:name w:val="Général"/>
          <w:gallery w:val="placeholder"/>
        </w:category>
        <w:types>
          <w:type w:val="bbPlcHdr"/>
        </w:types>
        <w:behaviors>
          <w:behavior w:val="content"/>
        </w:behaviors>
        <w:guid w:val="{437F33A0-B3DF-4E94-9B89-4927BFFC6E62}"/>
      </w:docPartPr>
      <w:docPartBody>
        <w:p w:rsidR="00B16443" w:rsidRDefault="00D87652" w:rsidP="00D87652">
          <w:pPr>
            <w:pStyle w:val="1F9C850B29D949BE8474B4D7F9A313E0"/>
          </w:pPr>
          <w:r w:rsidRPr="00330279">
            <w:rPr>
              <w:rStyle w:val="Textedelespacerserv"/>
              <w:rFonts w:asciiTheme="majorHAnsi" w:hAnsiTheme="majorHAnsi" w:cstheme="majorHAnsi"/>
              <w:sz w:val="20"/>
              <w:szCs w:val="20"/>
            </w:rPr>
            <w:t>Entrer du texte.</w:t>
          </w:r>
        </w:p>
      </w:docPartBody>
    </w:docPart>
    <w:docPart>
      <w:docPartPr>
        <w:name w:val="43BDC419AC8E4CDE9D1E5C1721E7E40D"/>
        <w:category>
          <w:name w:val="Général"/>
          <w:gallery w:val="placeholder"/>
        </w:category>
        <w:types>
          <w:type w:val="bbPlcHdr"/>
        </w:types>
        <w:behaviors>
          <w:behavior w:val="content"/>
        </w:behaviors>
        <w:guid w:val="{5268A870-70F4-4746-A1AA-36BDDAC1433B}"/>
      </w:docPartPr>
      <w:docPartBody>
        <w:p w:rsidR="00B16443" w:rsidRDefault="00D87652" w:rsidP="00D87652">
          <w:pPr>
            <w:pStyle w:val="43BDC419AC8E4CDE9D1E5C1721E7E40D"/>
          </w:pPr>
          <w:r w:rsidRPr="00330279">
            <w:rPr>
              <w:rStyle w:val="Textedelespacerserv"/>
              <w:rFonts w:asciiTheme="majorHAnsi" w:hAnsiTheme="majorHAnsi" w:cstheme="majorHAnsi"/>
              <w:sz w:val="20"/>
              <w:szCs w:val="20"/>
            </w:rPr>
            <w:t>Entrer du texte.</w:t>
          </w:r>
        </w:p>
      </w:docPartBody>
    </w:docPart>
    <w:docPart>
      <w:docPartPr>
        <w:name w:val="BA6DFB7C62444CDF88EA6039BC928869"/>
        <w:category>
          <w:name w:val="Général"/>
          <w:gallery w:val="placeholder"/>
        </w:category>
        <w:types>
          <w:type w:val="bbPlcHdr"/>
        </w:types>
        <w:behaviors>
          <w:behavior w:val="content"/>
        </w:behaviors>
        <w:guid w:val="{AF6E24F3-2554-4B3B-914D-B1CDEC62EE5B}"/>
      </w:docPartPr>
      <w:docPartBody>
        <w:p w:rsidR="00B7334D" w:rsidRDefault="00D81572" w:rsidP="00D81572">
          <w:pPr>
            <w:pStyle w:val="BA6DFB7C62444CDF88EA6039BC9288691"/>
          </w:pPr>
          <w:r>
            <w:rPr>
              <w:rStyle w:val="Textedelespacerserv"/>
              <w:rFonts w:asciiTheme="majorHAnsi" w:hAnsiTheme="majorHAnsi" w:cstheme="majorHAnsi"/>
              <w:sz w:val="20"/>
              <w:szCs w:val="20"/>
            </w:rPr>
            <w:t xml:space="preserve">                            </w:t>
          </w:r>
        </w:p>
      </w:docPartBody>
    </w:docPart>
    <w:docPart>
      <w:docPartPr>
        <w:name w:val="A111D796D98C4144A3CF069120DF0A19"/>
        <w:category>
          <w:name w:val="Général"/>
          <w:gallery w:val="placeholder"/>
        </w:category>
        <w:types>
          <w:type w:val="bbPlcHdr"/>
        </w:types>
        <w:behaviors>
          <w:behavior w:val="content"/>
        </w:behaviors>
        <w:guid w:val="{D7005974-07C4-48CF-894F-BB1B2276A82D}"/>
      </w:docPartPr>
      <w:docPartBody>
        <w:p w:rsidR="00B7334D" w:rsidRDefault="00D81572" w:rsidP="00D81572">
          <w:pPr>
            <w:pStyle w:val="A111D796D98C4144A3CF069120DF0A191"/>
          </w:pPr>
          <w:r>
            <w:rPr>
              <w:rStyle w:val="Textedelespacerserv"/>
              <w:rFonts w:asciiTheme="majorHAnsi" w:hAnsiTheme="majorHAnsi" w:cstheme="majorHAnsi"/>
              <w:sz w:val="20"/>
              <w:szCs w:val="20"/>
            </w:rPr>
            <w:t xml:space="preserve">                            </w:t>
          </w:r>
        </w:p>
      </w:docPartBody>
    </w:docPart>
    <w:docPart>
      <w:docPartPr>
        <w:name w:val="F690753D6E1C43E6A8C9175A2A263E43"/>
        <w:category>
          <w:name w:val="Général"/>
          <w:gallery w:val="placeholder"/>
        </w:category>
        <w:types>
          <w:type w:val="bbPlcHdr"/>
        </w:types>
        <w:behaviors>
          <w:behavior w:val="content"/>
        </w:behaviors>
        <w:guid w:val="{1EEF394B-AFB7-4ED3-B908-BBE50D68A581}"/>
      </w:docPartPr>
      <w:docPartBody>
        <w:p w:rsidR="00B7334D" w:rsidRDefault="00D81572" w:rsidP="00D81572">
          <w:pPr>
            <w:pStyle w:val="F690753D6E1C43E6A8C9175A2A263E431"/>
          </w:pPr>
          <w:r>
            <w:rPr>
              <w:rStyle w:val="Textedelespacerserv"/>
              <w:rFonts w:asciiTheme="majorHAnsi" w:hAnsiTheme="majorHAnsi" w:cstheme="majorHAnsi"/>
              <w:sz w:val="20"/>
              <w:szCs w:val="20"/>
            </w:rPr>
            <w:t xml:space="preserve">                            </w:t>
          </w:r>
        </w:p>
      </w:docPartBody>
    </w:docPart>
    <w:docPart>
      <w:docPartPr>
        <w:name w:val="C0EA6BEA38FB4E3FB55246F4B4AE95F2"/>
        <w:category>
          <w:name w:val="Général"/>
          <w:gallery w:val="placeholder"/>
        </w:category>
        <w:types>
          <w:type w:val="bbPlcHdr"/>
        </w:types>
        <w:behaviors>
          <w:behavior w:val="content"/>
        </w:behaviors>
        <w:guid w:val="{A8E17E58-58C4-4BBB-B03B-C9AABA7B50DA}"/>
      </w:docPartPr>
      <w:docPartBody>
        <w:p w:rsidR="00B7334D" w:rsidRDefault="00D81572" w:rsidP="00D81572">
          <w:pPr>
            <w:pStyle w:val="C0EA6BEA38FB4E3FB55246F4B4AE95F21"/>
          </w:pPr>
          <w:r>
            <w:rPr>
              <w:rStyle w:val="Textedelespacerserv"/>
              <w:rFonts w:asciiTheme="majorHAnsi" w:hAnsiTheme="majorHAnsi" w:cstheme="majorHAnsi"/>
              <w:sz w:val="20"/>
              <w:szCs w:val="20"/>
            </w:rPr>
            <w:t xml:space="preserve">                            </w:t>
          </w:r>
        </w:p>
      </w:docPartBody>
    </w:docPart>
    <w:docPart>
      <w:docPartPr>
        <w:name w:val="7384D2A6173C469FB383B2E1AD397697"/>
        <w:category>
          <w:name w:val="Général"/>
          <w:gallery w:val="placeholder"/>
        </w:category>
        <w:types>
          <w:type w:val="bbPlcHdr"/>
        </w:types>
        <w:behaviors>
          <w:behavior w:val="content"/>
        </w:behaviors>
        <w:guid w:val="{511E9073-0430-4771-8D1B-9DB65EFF5252}"/>
      </w:docPartPr>
      <w:docPartBody>
        <w:p w:rsidR="00B7334D" w:rsidRDefault="00D81572" w:rsidP="00D81572">
          <w:pPr>
            <w:pStyle w:val="7384D2A6173C469FB383B2E1AD3976971"/>
          </w:pPr>
          <w:r>
            <w:rPr>
              <w:rStyle w:val="Textedelespacerserv"/>
              <w:rFonts w:asciiTheme="majorHAnsi" w:hAnsiTheme="majorHAnsi" w:cstheme="majorHAnsi"/>
              <w:sz w:val="20"/>
              <w:szCs w:val="20"/>
            </w:rPr>
            <w:t xml:space="preserve">                            </w:t>
          </w:r>
        </w:p>
      </w:docPartBody>
    </w:docPart>
    <w:docPart>
      <w:docPartPr>
        <w:name w:val="994E385A62314BD88EFEA5853963C7BB"/>
        <w:category>
          <w:name w:val="Général"/>
          <w:gallery w:val="placeholder"/>
        </w:category>
        <w:types>
          <w:type w:val="bbPlcHdr"/>
        </w:types>
        <w:behaviors>
          <w:behavior w:val="content"/>
        </w:behaviors>
        <w:guid w:val="{869CCBCC-494F-4291-94E4-318CAAFB1D00}"/>
      </w:docPartPr>
      <w:docPartBody>
        <w:p w:rsidR="00B7334D" w:rsidRDefault="00D81572" w:rsidP="00D81572">
          <w:pPr>
            <w:pStyle w:val="994E385A62314BD88EFEA5853963C7BB1"/>
          </w:pPr>
          <w:r>
            <w:rPr>
              <w:rStyle w:val="Textedelespacerserv"/>
              <w:rFonts w:asciiTheme="majorHAnsi" w:hAnsiTheme="majorHAnsi" w:cstheme="majorHAnsi"/>
              <w:sz w:val="20"/>
              <w:szCs w:val="20"/>
            </w:rPr>
            <w:t xml:space="preserve">                            </w:t>
          </w:r>
        </w:p>
      </w:docPartBody>
    </w:docPart>
    <w:docPart>
      <w:docPartPr>
        <w:name w:val="3B33B6B66740487D93B2B066A2DEF007"/>
        <w:category>
          <w:name w:val="Général"/>
          <w:gallery w:val="placeholder"/>
        </w:category>
        <w:types>
          <w:type w:val="bbPlcHdr"/>
        </w:types>
        <w:behaviors>
          <w:behavior w:val="content"/>
        </w:behaviors>
        <w:guid w:val="{B927245E-82BD-4B11-92E4-A1CA354A1FBC}"/>
      </w:docPartPr>
      <w:docPartBody>
        <w:p w:rsidR="00B7334D" w:rsidRDefault="00D81572" w:rsidP="00D81572">
          <w:pPr>
            <w:pStyle w:val="3B33B6B66740487D93B2B066A2DEF0071"/>
          </w:pPr>
          <w:r>
            <w:rPr>
              <w:rStyle w:val="Textedelespacerserv"/>
              <w:rFonts w:asciiTheme="majorHAnsi" w:hAnsiTheme="majorHAnsi" w:cstheme="majorHAnsi"/>
              <w:sz w:val="20"/>
              <w:szCs w:val="20"/>
            </w:rPr>
            <w:t xml:space="preserve">                            </w:t>
          </w:r>
        </w:p>
      </w:docPartBody>
    </w:docPart>
    <w:docPart>
      <w:docPartPr>
        <w:name w:val="00CD93288B044A60A3896A636A4E5C3B"/>
        <w:category>
          <w:name w:val="Général"/>
          <w:gallery w:val="placeholder"/>
        </w:category>
        <w:types>
          <w:type w:val="bbPlcHdr"/>
        </w:types>
        <w:behaviors>
          <w:behavior w:val="content"/>
        </w:behaviors>
        <w:guid w:val="{E902252E-C509-4E2F-AFB1-57D25BD9BAB9}"/>
      </w:docPartPr>
      <w:docPartBody>
        <w:p w:rsidR="00B7334D" w:rsidRDefault="00D81572" w:rsidP="00D81572">
          <w:pPr>
            <w:pStyle w:val="00CD93288B044A60A3896A636A4E5C3B1"/>
          </w:pPr>
          <w:r>
            <w:rPr>
              <w:rStyle w:val="Textedelespacerserv"/>
              <w:rFonts w:asciiTheme="majorHAnsi" w:hAnsiTheme="majorHAnsi" w:cstheme="majorHAnsi"/>
              <w:sz w:val="20"/>
              <w:szCs w:val="20"/>
            </w:rPr>
            <w:t xml:space="preserve">                            </w:t>
          </w:r>
        </w:p>
      </w:docPartBody>
    </w:docPart>
    <w:docPart>
      <w:docPartPr>
        <w:name w:val="C4CCEE853455407CA5D4FCF460F757CB"/>
        <w:category>
          <w:name w:val="Général"/>
          <w:gallery w:val="placeholder"/>
        </w:category>
        <w:types>
          <w:type w:val="bbPlcHdr"/>
        </w:types>
        <w:behaviors>
          <w:behavior w:val="content"/>
        </w:behaviors>
        <w:guid w:val="{7E2B61CC-6B48-4F33-ACD8-C6796FE00407}"/>
      </w:docPartPr>
      <w:docPartBody>
        <w:p w:rsidR="00B7334D" w:rsidRDefault="00D81572" w:rsidP="00D81572">
          <w:pPr>
            <w:pStyle w:val="C4CCEE853455407CA5D4FCF460F757CB1"/>
          </w:pPr>
          <w:r>
            <w:rPr>
              <w:rStyle w:val="Textedelespacerserv"/>
              <w:rFonts w:asciiTheme="majorHAnsi" w:hAnsiTheme="majorHAnsi" w:cstheme="majorHAnsi"/>
              <w:sz w:val="20"/>
              <w:szCs w:val="20"/>
            </w:rPr>
            <w:t xml:space="preserve">                            </w:t>
          </w:r>
        </w:p>
      </w:docPartBody>
    </w:docPart>
    <w:docPart>
      <w:docPartPr>
        <w:name w:val="E7A05BCC096049EAB427B1D421195B87"/>
        <w:category>
          <w:name w:val="Général"/>
          <w:gallery w:val="placeholder"/>
        </w:category>
        <w:types>
          <w:type w:val="bbPlcHdr"/>
        </w:types>
        <w:behaviors>
          <w:behavior w:val="content"/>
        </w:behaviors>
        <w:guid w:val="{3C8276BF-E25E-48CD-9975-4A689AC3E807}"/>
      </w:docPartPr>
      <w:docPartBody>
        <w:p w:rsidR="00B7334D" w:rsidRDefault="00D81572" w:rsidP="00D81572">
          <w:pPr>
            <w:pStyle w:val="E7A05BCC096049EAB427B1D421195B871"/>
          </w:pPr>
          <w:r>
            <w:rPr>
              <w:rStyle w:val="Textedelespacerserv"/>
              <w:rFonts w:asciiTheme="majorHAnsi" w:hAnsiTheme="majorHAnsi" w:cstheme="majorHAnsi"/>
              <w:sz w:val="20"/>
              <w:szCs w:val="20"/>
            </w:rPr>
            <w:t xml:space="preserve">                            </w:t>
          </w:r>
        </w:p>
      </w:docPartBody>
    </w:docPart>
    <w:docPart>
      <w:docPartPr>
        <w:name w:val="155775BC0D804C188F1EBAC5139C9652"/>
        <w:category>
          <w:name w:val="Général"/>
          <w:gallery w:val="placeholder"/>
        </w:category>
        <w:types>
          <w:type w:val="bbPlcHdr"/>
        </w:types>
        <w:behaviors>
          <w:behavior w:val="content"/>
        </w:behaviors>
        <w:guid w:val="{36A66498-7048-4C8A-8D7B-2A6CA661DF27}"/>
      </w:docPartPr>
      <w:docPartBody>
        <w:p w:rsidR="00B7334D" w:rsidRDefault="00D81572" w:rsidP="00D81572">
          <w:pPr>
            <w:pStyle w:val="155775BC0D804C188F1EBAC5139C96521"/>
          </w:pPr>
          <w:r>
            <w:rPr>
              <w:rStyle w:val="Textedelespacerserv"/>
              <w:rFonts w:asciiTheme="majorHAnsi" w:hAnsiTheme="majorHAnsi" w:cstheme="majorHAnsi"/>
              <w:sz w:val="20"/>
              <w:szCs w:val="20"/>
            </w:rPr>
            <w:t xml:space="preserve">                            </w:t>
          </w:r>
        </w:p>
      </w:docPartBody>
    </w:docPart>
    <w:docPart>
      <w:docPartPr>
        <w:name w:val="6C5BCE83436A4EB4B7D25AB2DF4D8F75"/>
        <w:category>
          <w:name w:val="Général"/>
          <w:gallery w:val="placeholder"/>
        </w:category>
        <w:types>
          <w:type w:val="bbPlcHdr"/>
        </w:types>
        <w:behaviors>
          <w:behavior w:val="content"/>
        </w:behaviors>
        <w:guid w:val="{5C212CEF-ACD9-4A60-BCF4-0F5DC7554EFF}"/>
      </w:docPartPr>
      <w:docPartBody>
        <w:p w:rsidR="00B7334D" w:rsidRDefault="00D81572" w:rsidP="00D81572">
          <w:pPr>
            <w:pStyle w:val="6C5BCE83436A4EB4B7D25AB2DF4D8F751"/>
          </w:pPr>
          <w:r>
            <w:rPr>
              <w:rStyle w:val="Textedelespacerserv"/>
              <w:rFonts w:asciiTheme="majorHAnsi" w:hAnsiTheme="majorHAnsi" w:cstheme="majorHAnsi"/>
              <w:sz w:val="20"/>
              <w:szCs w:val="20"/>
            </w:rPr>
            <w:t xml:space="preserve">                            </w:t>
          </w:r>
        </w:p>
      </w:docPartBody>
    </w:docPart>
    <w:docPart>
      <w:docPartPr>
        <w:name w:val="7D93EA376E814E7D974CAB61E61609B9"/>
        <w:category>
          <w:name w:val="Général"/>
          <w:gallery w:val="placeholder"/>
        </w:category>
        <w:types>
          <w:type w:val="bbPlcHdr"/>
        </w:types>
        <w:behaviors>
          <w:behavior w:val="content"/>
        </w:behaviors>
        <w:guid w:val="{6C6286AC-EA4E-43A7-8B5E-5D3984D2720B}"/>
      </w:docPartPr>
      <w:docPartBody>
        <w:p w:rsidR="00B7334D" w:rsidRDefault="00D81572" w:rsidP="00D81572">
          <w:pPr>
            <w:pStyle w:val="7D93EA376E814E7D974CAB61E61609B91"/>
          </w:pPr>
          <w:r>
            <w:rPr>
              <w:rStyle w:val="Textedelespacerserv"/>
              <w:rFonts w:asciiTheme="majorHAnsi" w:hAnsiTheme="majorHAnsi" w:cstheme="majorHAnsi"/>
              <w:sz w:val="20"/>
              <w:szCs w:val="20"/>
            </w:rPr>
            <w:t xml:space="preserve">                            </w:t>
          </w:r>
        </w:p>
      </w:docPartBody>
    </w:docPart>
    <w:docPart>
      <w:docPartPr>
        <w:name w:val="DFC92F4D93154FA5AB1DFC457F48C251"/>
        <w:category>
          <w:name w:val="Général"/>
          <w:gallery w:val="placeholder"/>
        </w:category>
        <w:types>
          <w:type w:val="bbPlcHdr"/>
        </w:types>
        <w:behaviors>
          <w:behavior w:val="content"/>
        </w:behaviors>
        <w:guid w:val="{3EA77D02-5345-4310-9AD2-92993D5F6CC7}"/>
      </w:docPartPr>
      <w:docPartBody>
        <w:p w:rsidR="00B7334D" w:rsidRDefault="00D81572" w:rsidP="00D81572">
          <w:pPr>
            <w:pStyle w:val="DFC92F4D93154FA5AB1DFC457F48C2511"/>
          </w:pPr>
          <w:r>
            <w:rPr>
              <w:rStyle w:val="Textedelespacerserv"/>
              <w:rFonts w:asciiTheme="majorHAnsi" w:hAnsiTheme="majorHAnsi" w:cstheme="majorHAnsi"/>
              <w:sz w:val="20"/>
              <w:szCs w:val="20"/>
            </w:rPr>
            <w:t xml:space="preserve">                            </w:t>
          </w:r>
        </w:p>
      </w:docPartBody>
    </w:docPart>
    <w:docPart>
      <w:docPartPr>
        <w:name w:val="EB072C0E67D74351AC550E71168ED7CF"/>
        <w:category>
          <w:name w:val="Général"/>
          <w:gallery w:val="placeholder"/>
        </w:category>
        <w:types>
          <w:type w:val="bbPlcHdr"/>
        </w:types>
        <w:behaviors>
          <w:behavior w:val="content"/>
        </w:behaviors>
        <w:guid w:val="{D474A68D-980A-4A42-9CBF-281771ABD2CC}"/>
      </w:docPartPr>
      <w:docPartBody>
        <w:p w:rsidR="00B7334D" w:rsidRDefault="00D81572" w:rsidP="00D81572">
          <w:pPr>
            <w:pStyle w:val="EB072C0E67D74351AC550E71168ED7CF1"/>
          </w:pPr>
          <w:r>
            <w:rPr>
              <w:rStyle w:val="Textedelespacerserv"/>
              <w:rFonts w:asciiTheme="majorHAnsi" w:hAnsiTheme="majorHAnsi" w:cstheme="majorHAnsi"/>
              <w:sz w:val="20"/>
              <w:szCs w:val="20"/>
            </w:rPr>
            <w:t xml:space="preserve">                            </w:t>
          </w:r>
        </w:p>
      </w:docPartBody>
    </w:docPart>
    <w:docPart>
      <w:docPartPr>
        <w:name w:val="E4AAABBB067342B9BE3DF5FCA1A965C7"/>
        <w:category>
          <w:name w:val="Général"/>
          <w:gallery w:val="placeholder"/>
        </w:category>
        <w:types>
          <w:type w:val="bbPlcHdr"/>
        </w:types>
        <w:behaviors>
          <w:behavior w:val="content"/>
        </w:behaviors>
        <w:guid w:val="{C86200C7-6B27-4481-A06E-812F4AA69445}"/>
      </w:docPartPr>
      <w:docPartBody>
        <w:p w:rsidR="00B7334D" w:rsidRDefault="00D81572" w:rsidP="00D81572">
          <w:pPr>
            <w:pStyle w:val="E4AAABBB067342B9BE3DF5FCA1A965C71"/>
          </w:pPr>
          <w:r>
            <w:rPr>
              <w:rStyle w:val="Textedelespacerserv"/>
              <w:rFonts w:asciiTheme="majorHAnsi" w:hAnsiTheme="majorHAnsi" w:cstheme="majorHAnsi"/>
              <w:sz w:val="20"/>
              <w:szCs w:val="20"/>
            </w:rPr>
            <w:t xml:space="preserve">                            </w:t>
          </w:r>
        </w:p>
      </w:docPartBody>
    </w:docPart>
    <w:docPart>
      <w:docPartPr>
        <w:name w:val="80BCB3CF9291417595F5EE8F1492497F"/>
        <w:category>
          <w:name w:val="Général"/>
          <w:gallery w:val="placeholder"/>
        </w:category>
        <w:types>
          <w:type w:val="bbPlcHdr"/>
        </w:types>
        <w:behaviors>
          <w:behavior w:val="content"/>
        </w:behaviors>
        <w:guid w:val="{FB340EDC-C190-479C-BC9A-93446DDDCA7A}"/>
      </w:docPartPr>
      <w:docPartBody>
        <w:p w:rsidR="00B7334D" w:rsidRDefault="00D81572" w:rsidP="00D81572">
          <w:pPr>
            <w:pStyle w:val="80BCB3CF9291417595F5EE8F1492497F1"/>
          </w:pPr>
          <w:r>
            <w:rPr>
              <w:rStyle w:val="Textedelespacerserv"/>
              <w:rFonts w:asciiTheme="majorHAnsi" w:hAnsiTheme="majorHAnsi" w:cstheme="majorHAnsi"/>
              <w:sz w:val="20"/>
              <w:szCs w:val="20"/>
            </w:rPr>
            <w:t xml:space="preserve">                            </w:t>
          </w:r>
        </w:p>
      </w:docPartBody>
    </w:docPart>
    <w:docPart>
      <w:docPartPr>
        <w:name w:val="24BA28E656F64981941CC63BE9F1045F"/>
        <w:category>
          <w:name w:val="Général"/>
          <w:gallery w:val="placeholder"/>
        </w:category>
        <w:types>
          <w:type w:val="bbPlcHdr"/>
        </w:types>
        <w:behaviors>
          <w:behavior w:val="content"/>
        </w:behaviors>
        <w:guid w:val="{82CBB225-8E15-48C7-AEF4-47627D1B2B0D}"/>
      </w:docPartPr>
      <w:docPartBody>
        <w:p w:rsidR="00B7334D" w:rsidRDefault="00D81572" w:rsidP="00D81572">
          <w:pPr>
            <w:pStyle w:val="24BA28E656F64981941CC63BE9F1045F1"/>
          </w:pPr>
          <w:r>
            <w:rPr>
              <w:rStyle w:val="Textedelespacerserv"/>
              <w:rFonts w:asciiTheme="majorHAnsi" w:hAnsiTheme="majorHAnsi" w:cstheme="majorHAnsi"/>
              <w:sz w:val="20"/>
              <w:szCs w:val="20"/>
            </w:rPr>
            <w:t xml:space="preserve">                            </w:t>
          </w:r>
        </w:p>
      </w:docPartBody>
    </w:docPart>
    <w:docPart>
      <w:docPartPr>
        <w:name w:val="463E8505B88E44A086C61167547889C2"/>
        <w:category>
          <w:name w:val="Général"/>
          <w:gallery w:val="placeholder"/>
        </w:category>
        <w:types>
          <w:type w:val="bbPlcHdr"/>
        </w:types>
        <w:behaviors>
          <w:behavior w:val="content"/>
        </w:behaviors>
        <w:guid w:val="{1860B69A-6278-43F1-A8AC-AFCB1F792830}"/>
      </w:docPartPr>
      <w:docPartBody>
        <w:p w:rsidR="00B7334D" w:rsidRDefault="00D81572" w:rsidP="00D81572">
          <w:pPr>
            <w:pStyle w:val="463E8505B88E44A086C61167547889C21"/>
          </w:pPr>
          <w:r>
            <w:rPr>
              <w:rStyle w:val="Textedelespacerserv"/>
              <w:rFonts w:asciiTheme="majorHAnsi" w:hAnsiTheme="majorHAnsi" w:cstheme="majorHAnsi"/>
              <w:sz w:val="20"/>
              <w:szCs w:val="20"/>
            </w:rPr>
            <w:t xml:space="preserve">                            </w:t>
          </w:r>
        </w:p>
      </w:docPartBody>
    </w:docPart>
    <w:docPart>
      <w:docPartPr>
        <w:name w:val="0940DD2828984E6A9DF191726A967F58"/>
        <w:category>
          <w:name w:val="Général"/>
          <w:gallery w:val="placeholder"/>
        </w:category>
        <w:types>
          <w:type w:val="bbPlcHdr"/>
        </w:types>
        <w:behaviors>
          <w:behavior w:val="content"/>
        </w:behaviors>
        <w:guid w:val="{9D3E79C5-E4A1-4C8A-B45E-24C726863EDF}"/>
      </w:docPartPr>
      <w:docPartBody>
        <w:p w:rsidR="00B7334D" w:rsidRDefault="00D81572" w:rsidP="00D81572">
          <w:pPr>
            <w:pStyle w:val="0940DD2828984E6A9DF191726A967F581"/>
          </w:pPr>
          <w:r>
            <w:rPr>
              <w:rStyle w:val="Textedelespacerserv"/>
              <w:rFonts w:asciiTheme="majorHAnsi" w:hAnsiTheme="majorHAnsi" w:cstheme="majorHAnsi"/>
              <w:sz w:val="20"/>
              <w:szCs w:val="20"/>
            </w:rPr>
            <w:t xml:space="preserve">                            </w:t>
          </w:r>
        </w:p>
      </w:docPartBody>
    </w:docPart>
    <w:docPart>
      <w:docPartPr>
        <w:name w:val="34A31A5D069E413D8865547264D1A54C"/>
        <w:category>
          <w:name w:val="Général"/>
          <w:gallery w:val="placeholder"/>
        </w:category>
        <w:types>
          <w:type w:val="bbPlcHdr"/>
        </w:types>
        <w:behaviors>
          <w:behavior w:val="content"/>
        </w:behaviors>
        <w:guid w:val="{D3CAF495-FD88-4096-9F88-56B47212749E}"/>
      </w:docPartPr>
      <w:docPartBody>
        <w:p w:rsidR="00B7334D" w:rsidRDefault="00D81572" w:rsidP="00D81572">
          <w:pPr>
            <w:pStyle w:val="34A31A5D069E413D8865547264D1A54C1"/>
          </w:pPr>
          <w:r>
            <w:rPr>
              <w:rStyle w:val="Textedelespacerserv"/>
              <w:rFonts w:asciiTheme="majorHAnsi" w:hAnsiTheme="majorHAnsi" w:cstheme="majorHAnsi"/>
              <w:sz w:val="20"/>
              <w:szCs w:val="20"/>
            </w:rPr>
            <w:t xml:space="preserve">                            </w:t>
          </w:r>
        </w:p>
      </w:docPartBody>
    </w:docPart>
    <w:docPart>
      <w:docPartPr>
        <w:name w:val="DCC108C54ACF468DBCE3B4485337D4FE"/>
        <w:category>
          <w:name w:val="Général"/>
          <w:gallery w:val="placeholder"/>
        </w:category>
        <w:types>
          <w:type w:val="bbPlcHdr"/>
        </w:types>
        <w:behaviors>
          <w:behavior w:val="content"/>
        </w:behaviors>
        <w:guid w:val="{23216259-6B5D-46D2-98E9-4E5611DE97C5}"/>
      </w:docPartPr>
      <w:docPartBody>
        <w:p w:rsidR="00B7334D" w:rsidRDefault="00D81572" w:rsidP="00D81572">
          <w:pPr>
            <w:pStyle w:val="DCC108C54ACF468DBCE3B4485337D4FE1"/>
          </w:pPr>
          <w:r>
            <w:rPr>
              <w:rStyle w:val="Textedelespacerserv"/>
              <w:rFonts w:asciiTheme="majorHAnsi" w:hAnsiTheme="majorHAnsi" w:cstheme="majorHAnsi"/>
              <w:sz w:val="20"/>
              <w:szCs w:val="20"/>
            </w:rPr>
            <w:t xml:space="preserve">                            </w:t>
          </w:r>
        </w:p>
      </w:docPartBody>
    </w:docPart>
    <w:docPart>
      <w:docPartPr>
        <w:name w:val="BA953C44A0CE473EA2EA1F5BDCE84FBC"/>
        <w:category>
          <w:name w:val="Général"/>
          <w:gallery w:val="placeholder"/>
        </w:category>
        <w:types>
          <w:type w:val="bbPlcHdr"/>
        </w:types>
        <w:behaviors>
          <w:behavior w:val="content"/>
        </w:behaviors>
        <w:guid w:val="{A76A71B8-0835-4512-B439-18BA0EE7EABE}"/>
      </w:docPartPr>
      <w:docPartBody>
        <w:p w:rsidR="00B7334D" w:rsidRDefault="00D81572" w:rsidP="00D81572">
          <w:pPr>
            <w:pStyle w:val="BA953C44A0CE473EA2EA1F5BDCE84FBC1"/>
          </w:pPr>
          <w:r>
            <w:rPr>
              <w:rStyle w:val="Textedelespacerserv"/>
              <w:rFonts w:asciiTheme="majorHAnsi" w:hAnsiTheme="majorHAnsi" w:cstheme="majorHAnsi"/>
              <w:sz w:val="20"/>
              <w:szCs w:val="20"/>
            </w:rPr>
            <w:t xml:space="preserve">                            </w:t>
          </w:r>
        </w:p>
      </w:docPartBody>
    </w:docPart>
    <w:docPart>
      <w:docPartPr>
        <w:name w:val="61389FE34B8B415E82F040B117F6A2C3"/>
        <w:category>
          <w:name w:val="Général"/>
          <w:gallery w:val="placeholder"/>
        </w:category>
        <w:types>
          <w:type w:val="bbPlcHdr"/>
        </w:types>
        <w:behaviors>
          <w:behavior w:val="content"/>
        </w:behaviors>
        <w:guid w:val="{8A25110C-E352-44C6-83B7-519CBD91EA83}"/>
      </w:docPartPr>
      <w:docPartBody>
        <w:p w:rsidR="00B7334D" w:rsidRDefault="00D81572" w:rsidP="00D81572">
          <w:pPr>
            <w:pStyle w:val="61389FE34B8B415E82F040B117F6A2C31"/>
          </w:pPr>
          <w:r>
            <w:rPr>
              <w:rStyle w:val="Textedelespacerserv"/>
              <w:rFonts w:asciiTheme="majorHAnsi" w:hAnsiTheme="majorHAnsi" w:cstheme="majorHAnsi"/>
              <w:sz w:val="20"/>
              <w:szCs w:val="20"/>
            </w:rPr>
            <w:t xml:space="preserve">                            </w:t>
          </w:r>
        </w:p>
      </w:docPartBody>
    </w:docPart>
    <w:docPart>
      <w:docPartPr>
        <w:name w:val="51AFD6D29BED494DA2ED85A6EDBCB785"/>
        <w:category>
          <w:name w:val="Général"/>
          <w:gallery w:val="placeholder"/>
        </w:category>
        <w:types>
          <w:type w:val="bbPlcHdr"/>
        </w:types>
        <w:behaviors>
          <w:behavior w:val="content"/>
        </w:behaviors>
        <w:guid w:val="{64A4AF38-60B8-423C-8E91-DED8AD1835F1}"/>
      </w:docPartPr>
      <w:docPartBody>
        <w:p w:rsidR="00B7334D" w:rsidRDefault="00D81572" w:rsidP="00D81572">
          <w:pPr>
            <w:pStyle w:val="51AFD6D29BED494DA2ED85A6EDBCB7851"/>
          </w:pPr>
          <w:r>
            <w:rPr>
              <w:rStyle w:val="Textedelespacerserv"/>
              <w:rFonts w:asciiTheme="majorHAnsi" w:hAnsiTheme="majorHAnsi" w:cstheme="majorHAnsi"/>
              <w:sz w:val="20"/>
              <w:szCs w:val="20"/>
            </w:rPr>
            <w:t xml:space="preserve">                            </w:t>
          </w:r>
        </w:p>
      </w:docPartBody>
    </w:docPart>
    <w:docPart>
      <w:docPartPr>
        <w:name w:val="EE5AB4222E7B4C78AFFD2398EF0A4754"/>
        <w:category>
          <w:name w:val="Général"/>
          <w:gallery w:val="placeholder"/>
        </w:category>
        <w:types>
          <w:type w:val="bbPlcHdr"/>
        </w:types>
        <w:behaviors>
          <w:behavior w:val="content"/>
        </w:behaviors>
        <w:guid w:val="{786D07FA-DDA7-45D3-9BF2-04E976065E19}"/>
      </w:docPartPr>
      <w:docPartBody>
        <w:p w:rsidR="00B7334D" w:rsidRDefault="00D81572" w:rsidP="00D81572">
          <w:pPr>
            <w:pStyle w:val="EE5AB4222E7B4C78AFFD2398EF0A47541"/>
          </w:pPr>
          <w:r>
            <w:rPr>
              <w:rStyle w:val="Textedelespacerserv"/>
              <w:rFonts w:asciiTheme="majorHAnsi" w:hAnsiTheme="majorHAnsi" w:cstheme="majorHAnsi"/>
              <w:sz w:val="20"/>
              <w:szCs w:val="20"/>
            </w:rPr>
            <w:t xml:space="preserve">                            </w:t>
          </w:r>
        </w:p>
      </w:docPartBody>
    </w:docPart>
    <w:docPart>
      <w:docPartPr>
        <w:name w:val="797585ACFCEE46AB89EA435179581AC4"/>
        <w:category>
          <w:name w:val="Général"/>
          <w:gallery w:val="placeholder"/>
        </w:category>
        <w:types>
          <w:type w:val="bbPlcHdr"/>
        </w:types>
        <w:behaviors>
          <w:behavior w:val="content"/>
        </w:behaviors>
        <w:guid w:val="{34825F9D-E4AF-4B9D-9E5D-B4FEDCAF5B77}"/>
      </w:docPartPr>
      <w:docPartBody>
        <w:p w:rsidR="00B7334D" w:rsidRDefault="00D81572" w:rsidP="00D81572">
          <w:pPr>
            <w:pStyle w:val="797585ACFCEE46AB89EA435179581AC41"/>
          </w:pPr>
          <w:r>
            <w:rPr>
              <w:rStyle w:val="Textedelespacerserv"/>
              <w:rFonts w:asciiTheme="majorHAnsi" w:hAnsiTheme="majorHAnsi" w:cstheme="majorHAnsi"/>
              <w:sz w:val="20"/>
              <w:szCs w:val="20"/>
            </w:rPr>
            <w:t xml:space="preserve">                            </w:t>
          </w:r>
        </w:p>
      </w:docPartBody>
    </w:docPart>
    <w:docPart>
      <w:docPartPr>
        <w:name w:val="8451ED29280B4E46BB503F3164E7C09F"/>
        <w:category>
          <w:name w:val="Général"/>
          <w:gallery w:val="placeholder"/>
        </w:category>
        <w:types>
          <w:type w:val="bbPlcHdr"/>
        </w:types>
        <w:behaviors>
          <w:behavior w:val="content"/>
        </w:behaviors>
        <w:guid w:val="{7CC6D58E-24FC-4E06-82E8-21F632A48396}"/>
      </w:docPartPr>
      <w:docPartBody>
        <w:p w:rsidR="00B7334D" w:rsidRDefault="00D81572" w:rsidP="00D81572">
          <w:pPr>
            <w:pStyle w:val="8451ED29280B4E46BB503F3164E7C09F1"/>
          </w:pPr>
          <w:r>
            <w:rPr>
              <w:rStyle w:val="Textedelespacerserv"/>
              <w:rFonts w:asciiTheme="majorHAnsi" w:hAnsiTheme="majorHAnsi" w:cstheme="majorHAnsi"/>
              <w:sz w:val="20"/>
              <w:szCs w:val="20"/>
            </w:rPr>
            <w:t xml:space="preserve">                            </w:t>
          </w:r>
        </w:p>
      </w:docPartBody>
    </w:docPart>
    <w:docPart>
      <w:docPartPr>
        <w:name w:val="FCF995D2184948CF84CF0B91B1A068E0"/>
        <w:category>
          <w:name w:val="Général"/>
          <w:gallery w:val="placeholder"/>
        </w:category>
        <w:types>
          <w:type w:val="bbPlcHdr"/>
        </w:types>
        <w:behaviors>
          <w:behavior w:val="content"/>
        </w:behaviors>
        <w:guid w:val="{68BAE45D-EBEF-4806-BA44-52EEFBD9A972}"/>
      </w:docPartPr>
      <w:docPartBody>
        <w:p w:rsidR="00B7334D" w:rsidRDefault="00D81572" w:rsidP="00D81572">
          <w:pPr>
            <w:pStyle w:val="FCF995D2184948CF84CF0B91B1A068E01"/>
          </w:pPr>
          <w:r>
            <w:rPr>
              <w:rStyle w:val="Textedelespacerserv"/>
              <w:rFonts w:asciiTheme="majorHAnsi" w:hAnsiTheme="majorHAnsi" w:cstheme="majorHAnsi"/>
              <w:sz w:val="20"/>
              <w:szCs w:val="20"/>
            </w:rPr>
            <w:t xml:space="preserve">                            </w:t>
          </w:r>
        </w:p>
      </w:docPartBody>
    </w:docPart>
    <w:docPart>
      <w:docPartPr>
        <w:name w:val="50A3D053B88245EE811FE1FFA6F2F1CE"/>
        <w:category>
          <w:name w:val="Général"/>
          <w:gallery w:val="placeholder"/>
        </w:category>
        <w:types>
          <w:type w:val="bbPlcHdr"/>
        </w:types>
        <w:behaviors>
          <w:behavior w:val="content"/>
        </w:behaviors>
        <w:guid w:val="{D7DC4EA4-255E-4E02-A82A-11B4D0E4A523}"/>
      </w:docPartPr>
      <w:docPartBody>
        <w:p w:rsidR="00B7334D" w:rsidRDefault="00D81572" w:rsidP="00D81572">
          <w:pPr>
            <w:pStyle w:val="50A3D053B88245EE811FE1FFA6F2F1CE1"/>
          </w:pPr>
          <w:r>
            <w:rPr>
              <w:rStyle w:val="Textedelespacerserv"/>
              <w:rFonts w:asciiTheme="majorHAnsi" w:hAnsiTheme="majorHAnsi" w:cstheme="majorHAnsi"/>
              <w:sz w:val="20"/>
              <w:szCs w:val="20"/>
            </w:rPr>
            <w:t xml:space="preserve">                            </w:t>
          </w:r>
        </w:p>
      </w:docPartBody>
    </w:docPart>
    <w:docPart>
      <w:docPartPr>
        <w:name w:val="37FD5E4B5AB14AB8B310B7C25C28A353"/>
        <w:category>
          <w:name w:val="Général"/>
          <w:gallery w:val="placeholder"/>
        </w:category>
        <w:types>
          <w:type w:val="bbPlcHdr"/>
        </w:types>
        <w:behaviors>
          <w:behavior w:val="content"/>
        </w:behaviors>
        <w:guid w:val="{B6525861-238F-47BB-9CC9-72A8BB16021F}"/>
      </w:docPartPr>
      <w:docPartBody>
        <w:p w:rsidR="00B7334D" w:rsidRDefault="00D81572" w:rsidP="00D81572">
          <w:pPr>
            <w:pStyle w:val="37FD5E4B5AB14AB8B310B7C25C28A3531"/>
          </w:pPr>
          <w:r>
            <w:rPr>
              <w:rStyle w:val="Textedelespacerserv"/>
              <w:rFonts w:asciiTheme="majorHAnsi" w:hAnsiTheme="majorHAnsi" w:cstheme="majorHAnsi"/>
              <w:sz w:val="20"/>
              <w:szCs w:val="20"/>
            </w:rPr>
            <w:t xml:space="preserve">                            </w:t>
          </w:r>
        </w:p>
      </w:docPartBody>
    </w:docPart>
    <w:docPart>
      <w:docPartPr>
        <w:name w:val="C90F1A259B8946ADAB0B654F708E71D5"/>
        <w:category>
          <w:name w:val="Général"/>
          <w:gallery w:val="placeholder"/>
        </w:category>
        <w:types>
          <w:type w:val="bbPlcHdr"/>
        </w:types>
        <w:behaviors>
          <w:behavior w:val="content"/>
        </w:behaviors>
        <w:guid w:val="{E11BF2E9-9587-4407-995B-7755077C3C81}"/>
      </w:docPartPr>
      <w:docPartBody>
        <w:p w:rsidR="00B7334D" w:rsidRDefault="00D81572" w:rsidP="00D81572">
          <w:pPr>
            <w:pStyle w:val="C90F1A259B8946ADAB0B654F708E71D51"/>
          </w:pPr>
          <w:r>
            <w:rPr>
              <w:rStyle w:val="Textedelespacerserv"/>
              <w:rFonts w:asciiTheme="majorHAnsi" w:hAnsiTheme="majorHAnsi" w:cstheme="majorHAnsi"/>
              <w:sz w:val="20"/>
              <w:szCs w:val="20"/>
            </w:rPr>
            <w:t xml:space="preserve">                            </w:t>
          </w:r>
        </w:p>
      </w:docPartBody>
    </w:docPart>
    <w:docPart>
      <w:docPartPr>
        <w:name w:val="0CDBF03D6A94490B8DBEDB927B54DB47"/>
        <w:category>
          <w:name w:val="Général"/>
          <w:gallery w:val="placeholder"/>
        </w:category>
        <w:types>
          <w:type w:val="bbPlcHdr"/>
        </w:types>
        <w:behaviors>
          <w:behavior w:val="content"/>
        </w:behaviors>
        <w:guid w:val="{4D20354B-203D-4D69-B051-D45FD4F0B7C9}"/>
      </w:docPartPr>
      <w:docPartBody>
        <w:p w:rsidR="00B7334D" w:rsidRDefault="00D81572" w:rsidP="00D81572">
          <w:pPr>
            <w:pStyle w:val="0CDBF03D6A94490B8DBEDB927B54DB471"/>
          </w:pPr>
          <w:r>
            <w:rPr>
              <w:rStyle w:val="Textedelespacerserv"/>
              <w:rFonts w:asciiTheme="majorHAnsi" w:hAnsiTheme="majorHAnsi" w:cstheme="majorHAnsi"/>
              <w:sz w:val="20"/>
              <w:szCs w:val="20"/>
            </w:rPr>
            <w:t xml:space="preserve">                            </w:t>
          </w:r>
        </w:p>
      </w:docPartBody>
    </w:docPart>
    <w:docPart>
      <w:docPartPr>
        <w:name w:val="0E35A547570C4505A155E573DCB6482F"/>
        <w:category>
          <w:name w:val="Général"/>
          <w:gallery w:val="placeholder"/>
        </w:category>
        <w:types>
          <w:type w:val="bbPlcHdr"/>
        </w:types>
        <w:behaviors>
          <w:behavior w:val="content"/>
        </w:behaviors>
        <w:guid w:val="{974CA623-F730-4E5E-86B7-DE97D09270F3}"/>
      </w:docPartPr>
      <w:docPartBody>
        <w:p w:rsidR="00B7334D" w:rsidRDefault="00D81572" w:rsidP="00D81572">
          <w:pPr>
            <w:pStyle w:val="0E35A547570C4505A155E573DCB6482F1"/>
          </w:pPr>
          <w:r>
            <w:rPr>
              <w:rStyle w:val="Textedelespacerserv"/>
              <w:rFonts w:asciiTheme="majorHAnsi" w:hAnsiTheme="majorHAnsi" w:cstheme="majorHAnsi"/>
              <w:sz w:val="20"/>
              <w:szCs w:val="20"/>
            </w:rPr>
            <w:t xml:space="preserve">                            </w:t>
          </w:r>
        </w:p>
      </w:docPartBody>
    </w:docPart>
    <w:docPart>
      <w:docPartPr>
        <w:name w:val="3ABC8F920D4A4C72A5D7354C92930F91"/>
        <w:category>
          <w:name w:val="Général"/>
          <w:gallery w:val="placeholder"/>
        </w:category>
        <w:types>
          <w:type w:val="bbPlcHdr"/>
        </w:types>
        <w:behaviors>
          <w:behavior w:val="content"/>
        </w:behaviors>
        <w:guid w:val="{416FC1AF-1E19-4D16-B64F-E01C7DC6C559}"/>
      </w:docPartPr>
      <w:docPartBody>
        <w:p w:rsidR="00B7334D" w:rsidRDefault="00D81572" w:rsidP="00D81572">
          <w:pPr>
            <w:pStyle w:val="3ABC8F920D4A4C72A5D7354C92930F911"/>
          </w:pPr>
          <w:r>
            <w:rPr>
              <w:rStyle w:val="Textedelespacerserv"/>
              <w:rFonts w:asciiTheme="majorHAnsi" w:hAnsiTheme="majorHAnsi" w:cstheme="majorHAnsi"/>
              <w:sz w:val="20"/>
              <w:szCs w:val="20"/>
            </w:rPr>
            <w:t xml:space="preserve">                            </w:t>
          </w:r>
        </w:p>
      </w:docPartBody>
    </w:docPart>
    <w:docPart>
      <w:docPartPr>
        <w:name w:val="B60E1BEC7AEB4F859056677EA19E2AD6"/>
        <w:category>
          <w:name w:val="Général"/>
          <w:gallery w:val="placeholder"/>
        </w:category>
        <w:types>
          <w:type w:val="bbPlcHdr"/>
        </w:types>
        <w:behaviors>
          <w:behavior w:val="content"/>
        </w:behaviors>
        <w:guid w:val="{26E7DCDC-7CB7-4135-B71A-70150A81D765}"/>
      </w:docPartPr>
      <w:docPartBody>
        <w:p w:rsidR="00B7334D" w:rsidRDefault="00D81572" w:rsidP="00D81572">
          <w:pPr>
            <w:pStyle w:val="B60E1BEC7AEB4F859056677EA19E2AD61"/>
          </w:pPr>
          <w:r>
            <w:rPr>
              <w:rStyle w:val="Textedelespacerserv"/>
              <w:rFonts w:asciiTheme="majorHAnsi" w:hAnsiTheme="majorHAnsi" w:cstheme="majorHAnsi"/>
              <w:sz w:val="20"/>
              <w:szCs w:val="20"/>
            </w:rPr>
            <w:t xml:space="preserve">                            </w:t>
          </w:r>
        </w:p>
      </w:docPartBody>
    </w:docPart>
    <w:docPart>
      <w:docPartPr>
        <w:name w:val="97D4BEC8DC804C22801E17583B5B47B9"/>
        <w:category>
          <w:name w:val="Général"/>
          <w:gallery w:val="placeholder"/>
        </w:category>
        <w:types>
          <w:type w:val="bbPlcHdr"/>
        </w:types>
        <w:behaviors>
          <w:behavior w:val="content"/>
        </w:behaviors>
        <w:guid w:val="{845AADDC-D68C-41FB-A8A2-7A93DEE49FE0}"/>
      </w:docPartPr>
      <w:docPartBody>
        <w:p w:rsidR="00B7334D" w:rsidRDefault="00D81572" w:rsidP="00D81572">
          <w:pPr>
            <w:pStyle w:val="97D4BEC8DC804C22801E17583B5B47B91"/>
          </w:pPr>
          <w:r>
            <w:rPr>
              <w:rStyle w:val="Textedelespacerserv"/>
              <w:rFonts w:asciiTheme="majorHAnsi" w:hAnsiTheme="majorHAnsi" w:cstheme="majorHAnsi"/>
              <w:sz w:val="20"/>
              <w:szCs w:val="20"/>
            </w:rPr>
            <w:t xml:space="preserve">                            </w:t>
          </w:r>
        </w:p>
      </w:docPartBody>
    </w:docPart>
    <w:docPart>
      <w:docPartPr>
        <w:name w:val="0F2BB024403A47A897A2816FD1C0CCC5"/>
        <w:category>
          <w:name w:val="Général"/>
          <w:gallery w:val="placeholder"/>
        </w:category>
        <w:types>
          <w:type w:val="bbPlcHdr"/>
        </w:types>
        <w:behaviors>
          <w:behavior w:val="content"/>
        </w:behaviors>
        <w:guid w:val="{07BE5890-9FE5-428C-A030-C2C1190A9B53}"/>
      </w:docPartPr>
      <w:docPartBody>
        <w:p w:rsidR="00B7334D" w:rsidRDefault="00D81572" w:rsidP="00D81572">
          <w:pPr>
            <w:pStyle w:val="0F2BB024403A47A897A2816FD1C0CCC51"/>
          </w:pPr>
          <w:r>
            <w:rPr>
              <w:rStyle w:val="Textedelespacerserv"/>
              <w:rFonts w:asciiTheme="majorHAnsi" w:hAnsiTheme="majorHAnsi" w:cstheme="majorHAnsi"/>
              <w:sz w:val="20"/>
              <w:szCs w:val="20"/>
            </w:rPr>
            <w:t xml:space="preserve">                            </w:t>
          </w:r>
        </w:p>
      </w:docPartBody>
    </w:docPart>
    <w:docPart>
      <w:docPartPr>
        <w:name w:val="B68950B879FD4018A9D592DFE1A541A7"/>
        <w:category>
          <w:name w:val="Général"/>
          <w:gallery w:val="placeholder"/>
        </w:category>
        <w:types>
          <w:type w:val="bbPlcHdr"/>
        </w:types>
        <w:behaviors>
          <w:behavior w:val="content"/>
        </w:behaviors>
        <w:guid w:val="{3B57B5D9-C443-4F54-8522-F96D650E55CA}"/>
      </w:docPartPr>
      <w:docPartBody>
        <w:p w:rsidR="00B7334D" w:rsidRDefault="00D81572" w:rsidP="00D81572">
          <w:pPr>
            <w:pStyle w:val="B68950B879FD4018A9D592DFE1A541A71"/>
          </w:pPr>
          <w:r>
            <w:rPr>
              <w:rStyle w:val="Textedelespacerserv"/>
              <w:rFonts w:asciiTheme="majorHAnsi" w:hAnsiTheme="majorHAnsi" w:cstheme="majorHAnsi"/>
              <w:sz w:val="20"/>
              <w:szCs w:val="20"/>
            </w:rPr>
            <w:t xml:space="preserve">                            </w:t>
          </w:r>
        </w:p>
      </w:docPartBody>
    </w:docPart>
    <w:docPart>
      <w:docPartPr>
        <w:name w:val="6BB1AFA85488434D9423A01A6860B463"/>
        <w:category>
          <w:name w:val="Général"/>
          <w:gallery w:val="placeholder"/>
        </w:category>
        <w:types>
          <w:type w:val="bbPlcHdr"/>
        </w:types>
        <w:behaviors>
          <w:behavior w:val="content"/>
        </w:behaviors>
        <w:guid w:val="{ECB48888-A75E-465E-93B3-7CFCD0DC516B}"/>
      </w:docPartPr>
      <w:docPartBody>
        <w:p w:rsidR="00B7334D" w:rsidRDefault="00D81572" w:rsidP="00D81572">
          <w:pPr>
            <w:pStyle w:val="6BB1AFA85488434D9423A01A6860B4631"/>
          </w:pPr>
          <w:r>
            <w:rPr>
              <w:rStyle w:val="Textedelespacerserv"/>
              <w:rFonts w:asciiTheme="majorHAnsi" w:hAnsiTheme="majorHAnsi" w:cstheme="majorHAnsi"/>
              <w:sz w:val="20"/>
              <w:szCs w:val="20"/>
            </w:rPr>
            <w:t xml:space="preserve">                            </w:t>
          </w:r>
        </w:p>
      </w:docPartBody>
    </w:docPart>
    <w:docPart>
      <w:docPartPr>
        <w:name w:val="2C1187DC86764F6AA729A70FE68F3DA0"/>
        <w:category>
          <w:name w:val="Général"/>
          <w:gallery w:val="placeholder"/>
        </w:category>
        <w:types>
          <w:type w:val="bbPlcHdr"/>
        </w:types>
        <w:behaviors>
          <w:behavior w:val="content"/>
        </w:behaviors>
        <w:guid w:val="{1A6BA2C5-1F6C-40C4-BF98-482FA4860A28}"/>
      </w:docPartPr>
      <w:docPartBody>
        <w:p w:rsidR="00B7334D" w:rsidRDefault="00D81572" w:rsidP="00D81572">
          <w:pPr>
            <w:pStyle w:val="2C1187DC86764F6AA729A70FE68F3DA01"/>
          </w:pPr>
          <w:r>
            <w:rPr>
              <w:rStyle w:val="Textedelespacerserv"/>
              <w:rFonts w:asciiTheme="majorHAnsi" w:hAnsiTheme="majorHAnsi" w:cstheme="majorHAnsi"/>
              <w:sz w:val="20"/>
              <w:szCs w:val="20"/>
            </w:rPr>
            <w:t xml:space="preserve">                            </w:t>
          </w:r>
        </w:p>
      </w:docPartBody>
    </w:docPart>
    <w:docPart>
      <w:docPartPr>
        <w:name w:val="CD9BBDA4ECBE4B86B248EFF8EADB745C"/>
        <w:category>
          <w:name w:val="Général"/>
          <w:gallery w:val="placeholder"/>
        </w:category>
        <w:types>
          <w:type w:val="bbPlcHdr"/>
        </w:types>
        <w:behaviors>
          <w:behavior w:val="content"/>
        </w:behaviors>
        <w:guid w:val="{83B3A520-F858-47B5-BE8C-B2B82106B5AE}"/>
      </w:docPartPr>
      <w:docPartBody>
        <w:p w:rsidR="00B7334D" w:rsidRDefault="00D81572" w:rsidP="00D81572">
          <w:pPr>
            <w:pStyle w:val="CD9BBDA4ECBE4B86B248EFF8EADB745C1"/>
          </w:pPr>
          <w:r>
            <w:rPr>
              <w:rStyle w:val="Textedelespacerserv"/>
              <w:rFonts w:asciiTheme="majorHAnsi" w:hAnsiTheme="majorHAnsi" w:cstheme="majorHAnsi"/>
              <w:sz w:val="20"/>
              <w:szCs w:val="20"/>
            </w:rPr>
            <w:t xml:space="preserve">                            </w:t>
          </w:r>
        </w:p>
      </w:docPartBody>
    </w:docPart>
    <w:docPart>
      <w:docPartPr>
        <w:name w:val="7A8218A366AC48C78E8499E5A10EE13F"/>
        <w:category>
          <w:name w:val="Général"/>
          <w:gallery w:val="placeholder"/>
        </w:category>
        <w:types>
          <w:type w:val="bbPlcHdr"/>
        </w:types>
        <w:behaviors>
          <w:behavior w:val="content"/>
        </w:behaviors>
        <w:guid w:val="{880CC289-2670-4740-9938-ACE2E27DEB9F}"/>
      </w:docPartPr>
      <w:docPartBody>
        <w:p w:rsidR="00B7334D" w:rsidRDefault="00D81572" w:rsidP="00D81572">
          <w:pPr>
            <w:pStyle w:val="7A8218A366AC48C78E8499E5A10EE13F1"/>
          </w:pPr>
          <w:r>
            <w:rPr>
              <w:rStyle w:val="Textedelespacerserv"/>
              <w:rFonts w:asciiTheme="majorHAnsi" w:hAnsiTheme="majorHAnsi" w:cstheme="majorHAnsi"/>
              <w:sz w:val="20"/>
              <w:szCs w:val="20"/>
            </w:rPr>
            <w:t xml:space="preserve">                            </w:t>
          </w:r>
        </w:p>
      </w:docPartBody>
    </w:docPart>
    <w:docPart>
      <w:docPartPr>
        <w:name w:val="18DB7FC5067841CC8A3CCC2AF79CF6C8"/>
        <w:category>
          <w:name w:val="Général"/>
          <w:gallery w:val="placeholder"/>
        </w:category>
        <w:types>
          <w:type w:val="bbPlcHdr"/>
        </w:types>
        <w:behaviors>
          <w:behavior w:val="content"/>
        </w:behaviors>
        <w:guid w:val="{3DBF921D-C377-436A-A1BF-AC746F0417CB}"/>
      </w:docPartPr>
      <w:docPartBody>
        <w:p w:rsidR="00B7334D" w:rsidRDefault="00D81572" w:rsidP="00D81572">
          <w:pPr>
            <w:pStyle w:val="18DB7FC5067841CC8A3CCC2AF79CF6C81"/>
          </w:pPr>
          <w:r>
            <w:rPr>
              <w:rStyle w:val="Textedelespacerserv"/>
              <w:rFonts w:asciiTheme="majorHAnsi" w:hAnsiTheme="majorHAnsi" w:cstheme="majorHAnsi"/>
              <w:sz w:val="20"/>
              <w:szCs w:val="20"/>
            </w:rPr>
            <w:t xml:space="preserve">                            </w:t>
          </w:r>
        </w:p>
      </w:docPartBody>
    </w:docPart>
    <w:docPart>
      <w:docPartPr>
        <w:name w:val="591952E6762843B0BCEFC775BB814C06"/>
        <w:category>
          <w:name w:val="Général"/>
          <w:gallery w:val="placeholder"/>
        </w:category>
        <w:types>
          <w:type w:val="bbPlcHdr"/>
        </w:types>
        <w:behaviors>
          <w:behavior w:val="content"/>
        </w:behaviors>
        <w:guid w:val="{94DDC6DB-6CB3-4C66-B7C2-3D4805CDCD99}"/>
      </w:docPartPr>
      <w:docPartBody>
        <w:p w:rsidR="00B7334D" w:rsidRDefault="00D81572" w:rsidP="00D81572">
          <w:pPr>
            <w:pStyle w:val="591952E6762843B0BCEFC775BB814C061"/>
          </w:pPr>
          <w:r>
            <w:rPr>
              <w:rStyle w:val="Textedelespacerserv"/>
              <w:rFonts w:asciiTheme="majorHAnsi" w:hAnsiTheme="majorHAnsi" w:cstheme="majorHAnsi"/>
              <w:sz w:val="20"/>
              <w:szCs w:val="20"/>
            </w:rPr>
            <w:t xml:space="preserve">                            </w:t>
          </w:r>
        </w:p>
      </w:docPartBody>
    </w:docPart>
    <w:docPart>
      <w:docPartPr>
        <w:name w:val="8541851BBA8B49F897B648CCB8F9494C"/>
        <w:category>
          <w:name w:val="Général"/>
          <w:gallery w:val="placeholder"/>
        </w:category>
        <w:types>
          <w:type w:val="bbPlcHdr"/>
        </w:types>
        <w:behaviors>
          <w:behavior w:val="content"/>
        </w:behaviors>
        <w:guid w:val="{8C2E4CCD-3A86-41B5-9EBC-0346B657DDB5}"/>
      </w:docPartPr>
      <w:docPartBody>
        <w:p w:rsidR="00B7334D" w:rsidRDefault="00D81572" w:rsidP="00D81572">
          <w:pPr>
            <w:pStyle w:val="8541851BBA8B49F897B648CCB8F9494C1"/>
          </w:pPr>
          <w:r>
            <w:rPr>
              <w:rStyle w:val="Textedelespacerserv"/>
              <w:rFonts w:asciiTheme="majorHAnsi" w:hAnsiTheme="majorHAnsi" w:cstheme="majorHAnsi"/>
              <w:sz w:val="20"/>
              <w:szCs w:val="20"/>
            </w:rPr>
            <w:t xml:space="preserve">                            </w:t>
          </w:r>
        </w:p>
      </w:docPartBody>
    </w:docPart>
    <w:docPart>
      <w:docPartPr>
        <w:name w:val="60CF31BEE766449A8B55935882D33416"/>
        <w:category>
          <w:name w:val="Général"/>
          <w:gallery w:val="placeholder"/>
        </w:category>
        <w:types>
          <w:type w:val="bbPlcHdr"/>
        </w:types>
        <w:behaviors>
          <w:behavior w:val="content"/>
        </w:behaviors>
        <w:guid w:val="{85941316-92AE-40EE-B8A4-F65DE4A076D7}"/>
      </w:docPartPr>
      <w:docPartBody>
        <w:p w:rsidR="00B7334D" w:rsidRDefault="00D81572" w:rsidP="00D81572">
          <w:pPr>
            <w:pStyle w:val="60CF31BEE766449A8B55935882D334161"/>
          </w:pPr>
          <w:r>
            <w:rPr>
              <w:rStyle w:val="Textedelespacerserv"/>
              <w:rFonts w:asciiTheme="majorHAnsi" w:hAnsiTheme="majorHAnsi" w:cstheme="majorHAnsi"/>
              <w:sz w:val="20"/>
              <w:szCs w:val="20"/>
            </w:rPr>
            <w:t xml:space="preserve">                            </w:t>
          </w:r>
        </w:p>
      </w:docPartBody>
    </w:docPart>
    <w:docPart>
      <w:docPartPr>
        <w:name w:val="C1889A1D2F3740F4867E2C38A9B073E8"/>
        <w:category>
          <w:name w:val="Général"/>
          <w:gallery w:val="placeholder"/>
        </w:category>
        <w:types>
          <w:type w:val="bbPlcHdr"/>
        </w:types>
        <w:behaviors>
          <w:behavior w:val="content"/>
        </w:behaviors>
        <w:guid w:val="{0D93BCCD-CD07-47BB-869E-0489D3F2EC3E}"/>
      </w:docPartPr>
      <w:docPartBody>
        <w:p w:rsidR="00B7334D" w:rsidRDefault="00D81572" w:rsidP="00D81572">
          <w:pPr>
            <w:pStyle w:val="C1889A1D2F3740F4867E2C38A9B073E81"/>
          </w:pPr>
          <w:r>
            <w:rPr>
              <w:rStyle w:val="Textedelespacerserv"/>
              <w:rFonts w:asciiTheme="majorHAnsi" w:hAnsiTheme="majorHAnsi" w:cstheme="majorHAnsi"/>
              <w:sz w:val="20"/>
              <w:szCs w:val="20"/>
            </w:rPr>
            <w:t xml:space="preserve">                            </w:t>
          </w:r>
        </w:p>
      </w:docPartBody>
    </w:docPart>
    <w:docPart>
      <w:docPartPr>
        <w:name w:val="DEC4ACBBE3474460B5FC434C42B47A99"/>
        <w:category>
          <w:name w:val="Général"/>
          <w:gallery w:val="placeholder"/>
        </w:category>
        <w:types>
          <w:type w:val="bbPlcHdr"/>
        </w:types>
        <w:behaviors>
          <w:behavior w:val="content"/>
        </w:behaviors>
        <w:guid w:val="{6131762F-79D7-429C-9168-3864CEFD48DF}"/>
      </w:docPartPr>
      <w:docPartBody>
        <w:p w:rsidR="00B7334D" w:rsidRDefault="00D81572" w:rsidP="00D81572">
          <w:pPr>
            <w:pStyle w:val="DEC4ACBBE3474460B5FC434C42B47A991"/>
          </w:pPr>
          <w:r>
            <w:rPr>
              <w:rStyle w:val="Textedelespacerserv"/>
              <w:rFonts w:asciiTheme="majorHAnsi" w:hAnsiTheme="majorHAnsi" w:cstheme="majorHAnsi"/>
              <w:sz w:val="20"/>
              <w:szCs w:val="20"/>
            </w:rPr>
            <w:t xml:space="preserve">                            </w:t>
          </w:r>
        </w:p>
      </w:docPartBody>
    </w:docPart>
    <w:docPart>
      <w:docPartPr>
        <w:name w:val="EBE38C5537674A6B86EBBE82973F8B7F"/>
        <w:category>
          <w:name w:val="Général"/>
          <w:gallery w:val="placeholder"/>
        </w:category>
        <w:types>
          <w:type w:val="bbPlcHdr"/>
        </w:types>
        <w:behaviors>
          <w:behavior w:val="content"/>
        </w:behaviors>
        <w:guid w:val="{2AFD28EC-851D-4A37-89C2-5A00F13A0C41}"/>
      </w:docPartPr>
      <w:docPartBody>
        <w:p w:rsidR="00B7334D" w:rsidRDefault="00D81572" w:rsidP="00D81572">
          <w:pPr>
            <w:pStyle w:val="EBE38C5537674A6B86EBBE82973F8B7F1"/>
          </w:pPr>
          <w:r>
            <w:rPr>
              <w:rStyle w:val="Textedelespacerserv"/>
              <w:rFonts w:asciiTheme="majorHAnsi" w:hAnsiTheme="majorHAnsi" w:cstheme="majorHAnsi"/>
              <w:sz w:val="20"/>
              <w:szCs w:val="20"/>
            </w:rPr>
            <w:t xml:space="preserve">                            </w:t>
          </w:r>
        </w:p>
      </w:docPartBody>
    </w:docPart>
    <w:docPart>
      <w:docPartPr>
        <w:name w:val="25CB386780D241D2A83B144B2E225C94"/>
        <w:category>
          <w:name w:val="Général"/>
          <w:gallery w:val="placeholder"/>
        </w:category>
        <w:types>
          <w:type w:val="bbPlcHdr"/>
        </w:types>
        <w:behaviors>
          <w:behavior w:val="content"/>
        </w:behaviors>
        <w:guid w:val="{C8A62A76-1A76-4F57-93E3-0163710B4D7C}"/>
      </w:docPartPr>
      <w:docPartBody>
        <w:p w:rsidR="00B7334D" w:rsidRDefault="00D81572" w:rsidP="00D81572">
          <w:pPr>
            <w:pStyle w:val="25CB386780D241D2A83B144B2E225C941"/>
          </w:pPr>
          <w:r>
            <w:rPr>
              <w:rStyle w:val="Textedelespacerserv"/>
              <w:rFonts w:asciiTheme="majorHAnsi" w:hAnsiTheme="majorHAnsi" w:cstheme="majorHAnsi"/>
              <w:sz w:val="20"/>
              <w:szCs w:val="20"/>
            </w:rPr>
            <w:t xml:space="preserve">                            </w:t>
          </w:r>
        </w:p>
      </w:docPartBody>
    </w:docPart>
    <w:docPart>
      <w:docPartPr>
        <w:name w:val="E852D05673CC4951B36E37B5EC693A62"/>
        <w:category>
          <w:name w:val="Général"/>
          <w:gallery w:val="placeholder"/>
        </w:category>
        <w:types>
          <w:type w:val="bbPlcHdr"/>
        </w:types>
        <w:behaviors>
          <w:behavior w:val="content"/>
        </w:behaviors>
        <w:guid w:val="{766619FB-C7BD-4279-AB8A-E2E365467BDA}"/>
      </w:docPartPr>
      <w:docPartBody>
        <w:p w:rsidR="00B7334D" w:rsidRDefault="00D81572" w:rsidP="00D81572">
          <w:pPr>
            <w:pStyle w:val="E852D05673CC4951B36E37B5EC693A621"/>
          </w:pPr>
          <w:r>
            <w:rPr>
              <w:rStyle w:val="Textedelespacerserv"/>
              <w:rFonts w:asciiTheme="majorHAnsi" w:hAnsiTheme="majorHAnsi" w:cstheme="majorHAnsi"/>
              <w:sz w:val="20"/>
              <w:szCs w:val="20"/>
            </w:rPr>
            <w:t xml:space="preserve">                            </w:t>
          </w:r>
        </w:p>
      </w:docPartBody>
    </w:docPart>
    <w:docPart>
      <w:docPartPr>
        <w:name w:val="A469A58346C94FA0AB82A92EB797349D"/>
        <w:category>
          <w:name w:val="Général"/>
          <w:gallery w:val="placeholder"/>
        </w:category>
        <w:types>
          <w:type w:val="bbPlcHdr"/>
        </w:types>
        <w:behaviors>
          <w:behavior w:val="content"/>
        </w:behaviors>
        <w:guid w:val="{3C1F385F-CBEA-42EF-AAF7-E454CA662F85}"/>
      </w:docPartPr>
      <w:docPartBody>
        <w:p w:rsidR="00B7334D" w:rsidRDefault="00D81572" w:rsidP="00D81572">
          <w:pPr>
            <w:pStyle w:val="A469A58346C94FA0AB82A92EB797349D1"/>
          </w:pPr>
          <w:r>
            <w:rPr>
              <w:rStyle w:val="Textedelespacerserv"/>
              <w:rFonts w:asciiTheme="majorHAnsi" w:hAnsiTheme="majorHAnsi" w:cstheme="majorHAnsi"/>
              <w:sz w:val="20"/>
              <w:szCs w:val="20"/>
            </w:rPr>
            <w:t xml:space="preserve">                            </w:t>
          </w:r>
        </w:p>
      </w:docPartBody>
    </w:docPart>
    <w:docPart>
      <w:docPartPr>
        <w:name w:val="379AF3A568DE42E68E5C7F2291F0AE9C"/>
        <w:category>
          <w:name w:val="Général"/>
          <w:gallery w:val="placeholder"/>
        </w:category>
        <w:types>
          <w:type w:val="bbPlcHdr"/>
        </w:types>
        <w:behaviors>
          <w:behavior w:val="content"/>
        </w:behaviors>
        <w:guid w:val="{292DE387-52F4-42F4-8EED-27A305D53556}"/>
      </w:docPartPr>
      <w:docPartBody>
        <w:p w:rsidR="00B7334D" w:rsidRDefault="00D81572" w:rsidP="00D81572">
          <w:pPr>
            <w:pStyle w:val="379AF3A568DE42E68E5C7F2291F0AE9C1"/>
          </w:pPr>
          <w:r>
            <w:rPr>
              <w:rStyle w:val="Textedelespacerserv"/>
              <w:rFonts w:asciiTheme="majorHAnsi" w:hAnsiTheme="majorHAnsi" w:cstheme="majorHAnsi"/>
              <w:sz w:val="20"/>
              <w:szCs w:val="20"/>
            </w:rPr>
            <w:t xml:space="preserve">                            </w:t>
          </w:r>
        </w:p>
      </w:docPartBody>
    </w:docPart>
    <w:docPart>
      <w:docPartPr>
        <w:name w:val="8800C769245B4E3B94FB2714B6EC6D7A"/>
        <w:category>
          <w:name w:val="Général"/>
          <w:gallery w:val="placeholder"/>
        </w:category>
        <w:types>
          <w:type w:val="bbPlcHdr"/>
        </w:types>
        <w:behaviors>
          <w:behavior w:val="content"/>
        </w:behaviors>
        <w:guid w:val="{83E3D6C9-767F-4CAD-BAC1-E5753C32E369}"/>
      </w:docPartPr>
      <w:docPartBody>
        <w:p w:rsidR="00B7334D" w:rsidRDefault="00D81572" w:rsidP="00D81572">
          <w:pPr>
            <w:pStyle w:val="8800C769245B4E3B94FB2714B6EC6D7A1"/>
          </w:pPr>
          <w:r>
            <w:rPr>
              <w:rStyle w:val="Textedelespacerserv"/>
              <w:rFonts w:asciiTheme="majorHAnsi" w:hAnsiTheme="majorHAnsi" w:cstheme="majorHAnsi"/>
              <w:sz w:val="20"/>
              <w:szCs w:val="20"/>
            </w:rPr>
            <w:t xml:space="preserve">                            </w:t>
          </w:r>
        </w:p>
      </w:docPartBody>
    </w:docPart>
    <w:docPart>
      <w:docPartPr>
        <w:name w:val="014D94D5C8D04359B78C95DA8663F68D"/>
        <w:category>
          <w:name w:val="Général"/>
          <w:gallery w:val="placeholder"/>
        </w:category>
        <w:types>
          <w:type w:val="bbPlcHdr"/>
        </w:types>
        <w:behaviors>
          <w:behavior w:val="content"/>
        </w:behaviors>
        <w:guid w:val="{9B44BD6C-3AE7-457C-8508-0079C34287A7}"/>
      </w:docPartPr>
      <w:docPartBody>
        <w:p w:rsidR="00B7334D" w:rsidRDefault="00D81572" w:rsidP="00D81572">
          <w:pPr>
            <w:pStyle w:val="014D94D5C8D04359B78C95DA8663F68D1"/>
          </w:pPr>
          <w:r>
            <w:rPr>
              <w:rStyle w:val="Textedelespacerserv"/>
              <w:rFonts w:asciiTheme="majorHAnsi" w:hAnsiTheme="majorHAnsi" w:cstheme="majorHAnsi"/>
              <w:sz w:val="20"/>
              <w:szCs w:val="20"/>
            </w:rPr>
            <w:t xml:space="preserve">                            </w:t>
          </w:r>
        </w:p>
      </w:docPartBody>
    </w:docPart>
    <w:docPart>
      <w:docPartPr>
        <w:name w:val="38F3D72F05B14D05965EFED2B7B4664F"/>
        <w:category>
          <w:name w:val="Général"/>
          <w:gallery w:val="placeholder"/>
        </w:category>
        <w:types>
          <w:type w:val="bbPlcHdr"/>
        </w:types>
        <w:behaviors>
          <w:behavior w:val="content"/>
        </w:behaviors>
        <w:guid w:val="{E494095B-F5DE-4683-B46E-C2E7F73B7E5D}"/>
      </w:docPartPr>
      <w:docPartBody>
        <w:p w:rsidR="00B7334D" w:rsidRDefault="00D81572" w:rsidP="00D81572">
          <w:pPr>
            <w:pStyle w:val="38F3D72F05B14D05965EFED2B7B4664F1"/>
          </w:pPr>
          <w:r>
            <w:rPr>
              <w:rStyle w:val="Textedelespacerserv"/>
              <w:rFonts w:asciiTheme="majorHAnsi" w:hAnsiTheme="majorHAnsi" w:cstheme="majorHAnsi"/>
              <w:sz w:val="20"/>
              <w:szCs w:val="20"/>
            </w:rPr>
            <w:t xml:space="preserve">                            </w:t>
          </w:r>
        </w:p>
      </w:docPartBody>
    </w:docPart>
    <w:docPart>
      <w:docPartPr>
        <w:name w:val="C66A8549D211468AA755319047E976A6"/>
        <w:category>
          <w:name w:val="Général"/>
          <w:gallery w:val="placeholder"/>
        </w:category>
        <w:types>
          <w:type w:val="bbPlcHdr"/>
        </w:types>
        <w:behaviors>
          <w:behavior w:val="content"/>
        </w:behaviors>
        <w:guid w:val="{B881A279-A55B-421C-8C51-9D6293230F64}"/>
      </w:docPartPr>
      <w:docPartBody>
        <w:p w:rsidR="00B7334D" w:rsidRDefault="00D81572" w:rsidP="00D81572">
          <w:pPr>
            <w:pStyle w:val="C66A8549D211468AA755319047E976A61"/>
          </w:pPr>
          <w:r>
            <w:rPr>
              <w:rStyle w:val="Textedelespacerserv"/>
              <w:rFonts w:asciiTheme="majorHAnsi" w:hAnsiTheme="majorHAnsi" w:cstheme="majorHAnsi"/>
              <w:sz w:val="20"/>
              <w:szCs w:val="20"/>
            </w:rPr>
            <w:t xml:space="preserve">                            </w:t>
          </w:r>
        </w:p>
      </w:docPartBody>
    </w:docPart>
    <w:docPart>
      <w:docPartPr>
        <w:name w:val="BB7B790A8F1447CD88B8033CF90579ED"/>
        <w:category>
          <w:name w:val="Général"/>
          <w:gallery w:val="placeholder"/>
        </w:category>
        <w:types>
          <w:type w:val="bbPlcHdr"/>
        </w:types>
        <w:behaviors>
          <w:behavior w:val="content"/>
        </w:behaviors>
        <w:guid w:val="{57560C15-B922-496E-9BD7-60F95278946E}"/>
      </w:docPartPr>
      <w:docPartBody>
        <w:p w:rsidR="00B7334D" w:rsidRDefault="00D81572" w:rsidP="00D81572">
          <w:pPr>
            <w:pStyle w:val="BB7B790A8F1447CD88B8033CF90579ED1"/>
          </w:pPr>
          <w:r>
            <w:rPr>
              <w:rStyle w:val="Textedelespacerserv"/>
              <w:rFonts w:asciiTheme="majorHAnsi" w:hAnsiTheme="majorHAnsi" w:cstheme="majorHAnsi"/>
              <w:sz w:val="20"/>
              <w:szCs w:val="20"/>
            </w:rPr>
            <w:t xml:space="preserve">                            </w:t>
          </w:r>
        </w:p>
      </w:docPartBody>
    </w:docPart>
    <w:docPart>
      <w:docPartPr>
        <w:name w:val="75EE8A41B5144F839F111D882F65F6C0"/>
        <w:category>
          <w:name w:val="Général"/>
          <w:gallery w:val="placeholder"/>
        </w:category>
        <w:types>
          <w:type w:val="bbPlcHdr"/>
        </w:types>
        <w:behaviors>
          <w:behavior w:val="content"/>
        </w:behaviors>
        <w:guid w:val="{08F8642D-3A3E-4F1B-BB9A-4C67EC32E1CB}"/>
      </w:docPartPr>
      <w:docPartBody>
        <w:p w:rsidR="00B7334D" w:rsidRDefault="00D81572" w:rsidP="00D81572">
          <w:pPr>
            <w:pStyle w:val="75EE8A41B5144F839F111D882F65F6C01"/>
          </w:pPr>
          <w:r>
            <w:rPr>
              <w:rStyle w:val="Textedelespacerserv"/>
              <w:rFonts w:asciiTheme="majorHAnsi" w:hAnsiTheme="majorHAnsi" w:cstheme="majorHAnsi"/>
              <w:sz w:val="20"/>
              <w:szCs w:val="20"/>
            </w:rPr>
            <w:t xml:space="preserve">                            </w:t>
          </w:r>
        </w:p>
      </w:docPartBody>
    </w:docPart>
    <w:docPart>
      <w:docPartPr>
        <w:name w:val="4E44D5319010417183AB472B75D94796"/>
        <w:category>
          <w:name w:val="Général"/>
          <w:gallery w:val="placeholder"/>
        </w:category>
        <w:types>
          <w:type w:val="bbPlcHdr"/>
        </w:types>
        <w:behaviors>
          <w:behavior w:val="content"/>
        </w:behaviors>
        <w:guid w:val="{0FB67F89-69F5-4D58-8B8F-9B9C7CB1C993}"/>
      </w:docPartPr>
      <w:docPartBody>
        <w:p w:rsidR="00B7334D" w:rsidRDefault="00D81572" w:rsidP="00D81572">
          <w:pPr>
            <w:pStyle w:val="4E44D5319010417183AB472B75D947961"/>
          </w:pPr>
          <w:r>
            <w:rPr>
              <w:rStyle w:val="Textedelespacerserv"/>
              <w:rFonts w:asciiTheme="majorHAnsi" w:hAnsiTheme="majorHAnsi" w:cstheme="majorHAnsi"/>
              <w:sz w:val="20"/>
              <w:szCs w:val="20"/>
            </w:rPr>
            <w:t xml:space="preserve">                            </w:t>
          </w:r>
        </w:p>
      </w:docPartBody>
    </w:docPart>
    <w:docPart>
      <w:docPartPr>
        <w:name w:val="0812A3267E294773B21AE7F473E901D5"/>
        <w:category>
          <w:name w:val="Général"/>
          <w:gallery w:val="placeholder"/>
        </w:category>
        <w:types>
          <w:type w:val="bbPlcHdr"/>
        </w:types>
        <w:behaviors>
          <w:behavior w:val="content"/>
        </w:behaviors>
        <w:guid w:val="{AA9E4D10-6D97-4C3D-9B3C-64E17CE178C8}"/>
      </w:docPartPr>
      <w:docPartBody>
        <w:p w:rsidR="00B7334D" w:rsidRDefault="00D81572" w:rsidP="00D81572">
          <w:pPr>
            <w:pStyle w:val="0812A3267E294773B21AE7F473E901D51"/>
          </w:pPr>
          <w:r>
            <w:rPr>
              <w:rStyle w:val="Textedelespacerserv"/>
              <w:rFonts w:asciiTheme="majorHAnsi" w:hAnsiTheme="majorHAnsi" w:cstheme="majorHAnsi"/>
              <w:sz w:val="20"/>
              <w:szCs w:val="20"/>
            </w:rPr>
            <w:t xml:space="preserve">                            </w:t>
          </w:r>
        </w:p>
      </w:docPartBody>
    </w:docPart>
    <w:docPart>
      <w:docPartPr>
        <w:name w:val="B868C01844474CB3B0A5B1DA3AAD4575"/>
        <w:category>
          <w:name w:val="Général"/>
          <w:gallery w:val="placeholder"/>
        </w:category>
        <w:types>
          <w:type w:val="bbPlcHdr"/>
        </w:types>
        <w:behaviors>
          <w:behavior w:val="content"/>
        </w:behaviors>
        <w:guid w:val="{FC41E394-174F-4510-8B15-454DDAE4A7C3}"/>
      </w:docPartPr>
      <w:docPartBody>
        <w:p w:rsidR="00B7334D" w:rsidRDefault="00D81572" w:rsidP="00D81572">
          <w:pPr>
            <w:pStyle w:val="B868C01844474CB3B0A5B1DA3AAD45751"/>
          </w:pPr>
          <w:r>
            <w:rPr>
              <w:rStyle w:val="Textedelespacerserv"/>
              <w:rFonts w:asciiTheme="majorHAnsi" w:hAnsiTheme="majorHAnsi" w:cstheme="majorHAnsi"/>
              <w:sz w:val="20"/>
              <w:szCs w:val="20"/>
            </w:rPr>
            <w:t xml:space="preserve">                            </w:t>
          </w:r>
        </w:p>
      </w:docPartBody>
    </w:docPart>
    <w:docPart>
      <w:docPartPr>
        <w:name w:val="1E2F870DC4EC459BB3BCE6BFF80B1245"/>
        <w:category>
          <w:name w:val="Général"/>
          <w:gallery w:val="placeholder"/>
        </w:category>
        <w:types>
          <w:type w:val="bbPlcHdr"/>
        </w:types>
        <w:behaviors>
          <w:behavior w:val="content"/>
        </w:behaviors>
        <w:guid w:val="{D956D034-D5B7-4733-947B-6528FB10A8EF}"/>
      </w:docPartPr>
      <w:docPartBody>
        <w:p w:rsidR="00B7334D" w:rsidRDefault="00D81572" w:rsidP="00D81572">
          <w:pPr>
            <w:pStyle w:val="1E2F870DC4EC459BB3BCE6BFF80B12451"/>
          </w:pPr>
          <w:r>
            <w:rPr>
              <w:rStyle w:val="Textedelespacerserv"/>
              <w:rFonts w:asciiTheme="majorHAnsi" w:hAnsiTheme="majorHAnsi" w:cstheme="majorHAnsi"/>
              <w:sz w:val="20"/>
              <w:szCs w:val="20"/>
            </w:rPr>
            <w:t xml:space="preserve">                            </w:t>
          </w:r>
        </w:p>
      </w:docPartBody>
    </w:docPart>
    <w:docPart>
      <w:docPartPr>
        <w:name w:val="1FF65ACB50314E68A444A8D3200BF5C1"/>
        <w:category>
          <w:name w:val="Général"/>
          <w:gallery w:val="placeholder"/>
        </w:category>
        <w:types>
          <w:type w:val="bbPlcHdr"/>
        </w:types>
        <w:behaviors>
          <w:behavior w:val="content"/>
        </w:behaviors>
        <w:guid w:val="{2B85F660-CEEB-4EF9-B3B1-4569CF986359}"/>
      </w:docPartPr>
      <w:docPartBody>
        <w:p w:rsidR="00B7334D" w:rsidRDefault="00D81572" w:rsidP="00D81572">
          <w:pPr>
            <w:pStyle w:val="1FF65ACB50314E68A444A8D3200BF5C11"/>
          </w:pPr>
          <w:r>
            <w:rPr>
              <w:rStyle w:val="Textedelespacerserv"/>
              <w:rFonts w:asciiTheme="majorHAnsi" w:hAnsiTheme="majorHAnsi" w:cstheme="majorHAnsi"/>
              <w:sz w:val="20"/>
              <w:szCs w:val="20"/>
            </w:rPr>
            <w:t xml:space="preserve">                            </w:t>
          </w:r>
        </w:p>
      </w:docPartBody>
    </w:docPart>
    <w:docPart>
      <w:docPartPr>
        <w:name w:val="FC75A81BCD374B038D03E2D229997B6B"/>
        <w:category>
          <w:name w:val="Général"/>
          <w:gallery w:val="placeholder"/>
        </w:category>
        <w:types>
          <w:type w:val="bbPlcHdr"/>
        </w:types>
        <w:behaviors>
          <w:behavior w:val="content"/>
        </w:behaviors>
        <w:guid w:val="{51A3B0FC-3CCF-4D1F-8CCC-6579302BD259}"/>
      </w:docPartPr>
      <w:docPartBody>
        <w:p w:rsidR="00B7334D" w:rsidRDefault="00D81572" w:rsidP="00D81572">
          <w:pPr>
            <w:pStyle w:val="FC75A81BCD374B038D03E2D229997B6B1"/>
          </w:pPr>
          <w:r>
            <w:rPr>
              <w:rStyle w:val="Textedelespacerserv"/>
              <w:rFonts w:asciiTheme="majorHAnsi" w:hAnsiTheme="majorHAnsi" w:cstheme="majorHAnsi"/>
              <w:sz w:val="20"/>
              <w:szCs w:val="20"/>
            </w:rPr>
            <w:t xml:space="preserve">                            </w:t>
          </w:r>
        </w:p>
      </w:docPartBody>
    </w:docPart>
    <w:docPart>
      <w:docPartPr>
        <w:name w:val="5D4B38AFC4794C30849908FB5A596C65"/>
        <w:category>
          <w:name w:val="Général"/>
          <w:gallery w:val="placeholder"/>
        </w:category>
        <w:types>
          <w:type w:val="bbPlcHdr"/>
        </w:types>
        <w:behaviors>
          <w:behavior w:val="content"/>
        </w:behaviors>
        <w:guid w:val="{6E10F0FF-9F21-4E18-84D7-B98DB4E9ED12}"/>
      </w:docPartPr>
      <w:docPartBody>
        <w:p w:rsidR="00B7334D" w:rsidRDefault="00D81572" w:rsidP="00D81572">
          <w:pPr>
            <w:pStyle w:val="5D4B38AFC4794C30849908FB5A596C651"/>
          </w:pPr>
          <w:r>
            <w:rPr>
              <w:rStyle w:val="Textedelespacerserv"/>
              <w:rFonts w:asciiTheme="majorHAnsi" w:hAnsiTheme="majorHAnsi" w:cstheme="majorHAnsi"/>
              <w:sz w:val="20"/>
              <w:szCs w:val="20"/>
            </w:rPr>
            <w:t xml:space="preserve">                            </w:t>
          </w:r>
        </w:p>
      </w:docPartBody>
    </w:docPart>
    <w:docPart>
      <w:docPartPr>
        <w:name w:val="62F2ABD76E344F63B6E9D095B12C768E"/>
        <w:category>
          <w:name w:val="Général"/>
          <w:gallery w:val="placeholder"/>
        </w:category>
        <w:types>
          <w:type w:val="bbPlcHdr"/>
        </w:types>
        <w:behaviors>
          <w:behavior w:val="content"/>
        </w:behaviors>
        <w:guid w:val="{DAAF8948-A7A6-41EF-BFF5-FEB37C9B3DEB}"/>
      </w:docPartPr>
      <w:docPartBody>
        <w:p w:rsidR="00B7334D" w:rsidRDefault="00D81572" w:rsidP="00D81572">
          <w:pPr>
            <w:pStyle w:val="62F2ABD76E344F63B6E9D095B12C768E1"/>
          </w:pPr>
          <w:r>
            <w:rPr>
              <w:rStyle w:val="Textedelespacerserv"/>
              <w:rFonts w:asciiTheme="majorHAnsi" w:hAnsiTheme="majorHAnsi" w:cstheme="majorHAnsi"/>
              <w:sz w:val="20"/>
              <w:szCs w:val="20"/>
            </w:rPr>
            <w:t xml:space="preserve">                            </w:t>
          </w:r>
        </w:p>
      </w:docPartBody>
    </w:docPart>
    <w:docPart>
      <w:docPartPr>
        <w:name w:val="5F2C45E36C5C44E6BCE6F441B0D6F804"/>
        <w:category>
          <w:name w:val="Général"/>
          <w:gallery w:val="placeholder"/>
        </w:category>
        <w:types>
          <w:type w:val="bbPlcHdr"/>
        </w:types>
        <w:behaviors>
          <w:behavior w:val="content"/>
        </w:behaviors>
        <w:guid w:val="{73AFD81C-B85F-4177-8CAA-4EE48C30E3AE}"/>
      </w:docPartPr>
      <w:docPartBody>
        <w:p w:rsidR="00B7334D" w:rsidRDefault="00D81572" w:rsidP="00D81572">
          <w:pPr>
            <w:pStyle w:val="5F2C45E36C5C44E6BCE6F441B0D6F8041"/>
          </w:pPr>
          <w:r>
            <w:rPr>
              <w:rStyle w:val="Textedelespacerserv"/>
              <w:rFonts w:asciiTheme="majorHAnsi" w:hAnsiTheme="majorHAnsi" w:cstheme="majorHAnsi"/>
              <w:sz w:val="20"/>
              <w:szCs w:val="20"/>
            </w:rPr>
            <w:t xml:space="preserve">                            </w:t>
          </w:r>
        </w:p>
      </w:docPartBody>
    </w:docPart>
    <w:docPart>
      <w:docPartPr>
        <w:name w:val="53E5940BA41B4DDF8B7D1F48E3020DB3"/>
        <w:category>
          <w:name w:val="Général"/>
          <w:gallery w:val="placeholder"/>
        </w:category>
        <w:types>
          <w:type w:val="bbPlcHdr"/>
        </w:types>
        <w:behaviors>
          <w:behavior w:val="content"/>
        </w:behaviors>
        <w:guid w:val="{8261CD99-7FF5-4B9C-8EDB-BDEBB48180D0}"/>
      </w:docPartPr>
      <w:docPartBody>
        <w:p w:rsidR="00B7334D" w:rsidRDefault="00D81572" w:rsidP="00D81572">
          <w:pPr>
            <w:pStyle w:val="53E5940BA41B4DDF8B7D1F48E3020DB31"/>
          </w:pPr>
          <w:r>
            <w:rPr>
              <w:rStyle w:val="Textedelespacerserv"/>
              <w:rFonts w:asciiTheme="majorHAnsi" w:hAnsiTheme="majorHAnsi" w:cstheme="majorHAnsi"/>
              <w:sz w:val="20"/>
              <w:szCs w:val="20"/>
            </w:rPr>
            <w:t xml:space="preserve">                            </w:t>
          </w:r>
        </w:p>
      </w:docPartBody>
    </w:docPart>
    <w:docPart>
      <w:docPartPr>
        <w:name w:val="14F9D7A7AA6F4F11ACDA737344387D72"/>
        <w:category>
          <w:name w:val="Général"/>
          <w:gallery w:val="placeholder"/>
        </w:category>
        <w:types>
          <w:type w:val="bbPlcHdr"/>
        </w:types>
        <w:behaviors>
          <w:behavior w:val="content"/>
        </w:behaviors>
        <w:guid w:val="{58CDB1AD-C635-4388-BB89-512D144999C3}"/>
      </w:docPartPr>
      <w:docPartBody>
        <w:p w:rsidR="00B7334D" w:rsidRDefault="00D81572" w:rsidP="00D81572">
          <w:pPr>
            <w:pStyle w:val="14F9D7A7AA6F4F11ACDA737344387D721"/>
          </w:pPr>
          <w:r>
            <w:rPr>
              <w:rStyle w:val="Textedelespacerserv"/>
              <w:rFonts w:asciiTheme="majorHAnsi" w:hAnsiTheme="majorHAnsi" w:cstheme="majorHAnsi"/>
              <w:sz w:val="20"/>
              <w:szCs w:val="20"/>
            </w:rPr>
            <w:t xml:space="preserve">                            </w:t>
          </w:r>
        </w:p>
      </w:docPartBody>
    </w:docPart>
    <w:docPart>
      <w:docPartPr>
        <w:name w:val="A138C6FD2CE84892A3E226D82F536F6C"/>
        <w:category>
          <w:name w:val="Général"/>
          <w:gallery w:val="placeholder"/>
        </w:category>
        <w:types>
          <w:type w:val="bbPlcHdr"/>
        </w:types>
        <w:behaviors>
          <w:behavior w:val="content"/>
        </w:behaviors>
        <w:guid w:val="{39417378-41F2-41FE-A9AC-94BAADE3769C}"/>
      </w:docPartPr>
      <w:docPartBody>
        <w:p w:rsidR="00B7334D" w:rsidRDefault="00D81572" w:rsidP="00D81572">
          <w:pPr>
            <w:pStyle w:val="A138C6FD2CE84892A3E226D82F536F6C1"/>
          </w:pPr>
          <w:r>
            <w:rPr>
              <w:rStyle w:val="Textedelespacerserv"/>
              <w:rFonts w:asciiTheme="majorHAnsi" w:hAnsiTheme="majorHAnsi" w:cstheme="majorHAnsi"/>
              <w:sz w:val="20"/>
              <w:szCs w:val="20"/>
            </w:rPr>
            <w:t xml:space="preserve">                            </w:t>
          </w:r>
        </w:p>
      </w:docPartBody>
    </w:docPart>
    <w:docPart>
      <w:docPartPr>
        <w:name w:val="7DD3912030FC4965955FA5CAD8B94F07"/>
        <w:category>
          <w:name w:val="Général"/>
          <w:gallery w:val="placeholder"/>
        </w:category>
        <w:types>
          <w:type w:val="bbPlcHdr"/>
        </w:types>
        <w:behaviors>
          <w:behavior w:val="content"/>
        </w:behaviors>
        <w:guid w:val="{8119276A-422B-40F3-9543-6045320C49F7}"/>
      </w:docPartPr>
      <w:docPartBody>
        <w:p w:rsidR="00B7334D" w:rsidRDefault="00D81572" w:rsidP="00D81572">
          <w:pPr>
            <w:pStyle w:val="7DD3912030FC4965955FA5CAD8B94F071"/>
          </w:pPr>
          <w:r>
            <w:rPr>
              <w:rStyle w:val="Textedelespacerserv"/>
              <w:rFonts w:asciiTheme="majorHAnsi" w:hAnsiTheme="majorHAnsi" w:cstheme="majorHAnsi"/>
              <w:sz w:val="20"/>
              <w:szCs w:val="20"/>
            </w:rPr>
            <w:t xml:space="preserve">                            </w:t>
          </w:r>
        </w:p>
      </w:docPartBody>
    </w:docPart>
    <w:docPart>
      <w:docPartPr>
        <w:name w:val="E53B47DC94FD464D85B892F8BACFF63F"/>
        <w:category>
          <w:name w:val="Général"/>
          <w:gallery w:val="placeholder"/>
        </w:category>
        <w:types>
          <w:type w:val="bbPlcHdr"/>
        </w:types>
        <w:behaviors>
          <w:behavior w:val="content"/>
        </w:behaviors>
        <w:guid w:val="{7C4DFC3E-B283-424F-8DEF-97A76D4D3D92}"/>
      </w:docPartPr>
      <w:docPartBody>
        <w:p w:rsidR="00B7334D" w:rsidRDefault="00D81572" w:rsidP="00D81572">
          <w:pPr>
            <w:pStyle w:val="E53B47DC94FD464D85B892F8BACFF63F1"/>
          </w:pPr>
          <w:r>
            <w:rPr>
              <w:rStyle w:val="Textedelespacerserv"/>
              <w:rFonts w:asciiTheme="majorHAnsi" w:hAnsiTheme="majorHAnsi" w:cstheme="majorHAnsi"/>
              <w:sz w:val="20"/>
              <w:szCs w:val="20"/>
            </w:rPr>
            <w:t xml:space="preserve">                            </w:t>
          </w:r>
        </w:p>
      </w:docPartBody>
    </w:docPart>
    <w:docPart>
      <w:docPartPr>
        <w:name w:val="5CA0B4575B254350BEEF21396E888787"/>
        <w:category>
          <w:name w:val="Général"/>
          <w:gallery w:val="placeholder"/>
        </w:category>
        <w:types>
          <w:type w:val="bbPlcHdr"/>
        </w:types>
        <w:behaviors>
          <w:behavior w:val="content"/>
        </w:behaviors>
        <w:guid w:val="{6E46BF23-D274-4A09-8D2B-FB301588903F}"/>
      </w:docPartPr>
      <w:docPartBody>
        <w:p w:rsidR="00B7334D" w:rsidRDefault="00D81572" w:rsidP="00D81572">
          <w:pPr>
            <w:pStyle w:val="5CA0B4575B254350BEEF21396E8887871"/>
          </w:pPr>
          <w:r>
            <w:rPr>
              <w:rStyle w:val="Textedelespacerserv"/>
              <w:rFonts w:asciiTheme="majorHAnsi" w:hAnsiTheme="majorHAnsi" w:cstheme="majorHAnsi"/>
              <w:sz w:val="20"/>
              <w:szCs w:val="20"/>
            </w:rPr>
            <w:t xml:space="preserve">                            </w:t>
          </w:r>
        </w:p>
      </w:docPartBody>
    </w:docPart>
    <w:docPart>
      <w:docPartPr>
        <w:name w:val="1B3D4D50102C42D5A2644CC3C05F536F"/>
        <w:category>
          <w:name w:val="Général"/>
          <w:gallery w:val="placeholder"/>
        </w:category>
        <w:types>
          <w:type w:val="bbPlcHdr"/>
        </w:types>
        <w:behaviors>
          <w:behavior w:val="content"/>
        </w:behaviors>
        <w:guid w:val="{4C67F5AB-24B7-4E11-8C98-ADF077703EF1}"/>
      </w:docPartPr>
      <w:docPartBody>
        <w:p w:rsidR="00B7334D" w:rsidRDefault="00D81572" w:rsidP="00D81572">
          <w:pPr>
            <w:pStyle w:val="1B3D4D50102C42D5A2644CC3C05F536F1"/>
          </w:pPr>
          <w:r>
            <w:rPr>
              <w:rStyle w:val="Textedelespacerserv"/>
              <w:rFonts w:asciiTheme="majorHAnsi" w:hAnsiTheme="majorHAnsi" w:cstheme="majorHAnsi"/>
              <w:sz w:val="20"/>
              <w:szCs w:val="20"/>
            </w:rPr>
            <w:t xml:space="preserve">                            </w:t>
          </w:r>
        </w:p>
      </w:docPartBody>
    </w:docPart>
    <w:docPart>
      <w:docPartPr>
        <w:name w:val="A0CCA58089FB4795A9D0D03ED1B92146"/>
        <w:category>
          <w:name w:val="Général"/>
          <w:gallery w:val="placeholder"/>
        </w:category>
        <w:types>
          <w:type w:val="bbPlcHdr"/>
        </w:types>
        <w:behaviors>
          <w:behavior w:val="content"/>
        </w:behaviors>
        <w:guid w:val="{7D125732-4CC2-44F9-B747-BA8D753CEBF0}"/>
      </w:docPartPr>
      <w:docPartBody>
        <w:p w:rsidR="00B7334D" w:rsidRDefault="00D81572" w:rsidP="00D81572">
          <w:pPr>
            <w:pStyle w:val="A0CCA58089FB4795A9D0D03ED1B921461"/>
          </w:pPr>
          <w:r>
            <w:rPr>
              <w:rStyle w:val="Textedelespacerserv"/>
              <w:rFonts w:asciiTheme="majorHAnsi" w:hAnsiTheme="majorHAnsi" w:cstheme="majorHAnsi"/>
              <w:sz w:val="20"/>
              <w:szCs w:val="20"/>
            </w:rPr>
            <w:t xml:space="preserve">                            </w:t>
          </w:r>
        </w:p>
      </w:docPartBody>
    </w:docPart>
    <w:docPart>
      <w:docPartPr>
        <w:name w:val="0B2391E4DCC84F6E9BF429722A152602"/>
        <w:category>
          <w:name w:val="Général"/>
          <w:gallery w:val="placeholder"/>
        </w:category>
        <w:types>
          <w:type w:val="bbPlcHdr"/>
        </w:types>
        <w:behaviors>
          <w:behavior w:val="content"/>
        </w:behaviors>
        <w:guid w:val="{6EA347B7-F612-461F-B6B0-7EE449F35EFB}"/>
      </w:docPartPr>
      <w:docPartBody>
        <w:p w:rsidR="00B7334D" w:rsidRDefault="00D81572" w:rsidP="00D81572">
          <w:pPr>
            <w:pStyle w:val="0B2391E4DCC84F6E9BF429722A1526021"/>
          </w:pPr>
          <w:r>
            <w:rPr>
              <w:rStyle w:val="Textedelespacerserv"/>
              <w:rFonts w:asciiTheme="majorHAnsi" w:hAnsiTheme="majorHAnsi" w:cstheme="majorHAnsi"/>
              <w:sz w:val="20"/>
              <w:szCs w:val="20"/>
            </w:rPr>
            <w:t xml:space="preserve">                            </w:t>
          </w:r>
        </w:p>
      </w:docPartBody>
    </w:docPart>
    <w:docPart>
      <w:docPartPr>
        <w:name w:val="472E837CBBF94CD4A5B9EF9829819224"/>
        <w:category>
          <w:name w:val="Général"/>
          <w:gallery w:val="placeholder"/>
        </w:category>
        <w:types>
          <w:type w:val="bbPlcHdr"/>
        </w:types>
        <w:behaviors>
          <w:behavior w:val="content"/>
        </w:behaviors>
        <w:guid w:val="{8EE917EA-6409-4C51-8661-98C2A994FAA3}"/>
      </w:docPartPr>
      <w:docPartBody>
        <w:p w:rsidR="00B7334D" w:rsidRDefault="00D81572" w:rsidP="00D81572">
          <w:pPr>
            <w:pStyle w:val="472E837CBBF94CD4A5B9EF98298192241"/>
          </w:pPr>
          <w:r>
            <w:rPr>
              <w:rStyle w:val="Textedelespacerserv"/>
              <w:rFonts w:asciiTheme="majorHAnsi" w:hAnsiTheme="majorHAnsi" w:cstheme="majorHAnsi"/>
              <w:sz w:val="20"/>
              <w:szCs w:val="20"/>
            </w:rPr>
            <w:t xml:space="preserve">                            </w:t>
          </w:r>
        </w:p>
      </w:docPartBody>
    </w:docPart>
    <w:docPart>
      <w:docPartPr>
        <w:name w:val="E4DBD473C9AD4D7682C0C19C34EC77C4"/>
        <w:category>
          <w:name w:val="Général"/>
          <w:gallery w:val="placeholder"/>
        </w:category>
        <w:types>
          <w:type w:val="bbPlcHdr"/>
        </w:types>
        <w:behaviors>
          <w:behavior w:val="content"/>
        </w:behaviors>
        <w:guid w:val="{71A54F15-0F72-4B1F-9654-9FFAD9810076}"/>
      </w:docPartPr>
      <w:docPartBody>
        <w:p w:rsidR="00B7334D" w:rsidRDefault="00D81572" w:rsidP="00D81572">
          <w:pPr>
            <w:pStyle w:val="E4DBD473C9AD4D7682C0C19C34EC77C41"/>
          </w:pPr>
          <w:r>
            <w:rPr>
              <w:rStyle w:val="Textedelespacerserv"/>
              <w:rFonts w:asciiTheme="majorHAnsi" w:hAnsiTheme="majorHAnsi" w:cstheme="majorHAnsi"/>
              <w:sz w:val="20"/>
              <w:szCs w:val="20"/>
            </w:rPr>
            <w:t xml:space="preserve">                            </w:t>
          </w:r>
        </w:p>
      </w:docPartBody>
    </w:docPart>
    <w:docPart>
      <w:docPartPr>
        <w:name w:val="A8C960CDC60046388F5650AA5E84FC16"/>
        <w:category>
          <w:name w:val="Général"/>
          <w:gallery w:val="placeholder"/>
        </w:category>
        <w:types>
          <w:type w:val="bbPlcHdr"/>
        </w:types>
        <w:behaviors>
          <w:behavior w:val="content"/>
        </w:behaviors>
        <w:guid w:val="{567F1BC8-6CA0-4C68-8B27-1CFB7DC48F0C}"/>
      </w:docPartPr>
      <w:docPartBody>
        <w:p w:rsidR="00B7334D" w:rsidRDefault="00D81572" w:rsidP="00D81572">
          <w:pPr>
            <w:pStyle w:val="A8C960CDC60046388F5650AA5E84FC161"/>
          </w:pPr>
          <w:r>
            <w:rPr>
              <w:rStyle w:val="Textedelespacerserv"/>
              <w:rFonts w:asciiTheme="majorHAnsi" w:hAnsiTheme="majorHAnsi" w:cstheme="majorHAnsi"/>
              <w:sz w:val="20"/>
              <w:szCs w:val="20"/>
            </w:rPr>
            <w:t xml:space="preserve">                            </w:t>
          </w:r>
        </w:p>
      </w:docPartBody>
    </w:docPart>
    <w:docPart>
      <w:docPartPr>
        <w:name w:val="FF5F42B34240441E8FF61800A235BAE4"/>
        <w:category>
          <w:name w:val="Général"/>
          <w:gallery w:val="placeholder"/>
        </w:category>
        <w:types>
          <w:type w:val="bbPlcHdr"/>
        </w:types>
        <w:behaviors>
          <w:behavior w:val="content"/>
        </w:behaviors>
        <w:guid w:val="{E951A78B-38BF-446F-A227-F4BE42F5829C}"/>
      </w:docPartPr>
      <w:docPartBody>
        <w:p w:rsidR="00B7334D" w:rsidRDefault="00D81572" w:rsidP="00D81572">
          <w:pPr>
            <w:pStyle w:val="FF5F42B34240441E8FF61800A235BAE41"/>
          </w:pPr>
          <w:r>
            <w:rPr>
              <w:rStyle w:val="Textedelespacerserv"/>
              <w:rFonts w:asciiTheme="majorHAnsi" w:hAnsiTheme="majorHAnsi" w:cstheme="majorHAnsi"/>
              <w:sz w:val="20"/>
              <w:szCs w:val="20"/>
            </w:rPr>
            <w:t xml:space="preserve">                            </w:t>
          </w:r>
        </w:p>
      </w:docPartBody>
    </w:docPart>
    <w:docPart>
      <w:docPartPr>
        <w:name w:val="73898C227B99412EB1D0CF43CE31D4E1"/>
        <w:category>
          <w:name w:val="Général"/>
          <w:gallery w:val="placeholder"/>
        </w:category>
        <w:types>
          <w:type w:val="bbPlcHdr"/>
        </w:types>
        <w:behaviors>
          <w:behavior w:val="content"/>
        </w:behaviors>
        <w:guid w:val="{DD372813-4934-4587-B5A1-3ED0AE871FCF}"/>
      </w:docPartPr>
      <w:docPartBody>
        <w:p w:rsidR="00B7334D" w:rsidRDefault="00D81572" w:rsidP="00D81572">
          <w:pPr>
            <w:pStyle w:val="73898C227B99412EB1D0CF43CE31D4E11"/>
          </w:pPr>
          <w:r>
            <w:rPr>
              <w:rStyle w:val="Textedelespacerserv"/>
              <w:rFonts w:asciiTheme="majorHAnsi" w:hAnsiTheme="majorHAnsi" w:cstheme="majorHAnsi"/>
              <w:sz w:val="20"/>
              <w:szCs w:val="20"/>
            </w:rPr>
            <w:t xml:space="preserve">                            </w:t>
          </w:r>
        </w:p>
      </w:docPartBody>
    </w:docPart>
    <w:docPart>
      <w:docPartPr>
        <w:name w:val="135775A2DDA944EAB137B2858C0D5F12"/>
        <w:category>
          <w:name w:val="Général"/>
          <w:gallery w:val="placeholder"/>
        </w:category>
        <w:types>
          <w:type w:val="bbPlcHdr"/>
        </w:types>
        <w:behaviors>
          <w:behavior w:val="content"/>
        </w:behaviors>
        <w:guid w:val="{4B221E6C-D5D4-4E6A-9D80-8EDE400293A3}"/>
      </w:docPartPr>
      <w:docPartBody>
        <w:p w:rsidR="00B7334D" w:rsidRDefault="00D81572" w:rsidP="00D81572">
          <w:pPr>
            <w:pStyle w:val="135775A2DDA944EAB137B2858C0D5F121"/>
          </w:pPr>
          <w:r>
            <w:rPr>
              <w:rStyle w:val="Textedelespacerserv"/>
              <w:rFonts w:asciiTheme="majorHAnsi" w:hAnsiTheme="majorHAnsi" w:cstheme="majorHAnsi"/>
              <w:sz w:val="20"/>
              <w:szCs w:val="20"/>
            </w:rPr>
            <w:t xml:space="preserve">                            </w:t>
          </w:r>
        </w:p>
      </w:docPartBody>
    </w:docPart>
    <w:docPart>
      <w:docPartPr>
        <w:name w:val="97C5955D2866451D95765B8DAA82523E"/>
        <w:category>
          <w:name w:val="Général"/>
          <w:gallery w:val="placeholder"/>
        </w:category>
        <w:types>
          <w:type w:val="bbPlcHdr"/>
        </w:types>
        <w:behaviors>
          <w:behavior w:val="content"/>
        </w:behaviors>
        <w:guid w:val="{A1757D19-F9D3-43FF-8D35-5D8BB9B425E5}"/>
      </w:docPartPr>
      <w:docPartBody>
        <w:p w:rsidR="00B7334D" w:rsidRDefault="00D81572" w:rsidP="00D81572">
          <w:pPr>
            <w:pStyle w:val="97C5955D2866451D95765B8DAA82523E1"/>
          </w:pPr>
          <w:r>
            <w:rPr>
              <w:rStyle w:val="Textedelespacerserv"/>
              <w:rFonts w:asciiTheme="majorHAnsi" w:hAnsiTheme="majorHAnsi" w:cstheme="majorHAnsi"/>
              <w:sz w:val="20"/>
              <w:szCs w:val="20"/>
            </w:rPr>
            <w:t xml:space="preserve">                            </w:t>
          </w:r>
        </w:p>
      </w:docPartBody>
    </w:docPart>
    <w:docPart>
      <w:docPartPr>
        <w:name w:val="F7CC8B84CC74461A86F1615EEDA8684F"/>
        <w:category>
          <w:name w:val="Général"/>
          <w:gallery w:val="placeholder"/>
        </w:category>
        <w:types>
          <w:type w:val="bbPlcHdr"/>
        </w:types>
        <w:behaviors>
          <w:behavior w:val="content"/>
        </w:behaviors>
        <w:guid w:val="{9219044C-4FE5-4A13-B8AD-8A164075D0F8}"/>
      </w:docPartPr>
      <w:docPartBody>
        <w:p w:rsidR="00B7334D" w:rsidRDefault="00D81572" w:rsidP="00D81572">
          <w:pPr>
            <w:pStyle w:val="F7CC8B84CC74461A86F1615EEDA8684F1"/>
          </w:pPr>
          <w:r>
            <w:rPr>
              <w:rStyle w:val="Textedelespacerserv"/>
              <w:rFonts w:asciiTheme="majorHAnsi" w:hAnsiTheme="majorHAnsi" w:cstheme="majorHAnsi"/>
              <w:sz w:val="20"/>
              <w:szCs w:val="20"/>
            </w:rPr>
            <w:t xml:space="preserve">                            </w:t>
          </w:r>
        </w:p>
      </w:docPartBody>
    </w:docPart>
    <w:docPart>
      <w:docPartPr>
        <w:name w:val="AD105D4160D545E8BE510AE8B930DC16"/>
        <w:category>
          <w:name w:val="Général"/>
          <w:gallery w:val="placeholder"/>
        </w:category>
        <w:types>
          <w:type w:val="bbPlcHdr"/>
        </w:types>
        <w:behaviors>
          <w:behavior w:val="content"/>
        </w:behaviors>
        <w:guid w:val="{20096AA6-D3C5-4BFB-B770-285FB9A31950}"/>
      </w:docPartPr>
      <w:docPartBody>
        <w:p w:rsidR="00B7334D" w:rsidRDefault="00D81572" w:rsidP="00D81572">
          <w:pPr>
            <w:pStyle w:val="AD105D4160D545E8BE510AE8B930DC161"/>
          </w:pPr>
          <w:r>
            <w:rPr>
              <w:rStyle w:val="Textedelespacerserv"/>
              <w:rFonts w:asciiTheme="majorHAnsi" w:hAnsiTheme="majorHAnsi" w:cstheme="majorHAnsi"/>
              <w:sz w:val="20"/>
              <w:szCs w:val="20"/>
            </w:rPr>
            <w:t xml:space="preserve">                            </w:t>
          </w:r>
        </w:p>
      </w:docPartBody>
    </w:docPart>
    <w:docPart>
      <w:docPartPr>
        <w:name w:val="53E8916F90704558AEA996722EB68BF0"/>
        <w:category>
          <w:name w:val="Général"/>
          <w:gallery w:val="placeholder"/>
        </w:category>
        <w:types>
          <w:type w:val="bbPlcHdr"/>
        </w:types>
        <w:behaviors>
          <w:behavior w:val="content"/>
        </w:behaviors>
        <w:guid w:val="{531AEB7C-B57A-47FA-B8DA-D5BF0CF508C1}"/>
      </w:docPartPr>
      <w:docPartBody>
        <w:p w:rsidR="00B7334D" w:rsidRDefault="00D81572" w:rsidP="00D81572">
          <w:pPr>
            <w:pStyle w:val="53E8916F90704558AEA996722EB68BF01"/>
          </w:pPr>
          <w:r>
            <w:rPr>
              <w:rStyle w:val="Textedelespacerserv"/>
              <w:rFonts w:asciiTheme="majorHAnsi" w:hAnsiTheme="majorHAnsi" w:cstheme="majorHAnsi"/>
              <w:sz w:val="20"/>
              <w:szCs w:val="20"/>
            </w:rPr>
            <w:t xml:space="preserve">                            </w:t>
          </w:r>
        </w:p>
      </w:docPartBody>
    </w:docPart>
    <w:docPart>
      <w:docPartPr>
        <w:name w:val="50C3D5DED5D746C9ACB25D88E1603DD2"/>
        <w:category>
          <w:name w:val="Général"/>
          <w:gallery w:val="placeholder"/>
        </w:category>
        <w:types>
          <w:type w:val="bbPlcHdr"/>
        </w:types>
        <w:behaviors>
          <w:behavior w:val="content"/>
        </w:behaviors>
        <w:guid w:val="{C6BE6C94-34CE-4FE9-B85F-A466042F983F}"/>
      </w:docPartPr>
      <w:docPartBody>
        <w:p w:rsidR="00B7334D" w:rsidRDefault="00D81572" w:rsidP="00D81572">
          <w:pPr>
            <w:pStyle w:val="50C3D5DED5D746C9ACB25D88E1603DD21"/>
          </w:pPr>
          <w:r>
            <w:rPr>
              <w:rStyle w:val="Textedelespacerserv"/>
              <w:rFonts w:asciiTheme="majorHAnsi" w:hAnsiTheme="majorHAnsi" w:cstheme="majorHAnsi"/>
              <w:sz w:val="20"/>
              <w:szCs w:val="20"/>
            </w:rPr>
            <w:t xml:space="preserve">                            </w:t>
          </w:r>
        </w:p>
      </w:docPartBody>
    </w:docPart>
    <w:docPart>
      <w:docPartPr>
        <w:name w:val="E9618911967741BF8CC79BAA126B3274"/>
        <w:category>
          <w:name w:val="Général"/>
          <w:gallery w:val="placeholder"/>
        </w:category>
        <w:types>
          <w:type w:val="bbPlcHdr"/>
        </w:types>
        <w:behaviors>
          <w:behavior w:val="content"/>
        </w:behaviors>
        <w:guid w:val="{EFCD746A-ED83-4935-9CC1-B21840CC6A4B}"/>
      </w:docPartPr>
      <w:docPartBody>
        <w:p w:rsidR="00B7334D" w:rsidRDefault="00D81572" w:rsidP="00D81572">
          <w:pPr>
            <w:pStyle w:val="E9618911967741BF8CC79BAA126B32741"/>
          </w:pPr>
          <w:r>
            <w:rPr>
              <w:rStyle w:val="Textedelespacerserv"/>
              <w:rFonts w:asciiTheme="majorHAnsi" w:hAnsiTheme="majorHAnsi" w:cstheme="majorHAnsi"/>
              <w:sz w:val="20"/>
              <w:szCs w:val="20"/>
            </w:rPr>
            <w:t xml:space="preserve">                            </w:t>
          </w:r>
        </w:p>
      </w:docPartBody>
    </w:docPart>
    <w:docPart>
      <w:docPartPr>
        <w:name w:val="251F4D580BD04522B04B1EE97F1B4384"/>
        <w:category>
          <w:name w:val="Général"/>
          <w:gallery w:val="placeholder"/>
        </w:category>
        <w:types>
          <w:type w:val="bbPlcHdr"/>
        </w:types>
        <w:behaviors>
          <w:behavior w:val="content"/>
        </w:behaviors>
        <w:guid w:val="{CC019588-EF72-466B-A44E-29CEC2C3509B}"/>
      </w:docPartPr>
      <w:docPartBody>
        <w:p w:rsidR="00B7334D" w:rsidRDefault="00D81572" w:rsidP="00D81572">
          <w:pPr>
            <w:pStyle w:val="251F4D580BD04522B04B1EE97F1B43841"/>
          </w:pPr>
          <w:r>
            <w:rPr>
              <w:rStyle w:val="Textedelespacerserv"/>
              <w:rFonts w:asciiTheme="majorHAnsi" w:hAnsiTheme="majorHAnsi" w:cstheme="majorHAnsi"/>
              <w:sz w:val="20"/>
              <w:szCs w:val="20"/>
            </w:rPr>
            <w:t xml:space="preserve">                            </w:t>
          </w:r>
        </w:p>
      </w:docPartBody>
    </w:docPart>
    <w:docPart>
      <w:docPartPr>
        <w:name w:val="15538B557A1C4903A8D1E1032421572C"/>
        <w:category>
          <w:name w:val="Général"/>
          <w:gallery w:val="placeholder"/>
        </w:category>
        <w:types>
          <w:type w:val="bbPlcHdr"/>
        </w:types>
        <w:behaviors>
          <w:behavior w:val="content"/>
        </w:behaviors>
        <w:guid w:val="{F0C57192-E10F-4D82-9C97-300FA50C49EA}"/>
      </w:docPartPr>
      <w:docPartBody>
        <w:p w:rsidR="00B7334D" w:rsidRDefault="00D81572" w:rsidP="00D81572">
          <w:pPr>
            <w:pStyle w:val="15538B557A1C4903A8D1E1032421572C1"/>
          </w:pPr>
          <w:r>
            <w:rPr>
              <w:rStyle w:val="Textedelespacerserv"/>
              <w:rFonts w:asciiTheme="majorHAnsi" w:hAnsiTheme="majorHAnsi" w:cstheme="majorHAnsi"/>
              <w:sz w:val="20"/>
              <w:szCs w:val="20"/>
            </w:rPr>
            <w:t xml:space="preserve">                            </w:t>
          </w:r>
        </w:p>
      </w:docPartBody>
    </w:docPart>
    <w:docPart>
      <w:docPartPr>
        <w:name w:val="1D021424B8B94BADAE95240D36FC92D1"/>
        <w:category>
          <w:name w:val="Général"/>
          <w:gallery w:val="placeholder"/>
        </w:category>
        <w:types>
          <w:type w:val="bbPlcHdr"/>
        </w:types>
        <w:behaviors>
          <w:behavior w:val="content"/>
        </w:behaviors>
        <w:guid w:val="{E925BE1E-AE70-412E-AC9B-CB9CAEDD2368}"/>
      </w:docPartPr>
      <w:docPartBody>
        <w:p w:rsidR="00B7334D" w:rsidRDefault="00D81572" w:rsidP="00D81572">
          <w:pPr>
            <w:pStyle w:val="1D021424B8B94BADAE95240D36FC92D11"/>
          </w:pPr>
          <w:r>
            <w:rPr>
              <w:rStyle w:val="Textedelespacerserv"/>
              <w:rFonts w:asciiTheme="majorHAnsi" w:hAnsiTheme="majorHAnsi" w:cstheme="majorHAnsi"/>
              <w:sz w:val="20"/>
              <w:szCs w:val="20"/>
            </w:rPr>
            <w:t xml:space="preserve">                            </w:t>
          </w:r>
        </w:p>
      </w:docPartBody>
    </w:docPart>
    <w:docPart>
      <w:docPartPr>
        <w:name w:val="F605FD174BD04E3E92F14619807232EA"/>
        <w:category>
          <w:name w:val="Général"/>
          <w:gallery w:val="placeholder"/>
        </w:category>
        <w:types>
          <w:type w:val="bbPlcHdr"/>
        </w:types>
        <w:behaviors>
          <w:behavior w:val="content"/>
        </w:behaviors>
        <w:guid w:val="{FC28B7EC-8E75-46F5-BA1D-14A11E736292}"/>
      </w:docPartPr>
      <w:docPartBody>
        <w:p w:rsidR="00B7334D" w:rsidRDefault="00D81572" w:rsidP="00D81572">
          <w:pPr>
            <w:pStyle w:val="F605FD174BD04E3E92F14619807232EA1"/>
          </w:pPr>
          <w:r>
            <w:rPr>
              <w:rStyle w:val="Textedelespacerserv"/>
              <w:rFonts w:asciiTheme="majorHAnsi" w:hAnsiTheme="majorHAnsi" w:cstheme="majorHAnsi"/>
              <w:sz w:val="20"/>
              <w:szCs w:val="20"/>
            </w:rPr>
            <w:t xml:space="preserve">                            </w:t>
          </w:r>
        </w:p>
      </w:docPartBody>
    </w:docPart>
    <w:docPart>
      <w:docPartPr>
        <w:name w:val="DCDE3B51EC384EDFAC10AE331DACCEDD"/>
        <w:category>
          <w:name w:val="Général"/>
          <w:gallery w:val="placeholder"/>
        </w:category>
        <w:types>
          <w:type w:val="bbPlcHdr"/>
        </w:types>
        <w:behaviors>
          <w:behavior w:val="content"/>
        </w:behaviors>
        <w:guid w:val="{CF8FAC3C-238E-4C69-BA35-CA035571B525}"/>
      </w:docPartPr>
      <w:docPartBody>
        <w:p w:rsidR="00B7334D" w:rsidRDefault="00D81572" w:rsidP="00D81572">
          <w:pPr>
            <w:pStyle w:val="DCDE3B51EC384EDFAC10AE331DACCEDD1"/>
          </w:pPr>
          <w:r>
            <w:rPr>
              <w:rStyle w:val="Textedelespacerserv"/>
              <w:rFonts w:asciiTheme="majorHAnsi" w:hAnsiTheme="majorHAnsi" w:cstheme="majorHAnsi"/>
              <w:sz w:val="20"/>
              <w:szCs w:val="20"/>
            </w:rPr>
            <w:t xml:space="preserve">                            </w:t>
          </w:r>
        </w:p>
      </w:docPartBody>
    </w:docPart>
    <w:docPart>
      <w:docPartPr>
        <w:name w:val="DB73456109D94AA094006623E6743EA0"/>
        <w:category>
          <w:name w:val="Général"/>
          <w:gallery w:val="placeholder"/>
        </w:category>
        <w:types>
          <w:type w:val="bbPlcHdr"/>
        </w:types>
        <w:behaviors>
          <w:behavior w:val="content"/>
        </w:behaviors>
        <w:guid w:val="{5DEB2C6B-2C4A-459E-9C5A-A1072D48081D}"/>
      </w:docPartPr>
      <w:docPartBody>
        <w:p w:rsidR="00B7334D" w:rsidRDefault="00D81572" w:rsidP="00D81572">
          <w:pPr>
            <w:pStyle w:val="DB73456109D94AA094006623E6743EA01"/>
          </w:pPr>
          <w:r>
            <w:rPr>
              <w:rStyle w:val="Textedelespacerserv"/>
              <w:rFonts w:asciiTheme="majorHAnsi" w:hAnsiTheme="majorHAnsi" w:cstheme="majorHAnsi"/>
              <w:sz w:val="20"/>
              <w:szCs w:val="20"/>
            </w:rPr>
            <w:t xml:space="preserve">                            </w:t>
          </w:r>
        </w:p>
      </w:docPartBody>
    </w:docPart>
    <w:docPart>
      <w:docPartPr>
        <w:name w:val="320E4C1A602B4F819F25B400FB4DB884"/>
        <w:category>
          <w:name w:val="Général"/>
          <w:gallery w:val="placeholder"/>
        </w:category>
        <w:types>
          <w:type w:val="bbPlcHdr"/>
        </w:types>
        <w:behaviors>
          <w:behavior w:val="content"/>
        </w:behaviors>
        <w:guid w:val="{0C996236-9547-491B-A196-84D0C37271BE}"/>
      </w:docPartPr>
      <w:docPartBody>
        <w:p w:rsidR="00B7334D" w:rsidRDefault="00D81572" w:rsidP="00D81572">
          <w:pPr>
            <w:pStyle w:val="320E4C1A602B4F819F25B400FB4DB8841"/>
          </w:pPr>
          <w:r>
            <w:rPr>
              <w:rStyle w:val="Textedelespacerserv"/>
              <w:rFonts w:asciiTheme="majorHAnsi" w:hAnsiTheme="majorHAnsi" w:cstheme="majorHAnsi"/>
              <w:sz w:val="20"/>
              <w:szCs w:val="20"/>
            </w:rPr>
            <w:t xml:space="preserve">                            </w:t>
          </w:r>
        </w:p>
      </w:docPartBody>
    </w:docPart>
    <w:docPart>
      <w:docPartPr>
        <w:name w:val="BDFD21A8EA964E74BCCA1717E03694A0"/>
        <w:category>
          <w:name w:val="Général"/>
          <w:gallery w:val="placeholder"/>
        </w:category>
        <w:types>
          <w:type w:val="bbPlcHdr"/>
        </w:types>
        <w:behaviors>
          <w:behavior w:val="content"/>
        </w:behaviors>
        <w:guid w:val="{0D64409A-3CB9-42E5-9FEC-361FC0611C74}"/>
      </w:docPartPr>
      <w:docPartBody>
        <w:p w:rsidR="00B7334D" w:rsidRDefault="00D81572" w:rsidP="00D81572">
          <w:pPr>
            <w:pStyle w:val="BDFD21A8EA964E74BCCA1717E03694A01"/>
          </w:pPr>
          <w:r>
            <w:rPr>
              <w:rStyle w:val="Textedelespacerserv"/>
              <w:rFonts w:asciiTheme="majorHAnsi" w:hAnsiTheme="majorHAnsi" w:cstheme="majorHAnsi"/>
              <w:sz w:val="20"/>
              <w:szCs w:val="20"/>
            </w:rPr>
            <w:t xml:space="preserve">                            </w:t>
          </w:r>
        </w:p>
      </w:docPartBody>
    </w:docPart>
    <w:docPart>
      <w:docPartPr>
        <w:name w:val="0D05CA8700904327BF26931BFBCBEBFE"/>
        <w:category>
          <w:name w:val="Général"/>
          <w:gallery w:val="placeholder"/>
        </w:category>
        <w:types>
          <w:type w:val="bbPlcHdr"/>
        </w:types>
        <w:behaviors>
          <w:behavior w:val="content"/>
        </w:behaviors>
        <w:guid w:val="{EFD8FF39-03B0-4D78-9056-0F8B46161E6B}"/>
      </w:docPartPr>
      <w:docPartBody>
        <w:p w:rsidR="00B7334D" w:rsidRDefault="00D81572" w:rsidP="00D81572">
          <w:pPr>
            <w:pStyle w:val="0D05CA8700904327BF26931BFBCBEBFE1"/>
          </w:pPr>
          <w:r>
            <w:rPr>
              <w:rStyle w:val="Textedelespacerserv"/>
              <w:rFonts w:asciiTheme="majorHAnsi" w:hAnsiTheme="majorHAnsi" w:cstheme="majorHAnsi"/>
              <w:sz w:val="20"/>
              <w:szCs w:val="20"/>
            </w:rPr>
            <w:t xml:space="preserve">                            </w:t>
          </w:r>
        </w:p>
      </w:docPartBody>
    </w:docPart>
    <w:docPart>
      <w:docPartPr>
        <w:name w:val="40FEC5E59EC948DF975E52095BD4CCBE"/>
        <w:category>
          <w:name w:val="Général"/>
          <w:gallery w:val="placeholder"/>
        </w:category>
        <w:types>
          <w:type w:val="bbPlcHdr"/>
        </w:types>
        <w:behaviors>
          <w:behavior w:val="content"/>
        </w:behaviors>
        <w:guid w:val="{01303D4B-F79F-489F-8E9D-B68D11FE1844}"/>
      </w:docPartPr>
      <w:docPartBody>
        <w:p w:rsidR="00B7334D" w:rsidRDefault="00D81572" w:rsidP="00D81572">
          <w:pPr>
            <w:pStyle w:val="40FEC5E59EC948DF975E52095BD4CCBE1"/>
          </w:pPr>
          <w:r>
            <w:rPr>
              <w:rStyle w:val="Textedelespacerserv"/>
              <w:rFonts w:asciiTheme="majorHAnsi" w:hAnsiTheme="majorHAnsi" w:cstheme="majorHAnsi"/>
              <w:sz w:val="20"/>
              <w:szCs w:val="20"/>
            </w:rPr>
            <w:t xml:space="preserve">                            </w:t>
          </w:r>
        </w:p>
      </w:docPartBody>
    </w:docPart>
    <w:docPart>
      <w:docPartPr>
        <w:name w:val="B2A7CE63972E44069812A967052D7722"/>
        <w:category>
          <w:name w:val="Général"/>
          <w:gallery w:val="placeholder"/>
        </w:category>
        <w:types>
          <w:type w:val="bbPlcHdr"/>
        </w:types>
        <w:behaviors>
          <w:behavior w:val="content"/>
        </w:behaviors>
        <w:guid w:val="{C5570743-D6A2-4C57-8B94-BCF60C9B1FE5}"/>
      </w:docPartPr>
      <w:docPartBody>
        <w:p w:rsidR="00B7334D" w:rsidRDefault="00D81572" w:rsidP="00D81572">
          <w:pPr>
            <w:pStyle w:val="B2A7CE63972E44069812A967052D77221"/>
          </w:pPr>
          <w:r>
            <w:rPr>
              <w:rStyle w:val="Textedelespacerserv"/>
              <w:rFonts w:asciiTheme="majorHAnsi" w:hAnsiTheme="majorHAnsi" w:cstheme="majorHAnsi"/>
              <w:sz w:val="20"/>
              <w:szCs w:val="20"/>
            </w:rPr>
            <w:t xml:space="preserve">                            </w:t>
          </w:r>
        </w:p>
      </w:docPartBody>
    </w:docPart>
    <w:docPart>
      <w:docPartPr>
        <w:name w:val="DB715EB9AA8E4DE39D5B9B1CBE2ED8F9"/>
        <w:category>
          <w:name w:val="Général"/>
          <w:gallery w:val="placeholder"/>
        </w:category>
        <w:types>
          <w:type w:val="bbPlcHdr"/>
        </w:types>
        <w:behaviors>
          <w:behavior w:val="content"/>
        </w:behaviors>
        <w:guid w:val="{8DBDC867-2A2E-431A-8CE5-5BA64E4BA621}"/>
      </w:docPartPr>
      <w:docPartBody>
        <w:p w:rsidR="00B7334D" w:rsidRDefault="00D81572" w:rsidP="00D81572">
          <w:pPr>
            <w:pStyle w:val="DB715EB9AA8E4DE39D5B9B1CBE2ED8F91"/>
          </w:pPr>
          <w:r>
            <w:rPr>
              <w:rStyle w:val="Textedelespacerserv"/>
              <w:rFonts w:asciiTheme="majorHAnsi" w:hAnsiTheme="majorHAnsi" w:cstheme="majorHAnsi"/>
              <w:sz w:val="20"/>
              <w:szCs w:val="20"/>
            </w:rPr>
            <w:t xml:space="preserve">                            </w:t>
          </w:r>
        </w:p>
      </w:docPartBody>
    </w:docPart>
    <w:docPart>
      <w:docPartPr>
        <w:name w:val="87A4BEB8E3054F919FFE41150F524B0E"/>
        <w:category>
          <w:name w:val="Général"/>
          <w:gallery w:val="placeholder"/>
        </w:category>
        <w:types>
          <w:type w:val="bbPlcHdr"/>
        </w:types>
        <w:behaviors>
          <w:behavior w:val="content"/>
        </w:behaviors>
        <w:guid w:val="{E80CA585-2E3E-47A8-9908-0C5D41F68A7A}"/>
      </w:docPartPr>
      <w:docPartBody>
        <w:p w:rsidR="00B7334D" w:rsidRDefault="00D81572" w:rsidP="00D81572">
          <w:pPr>
            <w:pStyle w:val="87A4BEB8E3054F919FFE41150F524B0E1"/>
          </w:pPr>
          <w:r>
            <w:rPr>
              <w:rStyle w:val="Textedelespacerserv"/>
              <w:rFonts w:asciiTheme="majorHAnsi" w:hAnsiTheme="majorHAnsi" w:cstheme="majorHAnsi"/>
              <w:sz w:val="20"/>
              <w:szCs w:val="20"/>
            </w:rPr>
            <w:t xml:space="preserve">                            </w:t>
          </w:r>
        </w:p>
      </w:docPartBody>
    </w:docPart>
    <w:docPart>
      <w:docPartPr>
        <w:name w:val="FFFF38C9602B42FE9B7DD7D140EC0753"/>
        <w:category>
          <w:name w:val="Général"/>
          <w:gallery w:val="placeholder"/>
        </w:category>
        <w:types>
          <w:type w:val="bbPlcHdr"/>
        </w:types>
        <w:behaviors>
          <w:behavior w:val="content"/>
        </w:behaviors>
        <w:guid w:val="{A0574629-9F0A-4012-A09C-58627F54CD17}"/>
      </w:docPartPr>
      <w:docPartBody>
        <w:p w:rsidR="00B7334D" w:rsidRDefault="00D81572" w:rsidP="00D81572">
          <w:pPr>
            <w:pStyle w:val="FFFF38C9602B42FE9B7DD7D140EC07531"/>
          </w:pPr>
          <w:r>
            <w:rPr>
              <w:rStyle w:val="Textedelespacerserv"/>
              <w:rFonts w:asciiTheme="majorHAnsi" w:hAnsiTheme="majorHAnsi" w:cstheme="majorHAnsi"/>
              <w:sz w:val="20"/>
              <w:szCs w:val="20"/>
            </w:rPr>
            <w:t xml:space="preserve">                            </w:t>
          </w:r>
        </w:p>
      </w:docPartBody>
    </w:docPart>
    <w:docPart>
      <w:docPartPr>
        <w:name w:val="05980170F56B4ACCBEFF712E1B8D0787"/>
        <w:category>
          <w:name w:val="Général"/>
          <w:gallery w:val="placeholder"/>
        </w:category>
        <w:types>
          <w:type w:val="bbPlcHdr"/>
        </w:types>
        <w:behaviors>
          <w:behavior w:val="content"/>
        </w:behaviors>
        <w:guid w:val="{785EDDB4-2344-4F23-9B7C-DD2361BEB7B7}"/>
      </w:docPartPr>
      <w:docPartBody>
        <w:p w:rsidR="00B7334D" w:rsidRDefault="00D81572" w:rsidP="00D81572">
          <w:pPr>
            <w:pStyle w:val="05980170F56B4ACCBEFF712E1B8D07871"/>
          </w:pPr>
          <w:r>
            <w:rPr>
              <w:rStyle w:val="Textedelespacerserv"/>
              <w:rFonts w:asciiTheme="majorHAnsi" w:hAnsiTheme="majorHAnsi" w:cstheme="majorHAnsi"/>
              <w:sz w:val="20"/>
              <w:szCs w:val="20"/>
            </w:rPr>
            <w:t xml:space="preserve">                            </w:t>
          </w:r>
        </w:p>
      </w:docPartBody>
    </w:docPart>
    <w:docPart>
      <w:docPartPr>
        <w:name w:val="429ACA9BE79C4E339A39F3CA31E697FD"/>
        <w:category>
          <w:name w:val="Général"/>
          <w:gallery w:val="placeholder"/>
        </w:category>
        <w:types>
          <w:type w:val="bbPlcHdr"/>
        </w:types>
        <w:behaviors>
          <w:behavior w:val="content"/>
        </w:behaviors>
        <w:guid w:val="{8E091C92-14C5-480C-B22F-80E935B95858}"/>
      </w:docPartPr>
      <w:docPartBody>
        <w:p w:rsidR="00B7334D" w:rsidRDefault="00D81572" w:rsidP="00D81572">
          <w:pPr>
            <w:pStyle w:val="429ACA9BE79C4E339A39F3CA31E697FD1"/>
          </w:pPr>
          <w:r>
            <w:rPr>
              <w:rStyle w:val="Textedelespacerserv"/>
              <w:rFonts w:asciiTheme="majorHAnsi" w:hAnsiTheme="majorHAnsi" w:cstheme="majorHAnsi"/>
              <w:sz w:val="20"/>
              <w:szCs w:val="20"/>
            </w:rPr>
            <w:t xml:space="preserve">                            </w:t>
          </w:r>
        </w:p>
      </w:docPartBody>
    </w:docPart>
    <w:docPart>
      <w:docPartPr>
        <w:name w:val="B1F5C656701641C596FD199AD3F7CA2C"/>
        <w:category>
          <w:name w:val="Général"/>
          <w:gallery w:val="placeholder"/>
        </w:category>
        <w:types>
          <w:type w:val="bbPlcHdr"/>
        </w:types>
        <w:behaviors>
          <w:behavior w:val="content"/>
        </w:behaviors>
        <w:guid w:val="{9C8B24DC-C443-4B1D-B094-558E8FC7EEE4}"/>
      </w:docPartPr>
      <w:docPartBody>
        <w:p w:rsidR="00B7334D" w:rsidRDefault="00D81572" w:rsidP="00D81572">
          <w:pPr>
            <w:pStyle w:val="B1F5C656701641C596FD199AD3F7CA2C1"/>
          </w:pPr>
          <w:r>
            <w:rPr>
              <w:rStyle w:val="Textedelespacerserv"/>
              <w:rFonts w:asciiTheme="majorHAnsi" w:hAnsiTheme="majorHAnsi" w:cstheme="majorHAnsi"/>
              <w:sz w:val="20"/>
              <w:szCs w:val="20"/>
            </w:rPr>
            <w:t xml:space="preserve">                            </w:t>
          </w:r>
        </w:p>
      </w:docPartBody>
    </w:docPart>
    <w:docPart>
      <w:docPartPr>
        <w:name w:val="FC87E3C5D0274CABABB37D5C9FA1CA33"/>
        <w:category>
          <w:name w:val="Général"/>
          <w:gallery w:val="placeholder"/>
        </w:category>
        <w:types>
          <w:type w:val="bbPlcHdr"/>
        </w:types>
        <w:behaviors>
          <w:behavior w:val="content"/>
        </w:behaviors>
        <w:guid w:val="{8ED7739F-64B6-486A-BFC9-F9CA6242FAA1}"/>
      </w:docPartPr>
      <w:docPartBody>
        <w:p w:rsidR="00B7334D" w:rsidRDefault="00D81572" w:rsidP="00D81572">
          <w:pPr>
            <w:pStyle w:val="FC87E3C5D0274CABABB37D5C9FA1CA331"/>
          </w:pPr>
          <w:r>
            <w:rPr>
              <w:rStyle w:val="Textedelespacerserv"/>
              <w:rFonts w:asciiTheme="majorHAnsi" w:hAnsiTheme="majorHAnsi" w:cstheme="majorHAnsi"/>
              <w:sz w:val="20"/>
              <w:szCs w:val="20"/>
            </w:rPr>
            <w:t xml:space="preserve">                            </w:t>
          </w:r>
        </w:p>
      </w:docPartBody>
    </w:docPart>
    <w:docPart>
      <w:docPartPr>
        <w:name w:val="A615DA0538104190AEA955A00703B9B8"/>
        <w:category>
          <w:name w:val="Général"/>
          <w:gallery w:val="placeholder"/>
        </w:category>
        <w:types>
          <w:type w:val="bbPlcHdr"/>
        </w:types>
        <w:behaviors>
          <w:behavior w:val="content"/>
        </w:behaviors>
        <w:guid w:val="{682AE729-83F8-46A3-BF62-3B2CE57056EE}"/>
      </w:docPartPr>
      <w:docPartBody>
        <w:p w:rsidR="00B7334D" w:rsidRDefault="00D81572" w:rsidP="00D81572">
          <w:pPr>
            <w:pStyle w:val="A615DA0538104190AEA955A00703B9B81"/>
          </w:pPr>
          <w:r>
            <w:rPr>
              <w:rStyle w:val="Textedelespacerserv"/>
              <w:rFonts w:asciiTheme="majorHAnsi" w:hAnsiTheme="majorHAnsi" w:cstheme="majorHAnsi"/>
              <w:sz w:val="20"/>
              <w:szCs w:val="20"/>
            </w:rPr>
            <w:t xml:space="preserve">                            </w:t>
          </w:r>
        </w:p>
      </w:docPartBody>
    </w:docPart>
    <w:docPart>
      <w:docPartPr>
        <w:name w:val="BDA564505BFF43BFB8D1970788CB8E49"/>
        <w:category>
          <w:name w:val="Général"/>
          <w:gallery w:val="placeholder"/>
        </w:category>
        <w:types>
          <w:type w:val="bbPlcHdr"/>
        </w:types>
        <w:behaviors>
          <w:behavior w:val="content"/>
        </w:behaviors>
        <w:guid w:val="{2D6EA11C-1310-4CB5-984E-C39E2ABB4DD4}"/>
      </w:docPartPr>
      <w:docPartBody>
        <w:p w:rsidR="00B7334D" w:rsidRDefault="00D81572" w:rsidP="00D81572">
          <w:pPr>
            <w:pStyle w:val="BDA564505BFF43BFB8D1970788CB8E491"/>
          </w:pPr>
          <w:r>
            <w:rPr>
              <w:rStyle w:val="Textedelespacerserv"/>
              <w:rFonts w:asciiTheme="majorHAnsi" w:hAnsiTheme="majorHAnsi" w:cstheme="majorHAnsi"/>
              <w:sz w:val="20"/>
              <w:szCs w:val="20"/>
            </w:rPr>
            <w:t xml:space="preserve">                            </w:t>
          </w:r>
        </w:p>
      </w:docPartBody>
    </w:docPart>
    <w:docPart>
      <w:docPartPr>
        <w:name w:val="94E1E448DE4A4FB6B839DD2C5A21F03D"/>
        <w:category>
          <w:name w:val="Général"/>
          <w:gallery w:val="placeholder"/>
        </w:category>
        <w:types>
          <w:type w:val="bbPlcHdr"/>
        </w:types>
        <w:behaviors>
          <w:behavior w:val="content"/>
        </w:behaviors>
        <w:guid w:val="{8F11EFC6-0031-402C-ADFE-AEC33D2D64EF}"/>
      </w:docPartPr>
      <w:docPartBody>
        <w:p w:rsidR="00B7334D" w:rsidRDefault="00D81572" w:rsidP="00D81572">
          <w:pPr>
            <w:pStyle w:val="94E1E448DE4A4FB6B839DD2C5A21F03D1"/>
          </w:pPr>
          <w:r>
            <w:rPr>
              <w:rStyle w:val="Textedelespacerserv"/>
              <w:rFonts w:asciiTheme="majorHAnsi" w:hAnsiTheme="majorHAnsi" w:cstheme="majorHAnsi"/>
              <w:sz w:val="20"/>
              <w:szCs w:val="20"/>
            </w:rPr>
            <w:t xml:space="preserve">                            </w:t>
          </w:r>
        </w:p>
      </w:docPartBody>
    </w:docPart>
    <w:docPart>
      <w:docPartPr>
        <w:name w:val="D98C968D48BF4FC39B899C92D1B9D4E0"/>
        <w:category>
          <w:name w:val="Général"/>
          <w:gallery w:val="placeholder"/>
        </w:category>
        <w:types>
          <w:type w:val="bbPlcHdr"/>
        </w:types>
        <w:behaviors>
          <w:behavior w:val="content"/>
        </w:behaviors>
        <w:guid w:val="{CD9824F6-A9C0-4C5F-B35D-8CE26F3C09D2}"/>
      </w:docPartPr>
      <w:docPartBody>
        <w:p w:rsidR="00B7334D" w:rsidRDefault="00D81572" w:rsidP="00D81572">
          <w:pPr>
            <w:pStyle w:val="D98C968D48BF4FC39B899C92D1B9D4E01"/>
          </w:pPr>
          <w:r>
            <w:rPr>
              <w:rStyle w:val="Textedelespacerserv"/>
              <w:rFonts w:asciiTheme="majorHAnsi" w:hAnsiTheme="majorHAnsi" w:cstheme="majorHAnsi"/>
              <w:sz w:val="20"/>
              <w:szCs w:val="20"/>
            </w:rPr>
            <w:t xml:space="preserve">                            </w:t>
          </w:r>
        </w:p>
      </w:docPartBody>
    </w:docPart>
    <w:docPart>
      <w:docPartPr>
        <w:name w:val="A0490B13B67A4EF3886AE7F62D65C414"/>
        <w:category>
          <w:name w:val="Général"/>
          <w:gallery w:val="placeholder"/>
        </w:category>
        <w:types>
          <w:type w:val="bbPlcHdr"/>
        </w:types>
        <w:behaviors>
          <w:behavior w:val="content"/>
        </w:behaviors>
        <w:guid w:val="{426CCF65-BA3B-4508-B4D0-621237B9B820}"/>
      </w:docPartPr>
      <w:docPartBody>
        <w:p w:rsidR="00B7334D" w:rsidRDefault="00D81572" w:rsidP="00D81572">
          <w:pPr>
            <w:pStyle w:val="A0490B13B67A4EF3886AE7F62D65C4141"/>
          </w:pPr>
          <w:r>
            <w:rPr>
              <w:rStyle w:val="Textedelespacerserv"/>
              <w:rFonts w:asciiTheme="majorHAnsi" w:hAnsiTheme="majorHAnsi" w:cstheme="majorHAnsi"/>
              <w:sz w:val="20"/>
              <w:szCs w:val="20"/>
            </w:rPr>
            <w:t xml:space="preserve">                            </w:t>
          </w:r>
        </w:p>
      </w:docPartBody>
    </w:docPart>
    <w:docPart>
      <w:docPartPr>
        <w:name w:val="4DF48DCAF6794B3B89254170ADD1CBCB"/>
        <w:category>
          <w:name w:val="Général"/>
          <w:gallery w:val="placeholder"/>
        </w:category>
        <w:types>
          <w:type w:val="bbPlcHdr"/>
        </w:types>
        <w:behaviors>
          <w:behavior w:val="content"/>
        </w:behaviors>
        <w:guid w:val="{F0515630-528C-41C7-A1F1-4E69F8DFF87C}"/>
      </w:docPartPr>
      <w:docPartBody>
        <w:p w:rsidR="00B7334D" w:rsidRDefault="00D81572" w:rsidP="00D81572">
          <w:pPr>
            <w:pStyle w:val="4DF48DCAF6794B3B89254170ADD1CBCB1"/>
          </w:pPr>
          <w:r>
            <w:rPr>
              <w:rStyle w:val="Textedelespacerserv"/>
              <w:rFonts w:asciiTheme="majorHAnsi" w:hAnsiTheme="majorHAnsi" w:cstheme="majorHAnsi"/>
              <w:sz w:val="20"/>
              <w:szCs w:val="20"/>
            </w:rPr>
            <w:t xml:space="preserve">                            </w:t>
          </w:r>
        </w:p>
      </w:docPartBody>
    </w:docPart>
    <w:docPart>
      <w:docPartPr>
        <w:name w:val="88B870BEAB7C4F1DB39BC7E50473EDE5"/>
        <w:category>
          <w:name w:val="Général"/>
          <w:gallery w:val="placeholder"/>
        </w:category>
        <w:types>
          <w:type w:val="bbPlcHdr"/>
        </w:types>
        <w:behaviors>
          <w:behavior w:val="content"/>
        </w:behaviors>
        <w:guid w:val="{63B97876-4D8A-40C0-9BEE-75F0E5CC5D7C}"/>
      </w:docPartPr>
      <w:docPartBody>
        <w:p w:rsidR="00B7334D" w:rsidRDefault="00D81572" w:rsidP="00D81572">
          <w:pPr>
            <w:pStyle w:val="88B870BEAB7C4F1DB39BC7E50473EDE51"/>
          </w:pPr>
          <w:r>
            <w:rPr>
              <w:rStyle w:val="Textedelespacerserv"/>
              <w:rFonts w:asciiTheme="majorHAnsi" w:hAnsiTheme="majorHAnsi" w:cstheme="majorHAnsi"/>
              <w:sz w:val="20"/>
              <w:szCs w:val="20"/>
            </w:rPr>
            <w:t xml:space="preserve">                            </w:t>
          </w:r>
        </w:p>
      </w:docPartBody>
    </w:docPart>
    <w:docPart>
      <w:docPartPr>
        <w:name w:val="ECC9CE2555F24E4B8AF77EDC695246D0"/>
        <w:category>
          <w:name w:val="Général"/>
          <w:gallery w:val="placeholder"/>
        </w:category>
        <w:types>
          <w:type w:val="bbPlcHdr"/>
        </w:types>
        <w:behaviors>
          <w:behavior w:val="content"/>
        </w:behaviors>
        <w:guid w:val="{218F8D56-5DB4-471F-959A-AF7F4F6FD8C7}"/>
      </w:docPartPr>
      <w:docPartBody>
        <w:p w:rsidR="00B7334D" w:rsidRDefault="00D81572" w:rsidP="00D81572">
          <w:pPr>
            <w:pStyle w:val="ECC9CE2555F24E4B8AF77EDC695246D01"/>
          </w:pPr>
          <w:r>
            <w:rPr>
              <w:rStyle w:val="Textedelespacerserv"/>
              <w:rFonts w:asciiTheme="majorHAnsi" w:hAnsiTheme="majorHAnsi" w:cstheme="majorHAnsi"/>
              <w:sz w:val="20"/>
              <w:szCs w:val="20"/>
            </w:rPr>
            <w:t xml:space="preserve">                            </w:t>
          </w:r>
        </w:p>
      </w:docPartBody>
    </w:docPart>
    <w:docPart>
      <w:docPartPr>
        <w:name w:val="DF010133AF5E46138EE7E7C61B0C7C4D"/>
        <w:category>
          <w:name w:val="Général"/>
          <w:gallery w:val="placeholder"/>
        </w:category>
        <w:types>
          <w:type w:val="bbPlcHdr"/>
        </w:types>
        <w:behaviors>
          <w:behavior w:val="content"/>
        </w:behaviors>
        <w:guid w:val="{48E2B961-1378-49AD-AD05-3ADF542E4364}"/>
      </w:docPartPr>
      <w:docPartBody>
        <w:p w:rsidR="00B7334D" w:rsidRDefault="00D81572" w:rsidP="00D81572">
          <w:pPr>
            <w:pStyle w:val="DF010133AF5E46138EE7E7C61B0C7C4D1"/>
          </w:pPr>
          <w:r>
            <w:rPr>
              <w:rStyle w:val="Textedelespacerserv"/>
              <w:rFonts w:asciiTheme="majorHAnsi" w:hAnsiTheme="majorHAnsi" w:cstheme="majorHAnsi"/>
              <w:sz w:val="20"/>
              <w:szCs w:val="20"/>
            </w:rPr>
            <w:t xml:space="preserve">                            </w:t>
          </w:r>
        </w:p>
      </w:docPartBody>
    </w:docPart>
    <w:docPart>
      <w:docPartPr>
        <w:name w:val="0AA89CD18EEE4816A128C40866724A27"/>
        <w:category>
          <w:name w:val="Général"/>
          <w:gallery w:val="placeholder"/>
        </w:category>
        <w:types>
          <w:type w:val="bbPlcHdr"/>
        </w:types>
        <w:behaviors>
          <w:behavior w:val="content"/>
        </w:behaviors>
        <w:guid w:val="{02EE1B3F-0AB7-403F-A914-0D89B0051A82}"/>
      </w:docPartPr>
      <w:docPartBody>
        <w:p w:rsidR="00B7334D" w:rsidRDefault="00D81572" w:rsidP="00D81572">
          <w:pPr>
            <w:pStyle w:val="0AA89CD18EEE4816A128C40866724A271"/>
          </w:pPr>
          <w:r>
            <w:rPr>
              <w:rStyle w:val="Textedelespacerserv"/>
              <w:rFonts w:asciiTheme="majorHAnsi" w:hAnsiTheme="majorHAnsi" w:cstheme="majorHAnsi"/>
              <w:sz w:val="20"/>
              <w:szCs w:val="20"/>
            </w:rPr>
            <w:t xml:space="preserve">                            </w:t>
          </w:r>
        </w:p>
      </w:docPartBody>
    </w:docPart>
    <w:docPart>
      <w:docPartPr>
        <w:name w:val="BCB72AFA0B0042499CDF1493E5A2A279"/>
        <w:category>
          <w:name w:val="Général"/>
          <w:gallery w:val="placeholder"/>
        </w:category>
        <w:types>
          <w:type w:val="bbPlcHdr"/>
        </w:types>
        <w:behaviors>
          <w:behavior w:val="content"/>
        </w:behaviors>
        <w:guid w:val="{BD556AA1-45C2-49BE-B453-B5D9CD713149}"/>
      </w:docPartPr>
      <w:docPartBody>
        <w:p w:rsidR="00B7334D" w:rsidRDefault="00D81572" w:rsidP="00D81572">
          <w:pPr>
            <w:pStyle w:val="BCB72AFA0B0042499CDF1493E5A2A2791"/>
          </w:pPr>
          <w:r>
            <w:rPr>
              <w:rStyle w:val="Textedelespacerserv"/>
              <w:rFonts w:asciiTheme="majorHAnsi" w:hAnsiTheme="majorHAnsi" w:cstheme="majorHAnsi"/>
              <w:sz w:val="20"/>
              <w:szCs w:val="20"/>
            </w:rPr>
            <w:t xml:space="preserve">                            </w:t>
          </w:r>
        </w:p>
      </w:docPartBody>
    </w:docPart>
    <w:docPart>
      <w:docPartPr>
        <w:name w:val="0D9E69E363894975BDB0076D07C670CD"/>
        <w:category>
          <w:name w:val="Général"/>
          <w:gallery w:val="placeholder"/>
        </w:category>
        <w:types>
          <w:type w:val="bbPlcHdr"/>
        </w:types>
        <w:behaviors>
          <w:behavior w:val="content"/>
        </w:behaviors>
        <w:guid w:val="{28C37DB0-9E5C-4326-A48A-DD0A5FD05319}"/>
      </w:docPartPr>
      <w:docPartBody>
        <w:p w:rsidR="00B7334D" w:rsidRDefault="00D81572" w:rsidP="00D81572">
          <w:pPr>
            <w:pStyle w:val="0D9E69E363894975BDB0076D07C670CD1"/>
          </w:pPr>
          <w:r>
            <w:rPr>
              <w:rStyle w:val="Textedelespacerserv"/>
              <w:rFonts w:asciiTheme="majorHAnsi" w:hAnsiTheme="majorHAnsi" w:cstheme="majorHAnsi"/>
              <w:sz w:val="20"/>
              <w:szCs w:val="20"/>
            </w:rPr>
            <w:t xml:space="preserve">                            </w:t>
          </w:r>
        </w:p>
      </w:docPartBody>
    </w:docPart>
    <w:docPart>
      <w:docPartPr>
        <w:name w:val="D7027101AB124107907A49E9CF70AEF3"/>
        <w:category>
          <w:name w:val="Général"/>
          <w:gallery w:val="placeholder"/>
        </w:category>
        <w:types>
          <w:type w:val="bbPlcHdr"/>
        </w:types>
        <w:behaviors>
          <w:behavior w:val="content"/>
        </w:behaviors>
        <w:guid w:val="{98105AA8-1DCA-4EEF-97FC-3DE70BB9456C}"/>
      </w:docPartPr>
      <w:docPartBody>
        <w:p w:rsidR="00B7334D" w:rsidRDefault="00D81572" w:rsidP="00D81572">
          <w:pPr>
            <w:pStyle w:val="D7027101AB124107907A49E9CF70AEF31"/>
          </w:pPr>
          <w:r>
            <w:rPr>
              <w:rStyle w:val="Textedelespacerserv"/>
              <w:rFonts w:asciiTheme="majorHAnsi" w:hAnsiTheme="majorHAnsi" w:cstheme="majorHAnsi"/>
              <w:sz w:val="20"/>
              <w:szCs w:val="20"/>
            </w:rPr>
            <w:t xml:space="preserve">                            </w:t>
          </w:r>
        </w:p>
      </w:docPartBody>
    </w:docPart>
    <w:docPart>
      <w:docPartPr>
        <w:name w:val="43423E807A8D4FD58C77893A36BB1724"/>
        <w:category>
          <w:name w:val="Général"/>
          <w:gallery w:val="placeholder"/>
        </w:category>
        <w:types>
          <w:type w:val="bbPlcHdr"/>
        </w:types>
        <w:behaviors>
          <w:behavior w:val="content"/>
        </w:behaviors>
        <w:guid w:val="{092130C3-6D8C-4570-A6C2-FA5BBF54D581}"/>
      </w:docPartPr>
      <w:docPartBody>
        <w:p w:rsidR="00B7334D" w:rsidRDefault="00D81572" w:rsidP="00D81572">
          <w:pPr>
            <w:pStyle w:val="43423E807A8D4FD58C77893A36BB17241"/>
          </w:pPr>
          <w:r>
            <w:rPr>
              <w:rStyle w:val="Textedelespacerserv"/>
              <w:rFonts w:asciiTheme="majorHAnsi" w:hAnsiTheme="majorHAnsi" w:cstheme="majorHAnsi"/>
              <w:sz w:val="20"/>
              <w:szCs w:val="20"/>
            </w:rPr>
            <w:t xml:space="preserve">                            </w:t>
          </w:r>
        </w:p>
      </w:docPartBody>
    </w:docPart>
    <w:docPart>
      <w:docPartPr>
        <w:name w:val="D2D43AAECAA446BEB75FA732EC819CA0"/>
        <w:category>
          <w:name w:val="Général"/>
          <w:gallery w:val="placeholder"/>
        </w:category>
        <w:types>
          <w:type w:val="bbPlcHdr"/>
        </w:types>
        <w:behaviors>
          <w:behavior w:val="content"/>
        </w:behaviors>
        <w:guid w:val="{18C2EEE4-AD6C-4806-B09E-AF6BFA1553F8}"/>
      </w:docPartPr>
      <w:docPartBody>
        <w:p w:rsidR="00B7334D" w:rsidRDefault="00D81572" w:rsidP="00D81572">
          <w:pPr>
            <w:pStyle w:val="D2D43AAECAA446BEB75FA732EC819CA01"/>
          </w:pPr>
          <w:r>
            <w:rPr>
              <w:rStyle w:val="Textedelespacerserv"/>
              <w:rFonts w:asciiTheme="majorHAnsi" w:hAnsiTheme="majorHAnsi" w:cstheme="majorHAnsi"/>
              <w:sz w:val="20"/>
              <w:szCs w:val="20"/>
            </w:rPr>
            <w:t xml:space="preserve">                            </w:t>
          </w:r>
        </w:p>
      </w:docPartBody>
    </w:docPart>
    <w:docPart>
      <w:docPartPr>
        <w:name w:val="A40CAB2E5F8E40299AEDFFC29915CF7B"/>
        <w:category>
          <w:name w:val="Général"/>
          <w:gallery w:val="placeholder"/>
        </w:category>
        <w:types>
          <w:type w:val="bbPlcHdr"/>
        </w:types>
        <w:behaviors>
          <w:behavior w:val="content"/>
        </w:behaviors>
        <w:guid w:val="{26322AAD-6A69-41EA-9C6F-524E02557F82}"/>
      </w:docPartPr>
      <w:docPartBody>
        <w:p w:rsidR="00B7334D" w:rsidRDefault="00D81572" w:rsidP="00D81572">
          <w:pPr>
            <w:pStyle w:val="A40CAB2E5F8E40299AEDFFC29915CF7B1"/>
          </w:pPr>
          <w:r>
            <w:rPr>
              <w:rStyle w:val="Textedelespacerserv"/>
              <w:rFonts w:asciiTheme="majorHAnsi" w:hAnsiTheme="majorHAnsi" w:cstheme="majorHAnsi"/>
              <w:sz w:val="20"/>
              <w:szCs w:val="20"/>
            </w:rPr>
            <w:t xml:space="preserve">                            </w:t>
          </w:r>
        </w:p>
      </w:docPartBody>
    </w:docPart>
    <w:docPart>
      <w:docPartPr>
        <w:name w:val="BFD942D2CEBF4476BCE8661E82350DFE"/>
        <w:category>
          <w:name w:val="Général"/>
          <w:gallery w:val="placeholder"/>
        </w:category>
        <w:types>
          <w:type w:val="bbPlcHdr"/>
        </w:types>
        <w:behaviors>
          <w:behavior w:val="content"/>
        </w:behaviors>
        <w:guid w:val="{AC4FD906-64DA-40C7-B50B-D8F62E24B971}"/>
      </w:docPartPr>
      <w:docPartBody>
        <w:p w:rsidR="00B7334D" w:rsidRDefault="00D81572" w:rsidP="00D81572">
          <w:pPr>
            <w:pStyle w:val="BFD942D2CEBF4476BCE8661E82350DFE1"/>
          </w:pPr>
          <w:r>
            <w:rPr>
              <w:rStyle w:val="Textedelespacerserv"/>
              <w:rFonts w:asciiTheme="majorHAnsi" w:hAnsiTheme="majorHAnsi" w:cstheme="majorHAnsi"/>
              <w:sz w:val="20"/>
              <w:szCs w:val="20"/>
            </w:rPr>
            <w:t xml:space="preserve">                            </w:t>
          </w:r>
        </w:p>
      </w:docPartBody>
    </w:docPart>
    <w:docPart>
      <w:docPartPr>
        <w:name w:val="566D2472684C4D279191078FF478E9AB"/>
        <w:category>
          <w:name w:val="Général"/>
          <w:gallery w:val="placeholder"/>
        </w:category>
        <w:types>
          <w:type w:val="bbPlcHdr"/>
        </w:types>
        <w:behaviors>
          <w:behavior w:val="content"/>
        </w:behaviors>
        <w:guid w:val="{FCFE3DA4-E6BF-4D6C-AF9B-CF2AC613A79F}"/>
      </w:docPartPr>
      <w:docPartBody>
        <w:p w:rsidR="00B7334D" w:rsidRDefault="00D81572" w:rsidP="00D81572">
          <w:pPr>
            <w:pStyle w:val="566D2472684C4D279191078FF478E9AB1"/>
          </w:pPr>
          <w:r>
            <w:rPr>
              <w:rStyle w:val="Textedelespacerserv"/>
              <w:rFonts w:asciiTheme="majorHAnsi" w:hAnsiTheme="majorHAnsi" w:cstheme="majorHAnsi"/>
              <w:sz w:val="20"/>
              <w:szCs w:val="20"/>
            </w:rPr>
            <w:t xml:space="preserve">                            </w:t>
          </w:r>
        </w:p>
      </w:docPartBody>
    </w:docPart>
    <w:docPart>
      <w:docPartPr>
        <w:name w:val="05F8C65E25E04A248F00870C8FD0FEA3"/>
        <w:category>
          <w:name w:val="Général"/>
          <w:gallery w:val="placeholder"/>
        </w:category>
        <w:types>
          <w:type w:val="bbPlcHdr"/>
        </w:types>
        <w:behaviors>
          <w:behavior w:val="content"/>
        </w:behaviors>
        <w:guid w:val="{5B9645AA-9F8F-46C7-8708-8535731B1A9A}"/>
      </w:docPartPr>
      <w:docPartBody>
        <w:p w:rsidR="00B7334D" w:rsidRDefault="00D81572" w:rsidP="00D81572">
          <w:pPr>
            <w:pStyle w:val="05F8C65E25E04A248F00870C8FD0FEA3"/>
          </w:pPr>
          <w:r>
            <w:rPr>
              <w:rStyle w:val="Textedelespacerserv"/>
              <w:rFonts w:asciiTheme="majorHAnsi" w:hAnsiTheme="majorHAnsi" w:cstheme="majorHAnsi"/>
              <w:sz w:val="20"/>
              <w:szCs w:val="20"/>
            </w:rPr>
            <w:t xml:space="preserve">    </w:t>
          </w:r>
        </w:p>
      </w:docPartBody>
    </w:docPart>
    <w:docPart>
      <w:docPartPr>
        <w:name w:val="470150B0037341F5B3D28FD3A4B8D575"/>
        <w:category>
          <w:name w:val="Général"/>
          <w:gallery w:val="placeholder"/>
        </w:category>
        <w:types>
          <w:type w:val="bbPlcHdr"/>
        </w:types>
        <w:behaviors>
          <w:behavior w:val="content"/>
        </w:behaviors>
        <w:guid w:val="{7DEC5093-DE41-4663-AEE7-C7DE81C15809}"/>
      </w:docPartPr>
      <w:docPartBody>
        <w:p w:rsidR="00B7334D" w:rsidRDefault="00D81572" w:rsidP="00D81572">
          <w:pPr>
            <w:pStyle w:val="470150B0037341F5B3D28FD3A4B8D575"/>
          </w:pPr>
          <w:r w:rsidRPr="00330279">
            <w:rPr>
              <w:rStyle w:val="Textedelespacerserv"/>
              <w:rFonts w:asciiTheme="majorHAnsi" w:hAnsiTheme="majorHAnsi" w:cstheme="majorHAnsi"/>
              <w:sz w:val="20"/>
              <w:szCs w:val="20"/>
            </w:rPr>
            <w:t>Entrer du texte.</w:t>
          </w:r>
        </w:p>
      </w:docPartBody>
    </w:docPart>
    <w:docPart>
      <w:docPartPr>
        <w:name w:val="44A57FEAC94B496CA1960F76FE7982F0"/>
        <w:category>
          <w:name w:val="Général"/>
          <w:gallery w:val="placeholder"/>
        </w:category>
        <w:types>
          <w:type w:val="bbPlcHdr"/>
        </w:types>
        <w:behaviors>
          <w:behavior w:val="content"/>
        </w:behaviors>
        <w:guid w:val="{EE0D3F04-C8C0-4833-BAC6-8E1B6BD2F12C}"/>
      </w:docPartPr>
      <w:docPartBody>
        <w:p w:rsidR="00B7334D" w:rsidRDefault="00D81572" w:rsidP="00D81572">
          <w:pPr>
            <w:pStyle w:val="44A57FEAC94B496CA1960F76FE7982F0"/>
          </w:pPr>
          <w:r>
            <w:rPr>
              <w:rStyle w:val="Textedelespacerserv"/>
              <w:rFonts w:asciiTheme="majorHAnsi" w:hAnsiTheme="majorHAnsi" w:cstheme="majorHAnsi"/>
              <w:sz w:val="20"/>
              <w:szCs w:val="20"/>
            </w:rPr>
            <w:t xml:space="preserve">                            </w:t>
          </w:r>
        </w:p>
      </w:docPartBody>
    </w:docPart>
    <w:docPart>
      <w:docPartPr>
        <w:name w:val="00FF8036262649BAA4255E918A9E80B9"/>
        <w:category>
          <w:name w:val="Général"/>
          <w:gallery w:val="placeholder"/>
        </w:category>
        <w:types>
          <w:type w:val="bbPlcHdr"/>
        </w:types>
        <w:behaviors>
          <w:behavior w:val="content"/>
        </w:behaviors>
        <w:guid w:val="{042891D0-2ACD-4710-844E-FC5A0E34D363}"/>
      </w:docPartPr>
      <w:docPartBody>
        <w:p w:rsidR="00B7334D" w:rsidRDefault="00D81572" w:rsidP="00D81572">
          <w:pPr>
            <w:pStyle w:val="00FF8036262649BAA4255E918A9E80B9"/>
          </w:pPr>
          <w:r w:rsidRPr="00330279">
            <w:rPr>
              <w:rStyle w:val="Textedelespacerserv"/>
              <w:rFonts w:asciiTheme="majorHAnsi" w:hAnsiTheme="majorHAnsi" w:cstheme="majorHAnsi"/>
              <w:sz w:val="20"/>
              <w:szCs w:val="20"/>
            </w:rPr>
            <w:t>Entrer du texte.</w:t>
          </w:r>
        </w:p>
      </w:docPartBody>
    </w:docPart>
    <w:docPart>
      <w:docPartPr>
        <w:name w:val="B5D721C2DB004D75A5A8C468DA5689C9"/>
        <w:category>
          <w:name w:val="Général"/>
          <w:gallery w:val="placeholder"/>
        </w:category>
        <w:types>
          <w:type w:val="bbPlcHdr"/>
        </w:types>
        <w:behaviors>
          <w:behavior w:val="content"/>
        </w:behaviors>
        <w:guid w:val="{545BB1A7-6DFE-4A9F-A155-D5FE5478FAC8}"/>
      </w:docPartPr>
      <w:docPartBody>
        <w:p w:rsidR="00B7334D" w:rsidRDefault="00D81572" w:rsidP="00D81572">
          <w:pPr>
            <w:pStyle w:val="B5D721C2DB004D75A5A8C468DA5689C9"/>
          </w:pPr>
          <w:r>
            <w:rPr>
              <w:rStyle w:val="Textedelespacerserv"/>
              <w:rFonts w:asciiTheme="majorHAnsi" w:hAnsiTheme="majorHAnsi" w:cstheme="majorHAnsi"/>
              <w:sz w:val="20"/>
              <w:szCs w:val="20"/>
            </w:rPr>
            <w:t xml:space="preserve">                            </w:t>
          </w:r>
        </w:p>
      </w:docPartBody>
    </w:docPart>
    <w:docPart>
      <w:docPartPr>
        <w:name w:val="3BF7227D418C4F66973695392D391696"/>
        <w:category>
          <w:name w:val="Général"/>
          <w:gallery w:val="placeholder"/>
        </w:category>
        <w:types>
          <w:type w:val="bbPlcHdr"/>
        </w:types>
        <w:behaviors>
          <w:behavior w:val="content"/>
        </w:behaviors>
        <w:guid w:val="{65CFA9B2-94F6-4A80-971A-DEB9EAE5596E}"/>
      </w:docPartPr>
      <w:docPartBody>
        <w:p w:rsidR="00B7334D" w:rsidRDefault="00D81572" w:rsidP="00D81572">
          <w:pPr>
            <w:pStyle w:val="3BF7227D418C4F66973695392D391696"/>
          </w:pPr>
          <w:r w:rsidRPr="00330279">
            <w:rPr>
              <w:rStyle w:val="Textedelespacerserv"/>
              <w:rFonts w:asciiTheme="majorHAnsi" w:hAnsiTheme="majorHAnsi" w:cstheme="majorHAnsi"/>
              <w:sz w:val="20"/>
              <w:szCs w:val="20"/>
            </w:rPr>
            <w:t>Entrer du texte.</w:t>
          </w:r>
        </w:p>
      </w:docPartBody>
    </w:docPart>
    <w:docPart>
      <w:docPartPr>
        <w:name w:val="57FEC5B5D16147A398D77021284F7ECF"/>
        <w:category>
          <w:name w:val="Général"/>
          <w:gallery w:val="placeholder"/>
        </w:category>
        <w:types>
          <w:type w:val="bbPlcHdr"/>
        </w:types>
        <w:behaviors>
          <w:behavior w:val="content"/>
        </w:behaviors>
        <w:guid w:val="{FD5C12F6-D445-4138-85BA-CF6875C65F0F}"/>
      </w:docPartPr>
      <w:docPartBody>
        <w:p w:rsidR="00B7334D" w:rsidRDefault="00D81572" w:rsidP="00D81572">
          <w:pPr>
            <w:pStyle w:val="57FEC5B5D16147A398D77021284F7ECF"/>
          </w:pPr>
          <w:r>
            <w:rPr>
              <w:rStyle w:val="Textedelespacerserv"/>
              <w:rFonts w:asciiTheme="majorHAnsi" w:hAnsiTheme="majorHAnsi" w:cstheme="majorHAnsi"/>
              <w:sz w:val="20"/>
              <w:szCs w:val="20"/>
            </w:rPr>
            <w:t xml:space="preserve">                            </w:t>
          </w:r>
        </w:p>
      </w:docPartBody>
    </w:docPart>
    <w:docPart>
      <w:docPartPr>
        <w:name w:val="1DE7788543874F5D8581CB005FF5C7B3"/>
        <w:category>
          <w:name w:val="Général"/>
          <w:gallery w:val="placeholder"/>
        </w:category>
        <w:types>
          <w:type w:val="bbPlcHdr"/>
        </w:types>
        <w:behaviors>
          <w:behavior w:val="content"/>
        </w:behaviors>
        <w:guid w:val="{F8A9616F-1764-4E21-B3FA-3E814E2EE80C}"/>
      </w:docPartPr>
      <w:docPartBody>
        <w:p w:rsidR="00B7334D" w:rsidRDefault="00D81572" w:rsidP="00D81572">
          <w:pPr>
            <w:pStyle w:val="1DE7788543874F5D8581CB005FF5C7B3"/>
          </w:pPr>
          <w:r w:rsidRPr="00330279">
            <w:rPr>
              <w:rStyle w:val="Textedelespacerserv"/>
              <w:rFonts w:asciiTheme="majorHAnsi" w:hAnsiTheme="majorHAnsi" w:cstheme="majorHAnsi"/>
              <w:sz w:val="20"/>
              <w:szCs w:val="20"/>
            </w:rPr>
            <w:t>Entrer du texte.</w:t>
          </w:r>
        </w:p>
      </w:docPartBody>
    </w:docPart>
    <w:docPart>
      <w:docPartPr>
        <w:name w:val="9AEB8E44864447E3A536D8AA243EDE56"/>
        <w:category>
          <w:name w:val="Général"/>
          <w:gallery w:val="placeholder"/>
        </w:category>
        <w:types>
          <w:type w:val="bbPlcHdr"/>
        </w:types>
        <w:behaviors>
          <w:behavior w:val="content"/>
        </w:behaviors>
        <w:guid w:val="{98C15E51-C36A-4A5E-8F15-0E536392C07E}"/>
      </w:docPartPr>
      <w:docPartBody>
        <w:p w:rsidR="00B7334D" w:rsidRDefault="00D81572" w:rsidP="00D81572">
          <w:pPr>
            <w:pStyle w:val="9AEB8E44864447E3A536D8AA243EDE56"/>
          </w:pPr>
          <w:r>
            <w:rPr>
              <w:rStyle w:val="Textedelespacerserv"/>
              <w:rFonts w:asciiTheme="majorHAnsi" w:hAnsiTheme="majorHAnsi" w:cstheme="majorHAnsi"/>
              <w:sz w:val="20"/>
              <w:szCs w:val="20"/>
            </w:rPr>
            <w:t xml:space="preserve">                            </w:t>
          </w:r>
        </w:p>
      </w:docPartBody>
    </w:docPart>
    <w:docPart>
      <w:docPartPr>
        <w:name w:val="381C6BABD97140DDB6234D56CDD2F703"/>
        <w:category>
          <w:name w:val="Général"/>
          <w:gallery w:val="placeholder"/>
        </w:category>
        <w:types>
          <w:type w:val="bbPlcHdr"/>
        </w:types>
        <w:behaviors>
          <w:behavior w:val="content"/>
        </w:behaviors>
        <w:guid w:val="{A345C630-E156-4CB8-8828-40525B481449}"/>
      </w:docPartPr>
      <w:docPartBody>
        <w:p w:rsidR="00B7334D" w:rsidRDefault="00D81572" w:rsidP="00D81572">
          <w:pPr>
            <w:pStyle w:val="381C6BABD97140DDB6234D56CDD2F703"/>
          </w:pPr>
          <w:r w:rsidRPr="00330279">
            <w:rPr>
              <w:rStyle w:val="Textedelespacerserv"/>
              <w:rFonts w:asciiTheme="majorHAnsi" w:hAnsiTheme="majorHAnsi" w:cstheme="majorHAnsi"/>
              <w:sz w:val="20"/>
              <w:szCs w:val="20"/>
            </w:rPr>
            <w:t>Entrer du texte.</w:t>
          </w:r>
        </w:p>
      </w:docPartBody>
    </w:docPart>
    <w:docPart>
      <w:docPartPr>
        <w:name w:val="CD5502F55C104940B196D036ED833065"/>
        <w:category>
          <w:name w:val="Général"/>
          <w:gallery w:val="placeholder"/>
        </w:category>
        <w:types>
          <w:type w:val="bbPlcHdr"/>
        </w:types>
        <w:behaviors>
          <w:behavior w:val="content"/>
        </w:behaviors>
        <w:guid w:val="{0ACF3EE6-5702-4034-8C84-AF55D83061BE}"/>
      </w:docPartPr>
      <w:docPartBody>
        <w:p w:rsidR="00B7334D" w:rsidRDefault="00D81572" w:rsidP="00D81572">
          <w:pPr>
            <w:pStyle w:val="CD5502F55C104940B196D036ED833065"/>
          </w:pPr>
          <w:r>
            <w:rPr>
              <w:rStyle w:val="Textedelespacerserv"/>
              <w:rFonts w:asciiTheme="majorHAnsi" w:hAnsiTheme="majorHAnsi" w:cstheme="majorHAnsi"/>
              <w:sz w:val="20"/>
              <w:szCs w:val="20"/>
            </w:rPr>
            <w:t xml:space="preserve">                            </w:t>
          </w:r>
        </w:p>
      </w:docPartBody>
    </w:docPart>
    <w:docPart>
      <w:docPartPr>
        <w:name w:val="473D240254124DF89EEA74EEEA84302B"/>
        <w:category>
          <w:name w:val="Général"/>
          <w:gallery w:val="placeholder"/>
        </w:category>
        <w:types>
          <w:type w:val="bbPlcHdr"/>
        </w:types>
        <w:behaviors>
          <w:behavior w:val="content"/>
        </w:behaviors>
        <w:guid w:val="{993111F8-1421-41C7-9224-00F78AA0ECAE}"/>
      </w:docPartPr>
      <w:docPartBody>
        <w:p w:rsidR="00B7334D" w:rsidRDefault="00D81572" w:rsidP="00D81572">
          <w:pPr>
            <w:pStyle w:val="473D240254124DF89EEA74EEEA84302B"/>
          </w:pPr>
          <w:r w:rsidRPr="00330279">
            <w:rPr>
              <w:rStyle w:val="Textedelespacerserv"/>
              <w:rFonts w:asciiTheme="majorHAnsi" w:hAnsiTheme="majorHAnsi" w:cstheme="majorHAnsi"/>
              <w:sz w:val="20"/>
              <w:szCs w:val="20"/>
            </w:rPr>
            <w:t>Entrer du texte.</w:t>
          </w:r>
        </w:p>
      </w:docPartBody>
    </w:docPart>
    <w:docPart>
      <w:docPartPr>
        <w:name w:val="C7955842A8BC47CCB95418F6E21FE1FD"/>
        <w:category>
          <w:name w:val="Général"/>
          <w:gallery w:val="placeholder"/>
        </w:category>
        <w:types>
          <w:type w:val="bbPlcHdr"/>
        </w:types>
        <w:behaviors>
          <w:behavior w:val="content"/>
        </w:behaviors>
        <w:guid w:val="{0DD3C35C-F428-4A09-A009-29BCAFCA2609}"/>
      </w:docPartPr>
      <w:docPartBody>
        <w:p w:rsidR="00B7334D" w:rsidRDefault="00D81572" w:rsidP="00D81572">
          <w:pPr>
            <w:pStyle w:val="C7955842A8BC47CCB95418F6E21FE1FD"/>
          </w:pPr>
          <w:r>
            <w:rPr>
              <w:rStyle w:val="Textedelespacerserv"/>
              <w:rFonts w:asciiTheme="majorHAnsi" w:hAnsiTheme="majorHAnsi" w:cstheme="majorHAnsi"/>
              <w:sz w:val="20"/>
              <w:szCs w:val="20"/>
            </w:rPr>
            <w:t xml:space="preserve">                            </w:t>
          </w:r>
        </w:p>
      </w:docPartBody>
    </w:docPart>
    <w:docPart>
      <w:docPartPr>
        <w:name w:val="E8AE664A73FD4560B69BE75BA5ED3682"/>
        <w:category>
          <w:name w:val="Général"/>
          <w:gallery w:val="placeholder"/>
        </w:category>
        <w:types>
          <w:type w:val="bbPlcHdr"/>
        </w:types>
        <w:behaviors>
          <w:behavior w:val="content"/>
        </w:behaviors>
        <w:guid w:val="{2F721FDA-37B6-46D2-BB06-DC52D0F5234A}"/>
      </w:docPartPr>
      <w:docPartBody>
        <w:p w:rsidR="00B7334D" w:rsidRDefault="00D81572" w:rsidP="00D81572">
          <w:pPr>
            <w:pStyle w:val="E8AE664A73FD4560B69BE75BA5ED3682"/>
          </w:pPr>
          <w:r w:rsidRPr="00330279">
            <w:rPr>
              <w:rStyle w:val="Textedelespacerserv"/>
              <w:rFonts w:asciiTheme="majorHAnsi" w:hAnsiTheme="majorHAnsi" w:cstheme="majorHAnsi"/>
              <w:sz w:val="20"/>
              <w:szCs w:val="20"/>
            </w:rPr>
            <w:t>Entrer du texte.</w:t>
          </w:r>
        </w:p>
      </w:docPartBody>
    </w:docPart>
    <w:docPart>
      <w:docPartPr>
        <w:name w:val="0F9D6420DA0D4F5A9882F76938FAF16E"/>
        <w:category>
          <w:name w:val="Général"/>
          <w:gallery w:val="placeholder"/>
        </w:category>
        <w:types>
          <w:type w:val="bbPlcHdr"/>
        </w:types>
        <w:behaviors>
          <w:behavior w:val="content"/>
        </w:behaviors>
        <w:guid w:val="{2D130FCE-1565-4F07-A8D3-65A2E0ED464A}"/>
      </w:docPartPr>
      <w:docPartBody>
        <w:p w:rsidR="00B7334D" w:rsidRDefault="00D81572" w:rsidP="00D81572">
          <w:pPr>
            <w:pStyle w:val="0F9D6420DA0D4F5A9882F76938FAF16E"/>
          </w:pPr>
          <w:r>
            <w:rPr>
              <w:rStyle w:val="Textedelespacerserv"/>
              <w:rFonts w:asciiTheme="majorHAnsi" w:hAnsiTheme="majorHAnsi" w:cstheme="majorHAnsi"/>
              <w:sz w:val="20"/>
              <w:szCs w:val="20"/>
            </w:rPr>
            <w:t xml:space="preserve">                            </w:t>
          </w:r>
        </w:p>
      </w:docPartBody>
    </w:docPart>
    <w:docPart>
      <w:docPartPr>
        <w:name w:val="F9A98DC0A9D74C0BAE58FA6E5741EF74"/>
        <w:category>
          <w:name w:val="Général"/>
          <w:gallery w:val="placeholder"/>
        </w:category>
        <w:types>
          <w:type w:val="bbPlcHdr"/>
        </w:types>
        <w:behaviors>
          <w:behavior w:val="content"/>
        </w:behaviors>
        <w:guid w:val="{57A31543-02CA-4EA8-AA31-B02AA07BFE72}"/>
      </w:docPartPr>
      <w:docPartBody>
        <w:p w:rsidR="00B7334D" w:rsidRDefault="00D81572" w:rsidP="00D81572">
          <w:pPr>
            <w:pStyle w:val="F9A98DC0A9D74C0BAE58FA6E5741EF74"/>
          </w:pPr>
          <w:r w:rsidRPr="00330279">
            <w:rPr>
              <w:rStyle w:val="Textedelespacerserv"/>
              <w:rFonts w:asciiTheme="majorHAnsi" w:hAnsiTheme="majorHAnsi" w:cstheme="majorHAnsi"/>
              <w:sz w:val="20"/>
              <w:szCs w:val="20"/>
            </w:rPr>
            <w:t>Entrer du texte.</w:t>
          </w:r>
        </w:p>
      </w:docPartBody>
    </w:docPart>
    <w:docPart>
      <w:docPartPr>
        <w:name w:val="4645B85A75FB4A729EC1668699C50182"/>
        <w:category>
          <w:name w:val="Général"/>
          <w:gallery w:val="placeholder"/>
        </w:category>
        <w:types>
          <w:type w:val="bbPlcHdr"/>
        </w:types>
        <w:behaviors>
          <w:behavior w:val="content"/>
        </w:behaviors>
        <w:guid w:val="{D3AFB3C3-9362-4ECA-B6FF-140B6DBF6149}"/>
      </w:docPartPr>
      <w:docPartBody>
        <w:p w:rsidR="00B7334D" w:rsidRDefault="00D81572" w:rsidP="00D81572">
          <w:pPr>
            <w:pStyle w:val="4645B85A75FB4A729EC1668699C50182"/>
          </w:pPr>
          <w:r>
            <w:rPr>
              <w:rStyle w:val="Textedelespacerserv"/>
              <w:rFonts w:asciiTheme="majorHAnsi" w:hAnsiTheme="majorHAnsi" w:cstheme="majorHAnsi"/>
              <w:sz w:val="20"/>
              <w:szCs w:val="20"/>
            </w:rPr>
            <w:t xml:space="preserve">                            </w:t>
          </w:r>
        </w:p>
      </w:docPartBody>
    </w:docPart>
    <w:docPart>
      <w:docPartPr>
        <w:name w:val="9A4B43CD51144FA29703356B012063BA"/>
        <w:category>
          <w:name w:val="Général"/>
          <w:gallery w:val="placeholder"/>
        </w:category>
        <w:types>
          <w:type w:val="bbPlcHdr"/>
        </w:types>
        <w:behaviors>
          <w:behavior w:val="content"/>
        </w:behaviors>
        <w:guid w:val="{B78123AB-A6D7-4A79-A92B-C47D8FF8A526}"/>
      </w:docPartPr>
      <w:docPartBody>
        <w:p w:rsidR="00B7334D" w:rsidRDefault="00D81572" w:rsidP="00D81572">
          <w:pPr>
            <w:pStyle w:val="9A4B43CD51144FA29703356B012063BA"/>
          </w:pPr>
          <w:r w:rsidRPr="00330279">
            <w:rPr>
              <w:rStyle w:val="Textedelespacerserv"/>
              <w:rFonts w:asciiTheme="majorHAnsi" w:hAnsiTheme="majorHAnsi" w:cstheme="majorHAnsi"/>
              <w:sz w:val="20"/>
              <w:szCs w:val="20"/>
            </w:rPr>
            <w:t>Entrer du texte.</w:t>
          </w:r>
        </w:p>
      </w:docPartBody>
    </w:docPart>
    <w:docPart>
      <w:docPartPr>
        <w:name w:val="E81A0EB08C3B44738D7F74865D5A9BD3"/>
        <w:category>
          <w:name w:val="Général"/>
          <w:gallery w:val="placeholder"/>
        </w:category>
        <w:types>
          <w:type w:val="bbPlcHdr"/>
        </w:types>
        <w:behaviors>
          <w:behavior w:val="content"/>
        </w:behaviors>
        <w:guid w:val="{0B71F46F-E688-4915-BFFC-4AD98A927B9D}"/>
      </w:docPartPr>
      <w:docPartBody>
        <w:p w:rsidR="00B7334D" w:rsidRDefault="00D81572" w:rsidP="00D81572">
          <w:pPr>
            <w:pStyle w:val="E81A0EB08C3B44738D7F74865D5A9BD3"/>
          </w:pPr>
          <w:r>
            <w:rPr>
              <w:rStyle w:val="Textedelespacerserv"/>
              <w:rFonts w:asciiTheme="majorHAnsi" w:hAnsiTheme="majorHAnsi" w:cstheme="majorHAnsi"/>
              <w:sz w:val="20"/>
              <w:szCs w:val="20"/>
            </w:rPr>
            <w:t xml:space="preserve">                            </w:t>
          </w:r>
        </w:p>
      </w:docPartBody>
    </w:docPart>
    <w:docPart>
      <w:docPartPr>
        <w:name w:val="31E0F05A763045308CA96083C0592D4C"/>
        <w:category>
          <w:name w:val="Général"/>
          <w:gallery w:val="placeholder"/>
        </w:category>
        <w:types>
          <w:type w:val="bbPlcHdr"/>
        </w:types>
        <w:behaviors>
          <w:behavior w:val="content"/>
        </w:behaviors>
        <w:guid w:val="{B841A920-D239-4EC5-89B5-BD44CCE5A5FE}"/>
      </w:docPartPr>
      <w:docPartBody>
        <w:p w:rsidR="00B7334D" w:rsidRDefault="00D81572" w:rsidP="00D81572">
          <w:pPr>
            <w:pStyle w:val="31E0F05A763045308CA96083C0592D4C"/>
          </w:pPr>
          <w:r w:rsidRPr="00330279">
            <w:rPr>
              <w:rStyle w:val="Textedelespacerserv"/>
              <w:rFonts w:asciiTheme="majorHAnsi" w:hAnsiTheme="majorHAnsi" w:cstheme="majorHAnsi"/>
              <w:sz w:val="20"/>
              <w:szCs w:val="20"/>
            </w:rPr>
            <w:t>Entrer du texte.</w:t>
          </w:r>
        </w:p>
      </w:docPartBody>
    </w:docPart>
    <w:docPart>
      <w:docPartPr>
        <w:name w:val="9075A19BE8564B4B8EA01E5E84770E89"/>
        <w:category>
          <w:name w:val="Général"/>
          <w:gallery w:val="placeholder"/>
        </w:category>
        <w:types>
          <w:type w:val="bbPlcHdr"/>
        </w:types>
        <w:behaviors>
          <w:behavior w:val="content"/>
        </w:behaviors>
        <w:guid w:val="{D953EEC2-F9E9-4C7C-BE9F-0A43DCD9EF0E}"/>
      </w:docPartPr>
      <w:docPartBody>
        <w:p w:rsidR="00B7334D" w:rsidRDefault="00D81572" w:rsidP="00D81572">
          <w:pPr>
            <w:pStyle w:val="9075A19BE8564B4B8EA01E5E84770E89"/>
          </w:pPr>
          <w:r>
            <w:rPr>
              <w:rStyle w:val="Textedelespacerserv"/>
              <w:rFonts w:asciiTheme="majorHAnsi" w:hAnsiTheme="majorHAnsi" w:cstheme="majorHAnsi"/>
              <w:sz w:val="20"/>
              <w:szCs w:val="20"/>
            </w:rPr>
            <w:t xml:space="preserve">                            </w:t>
          </w:r>
        </w:p>
      </w:docPartBody>
    </w:docPart>
    <w:docPart>
      <w:docPartPr>
        <w:name w:val="AF76428074B54A878505A769D879D549"/>
        <w:category>
          <w:name w:val="Général"/>
          <w:gallery w:val="placeholder"/>
        </w:category>
        <w:types>
          <w:type w:val="bbPlcHdr"/>
        </w:types>
        <w:behaviors>
          <w:behavior w:val="content"/>
        </w:behaviors>
        <w:guid w:val="{CF71A239-39C5-4042-95F9-B87ABBFF0DC0}"/>
      </w:docPartPr>
      <w:docPartBody>
        <w:p w:rsidR="00B7334D" w:rsidRDefault="00D81572" w:rsidP="00D81572">
          <w:pPr>
            <w:pStyle w:val="AF76428074B54A878505A769D879D549"/>
          </w:pPr>
          <w:r w:rsidRPr="00330279">
            <w:rPr>
              <w:rStyle w:val="Textedelespacerserv"/>
              <w:rFonts w:asciiTheme="majorHAnsi" w:hAnsiTheme="majorHAnsi" w:cstheme="majorHAnsi"/>
              <w:sz w:val="20"/>
              <w:szCs w:val="20"/>
            </w:rPr>
            <w:t>Entrer du texte.</w:t>
          </w:r>
        </w:p>
      </w:docPartBody>
    </w:docPart>
    <w:docPart>
      <w:docPartPr>
        <w:name w:val="C93287EABAAE4B49BCE91F53BB54E230"/>
        <w:category>
          <w:name w:val="Général"/>
          <w:gallery w:val="placeholder"/>
        </w:category>
        <w:types>
          <w:type w:val="bbPlcHdr"/>
        </w:types>
        <w:behaviors>
          <w:behavior w:val="content"/>
        </w:behaviors>
        <w:guid w:val="{776B671F-8414-4D36-A87C-94E6176C356E}"/>
      </w:docPartPr>
      <w:docPartBody>
        <w:p w:rsidR="00B7334D" w:rsidRDefault="00D81572" w:rsidP="00D81572">
          <w:pPr>
            <w:pStyle w:val="C93287EABAAE4B49BCE91F53BB54E230"/>
          </w:pPr>
          <w:r>
            <w:rPr>
              <w:rStyle w:val="Textedelespacerserv"/>
              <w:rFonts w:asciiTheme="majorHAnsi" w:hAnsiTheme="majorHAnsi" w:cstheme="majorHAnsi"/>
              <w:sz w:val="20"/>
              <w:szCs w:val="20"/>
            </w:rPr>
            <w:t xml:space="preserve">                            </w:t>
          </w:r>
        </w:p>
      </w:docPartBody>
    </w:docPart>
    <w:docPart>
      <w:docPartPr>
        <w:name w:val="32E6CE7755BD4993A08B753FDA351CE0"/>
        <w:category>
          <w:name w:val="Général"/>
          <w:gallery w:val="placeholder"/>
        </w:category>
        <w:types>
          <w:type w:val="bbPlcHdr"/>
        </w:types>
        <w:behaviors>
          <w:behavior w:val="content"/>
        </w:behaviors>
        <w:guid w:val="{413F0FDD-1A5B-4EF1-8917-3A1AFBF386EE}"/>
      </w:docPartPr>
      <w:docPartBody>
        <w:p w:rsidR="00B7334D" w:rsidRDefault="00D81572" w:rsidP="00D81572">
          <w:pPr>
            <w:pStyle w:val="32E6CE7755BD4993A08B753FDA351CE0"/>
          </w:pPr>
          <w:r w:rsidRPr="00330279">
            <w:rPr>
              <w:rStyle w:val="Textedelespacerserv"/>
              <w:rFonts w:asciiTheme="majorHAnsi" w:hAnsiTheme="majorHAnsi" w:cstheme="majorHAnsi"/>
              <w:sz w:val="20"/>
              <w:szCs w:val="20"/>
            </w:rPr>
            <w:t>Entrer du texte.</w:t>
          </w:r>
        </w:p>
      </w:docPartBody>
    </w:docPart>
    <w:docPart>
      <w:docPartPr>
        <w:name w:val="EA714FE81CC147A5B601898246E12836"/>
        <w:category>
          <w:name w:val="Général"/>
          <w:gallery w:val="placeholder"/>
        </w:category>
        <w:types>
          <w:type w:val="bbPlcHdr"/>
        </w:types>
        <w:behaviors>
          <w:behavior w:val="content"/>
        </w:behaviors>
        <w:guid w:val="{715DC96E-B56B-42F9-B01B-886E84D30BE0}"/>
      </w:docPartPr>
      <w:docPartBody>
        <w:p w:rsidR="00B7334D" w:rsidRDefault="00D81572" w:rsidP="00D81572">
          <w:pPr>
            <w:pStyle w:val="EA714FE81CC147A5B601898246E12836"/>
          </w:pPr>
          <w:r>
            <w:rPr>
              <w:rStyle w:val="Textedelespacerserv"/>
              <w:rFonts w:asciiTheme="majorHAnsi" w:hAnsiTheme="majorHAnsi" w:cstheme="majorHAnsi"/>
              <w:sz w:val="20"/>
              <w:szCs w:val="20"/>
            </w:rPr>
            <w:t xml:space="preserve">                            </w:t>
          </w:r>
        </w:p>
      </w:docPartBody>
    </w:docPart>
    <w:docPart>
      <w:docPartPr>
        <w:name w:val="93C30EC1BB694996808885D9F3A3027E"/>
        <w:category>
          <w:name w:val="Général"/>
          <w:gallery w:val="placeholder"/>
        </w:category>
        <w:types>
          <w:type w:val="bbPlcHdr"/>
        </w:types>
        <w:behaviors>
          <w:behavior w:val="content"/>
        </w:behaviors>
        <w:guid w:val="{BF052B59-DC5E-4546-8A17-EAA56B4F0D43}"/>
      </w:docPartPr>
      <w:docPartBody>
        <w:p w:rsidR="00B7334D" w:rsidRDefault="00D81572" w:rsidP="00D81572">
          <w:pPr>
            <w:pStyle w:val="93C30EC1BB694996808885D9F3A3027E"/>
          </w:pPr>
          <w:r>
            <w:rPr>
              <w:rStyle w:val="Textedelespacerserv"/>
              <w:rFonts w:asciiTheme="majorHAnsi" w:hAnsiTheme="majorHAnsi" w:cstheme="majorHAnsi"/>
              <w:sz w:val="20"/>
              <w:szCs w:val="20"/>
            </w:rPr>
            <w:t xml:space="preserve">                            </w:t>
          </w:r>
        </w:p>
      </w:docPartBody>
    </w:docPart>
    <w:docPart>
      <w:docPartPr>
        <w:name w:val="86C6B78614124B34B1149D6D21420939"/>
        <w:category>
          <w:name w:val="Général"/>
          <w:gallery w:val="placeholder"/>
        </w:category>
        <w:types>
          <w:type w:val="bbPlcHdr"/>
        </w:types>
        <w:behaviors>
          <w:behavior w:val="content"/>
        </w:behaviors>
        <w:guid w:val="{751409D3-F5F5-47F2-A09A-F94EB3036B4A}"/>
      </w:docPartPr>
      <w:docPartBody>
        <w:p w:rsidR="00B7334D" w:rsidRDefault="00D81572" w:rsidP="00D81572">
          <w:pPr>
            <w:pStyle w:val="86C6B78614124B34B1149D6D21420939"/>
          </w:pPr>
          <w:r>
            <w:rPr>
              <w:rStyle w:val="Textedelespacerserv"/>
              <w:rFonts w:asciiTheme="majorHAnsi" w:hAnsiTheme="majorHAnsi" w:cstheme="majorHAnsi"/>
              <w:sz w:val="20"/>
              <w:szCs w:val="20"/>
            </w:rPr>
            <w:t xml:space="preserve">                            </w:t>
          </w:r>
        </w:p>
      </w:docPartBody>
    </w:docPart>
    <w:docPart>
      <w:docPartPr>
        <w:name w:val="CBF0424FC7354628B5E8F09578A73D2A"/>
        <w:category>
          <w:name w:val="Général"/>
          <w:gallery w:val="placeholder"/>
        </w:category>
        <w:types>
          <w:type w:val="bbPlcHdr"/>
        </w:types>
        <w:behaviors>
          <w:behavior w:val="content"/>
        </w:behaviors>
        <w:guid w:val="{E14F163D-4C37-4A3A-8DE2-DCC4FB33D6C8}"/>
      </w:docPartPr>
      <w:docPartBody>
        <w:p w:rsidR="00BD72A9" w:rsidRDefault="00B7334D" w:rsidP="00B7334D">
          <w:pPr>
            <w:pStyle w:val="CBF0424FC7354628B5E8F09578A73D2A"/>
          </w:pPr>
          <w:r>
            <w:rPr>
              <w:rStyle w:val="Textedelespacerserv"/>
              <w:rFonts w:asciiTheme="majorHAnsi" w:hAnsiTheme="majorHAnsi" w:cstheme="majorHAnsi"/>
              <w:sz w:val="20"/>
              <w:szCs w:val="20"/>
            </w:rPr>
            <w:t xml:space="preserve">                            </w:t>
          </w:r>
        </w:p>
      </w:docPartBody>
    </w:docPart>
    <w:docPart>
      <w:docPartPr>
        <w:name w:val="C1C63A591E9F497D92C87B53D170D59B"/>
        <w:category>
          <w:name w:val="Général"/>
          <w:gallery w:val="placeholder"/>
        </w:category>
        <w:types>
          <w:type w:val="bbPlcHdr"/>
        </w:types>
        <w:behaviors>
          <w:behavior w:val="content"/>
        </w:behaviors>
        <w:guid w:val="{310C1516-9308-45E8-81B0-A429E220B9C1}"/>
      </w:docPartPr>
      <w:docPartBody>
        <w:p w:rsidR="00BD72A9" w:rsidRDefault="00B7334D" w:rsidP="00B7334D">
          <w:pPr>
            <w:pStyle w:val="C1C63A591E9F497D92C87B53D170D59B"/>
          </w:pPr>
          <w:r>
            <w:rPr>
              <w:rStyle w:val="Textedelespacerserv"/>
              <w:rFonts w:asciiTheme="majorHAnsi" w:hAnsiTheme="majorHAnsi" w:cstheme="majorHAnsi"/>
              <w:sz w:val="20"/>
              <w:szCs w:val="20"/>
            </w:rPr>
            <w:t xml:space="preserve">                            </w:t>
          </w:r>
        </w:p>
      </w:docPartBody>
    </w:docPart>
    <w:docPart>
      <w:docPartPr>
        <w:name w:val="11075AEEA108494E804F3F09251A2F01"/>
        <w:category>
          <w:name w:val="Général"/>
          <w:gallery w:val="placeholder"/>
        </w:category>
        <w:types>
          <w:type w:val="bbPlcHdr"/>
        </w:types>
        <w:behaviors>
          <w:behavior w:val="content"/>
        </w:behaviors>
        <w:guid w:val="{C0F939A0-4EC8-4072-B5A9-F28BD4FBBE60}"/>
      </w:docPartPr>
      <w:docPartBody>
        <w:p w:rsidR="00BD72A9" w:rsidRDefault="00B7334D" w:rsidP="00B7334D">
          <w:pPr>
            <w:pStyle w:val="11075AEEA108494E804F3F09251A2F01"/>
          </w:pPr>
          <w:r>
            <w:rPr>
              <w:rStyle w:val="Textedelespacerserv"/>
              <w:rFonts w:asciiTheme="majorHAnsi" w:hAnsiTheme="majorHAnsi" w:cstheme="majorHAnsi"/>
              <w:sz w:val="20"/>
              <w:szCs w:val="20"/>
            </w:rPr>
            <w:t xml:space="preserve">                            </w:t>
          </w:r>
        </w:p>
      </w:docPartBody>
    </w:docPart>
    <w:docPart>
      <w:docPartPr>
        <w:name w:val="45638229D0C0458C945C5F5552A8220B"/>
        <w:category>
          <w:name w:val="Général"/>
          <w:gallery w:val="placeholder"/>
        </w:category>
        <w:types>
          <w:type w:val="bbPlcHdr"/>
        </w:types>
        <w:behaviors>
          <w:behavior w:val="content"/>
        </w:behaviors>
        <w:guid w:val="{E61F47E1-5009-4668-B023-23454C9CF72D}"/>
      </w:docPartPr>
      <w:docPartBody>
        <w:p w:rsidR="00BD72A9" w:rsidRDefault="00B7334D" w:rsidP="00B7334D">
          <w:pPr>
            <w:pStyle w:val="45638229D0C0458C945C5F5552A8220B"/>
          </w:pPr>
          <w:r>
            <w:rPr>
              <w:rStyle w:val="Textedelespacerserv"/>
              <w:rFonts w:asciiTheme="majorHAnsi" w:hAnsiTheme="majorHAnsi" w:cstheme="majorHAnsi"/>
              <w:sz w:val="20"/>
              <w:szCs w:val="20"/>
            </w:rPr>
            <w:t xml:space="preserve">                            </w:t>
          </w:r>
        </w:p>
      </w:docPartBody>
    </w:docPart>
    <w:docPart>
      <w:docPartPr>
        <w:name w:val="6B45ACEC645F480B9599DDAE7B39EA87"/>
        <w:category>
          <w:name w:val="Général"/>
          <w:gallery w:val="placeholder"/>
        </w:category>
        <w:types>
          <w:type w:val="bbPlcHdr"/>
        </w:types>
        <w:behaviors>
          <w:behavior w:val="content"/>
        </w:behaviors>
        <w:guid w:val="{6B27A08B-1006-48D6-AD15-1FC5C146B09E}"/>
      </w:docPartPr>
      <w:docPartBody>
        <w:p w:rsidR="00BD72A9" w:rsidRDefault="00B7334D" w:rsidP="00B7334D">
          <w:pPr>
            <w:pStyle w:val="6B45ACEC645F480B9599DDAE7B39EA87"/>
          </w:pPr>
          <w:r>
            <w:rPr>
              <w:rStyle w:val="Textedelespacerserv"/>
              <w:rFonts w:asciiTheme="majorHAnsi" w:hAnsiTheme="majorHAnsi" w:cstheme="majorHAnsi"/>
              <w:sz w:val="20"/>
              <w:szCs w:val="20"/>
            </w:rPr>
            <w:t xml:space="preserve">                            </w:t>
          </w:r>
        </w:p>
      </w:docPartBody>
    </w:docPart>
    <w:docPart>
      <w:docPartPr>
        <w:name w:val="8591E26C539B44F3AE13695703E78032"/>
        <w:category>
          <w:name w:val="Général"/>
          <w:gallery w:val="placeholder"/>
        </w:category>
        <w:types>
          <w:type w:val="bbPlcHdr"/>
        </w:types>
        <w:behaviors>
          <w:behavior w:val="content"/>
        </w:behaviors>
        <w:guid w:val="{EB802EC9-F017-406B-948F-3558E2334699}"/>
      </w:docPartPr>
      <w:docPartBody>
        <w:p w:rsidR="00BD72A9" w:rsidRDefault="00B7334D" w:rsidP="00B7334D">
          <w:pPr>
            <w:pStyle w:val="8591E26C539B44F3AE13695703E78032"/>
          </w:pPr>
          <w:r>
            <w:rPr>
              <w:rStyle w:val="Textedelespacerserv"/>
              <w:rFonts w:asciiTheme="majorHAnsi" w:hAnsiTheme="majorHAnsi" w:cstheme="majorHAnsi"/>
              <w:sz w:val="20"/>
              <w:szCs w:val="20"/>
            </w:rPr>
            <w:t xml:space="preserve">                            </w:t>
          </w:r>
        </w:p>
      </w:docPartBody>
    </w:docPart>
    <w:docPart>
      <w:docPartPr>
        <w:name w:val="6857E1D51A4344A49FB7C4B4A366C1E7"/>
        <w:category>
          <w:name w:val="Général"/>
          <w:gallery w:val="placeholder"/>
        </w:category>
        <w:types>
          <w:type w:val="bbPlcHdr"/>
        </w:types>
        <w:behaviors>
          <w:behavior w:val="content"/>
        </w:behaviors>
        <w:guid w:val="{E8071C17-A153-40AE-9732-D62CDE2B8F4E}"/>
      </w:docPartPr>
      <w:docPartBody>
        <w:p w:rsidR="00BD72A9" w:rsidRDefault="00B7334D" w:rsidP="00B7334D">
          <w:pPr>
            <w:pStyle w:val="6857E1D51A4344A49FB7C4B4A366C1E7"/>
          </w:pPr>
          <w:r>
            <w:rPr>
              <w:rStyle w:val="Textedelespacerserv"/>
              <w:rFonts w:asciiTheme="majorHAnsi" w:hAnsiTheme="majorHAnsi" w:cstheme="majorHAnsi"/>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4DF"/>
    <w:rsid w:val="00032C85"/>
    <w:rsid w:val="00106609"/>
    <w:rsid w:val="0013427A"/>
    <w:rsid w:val="001A5F79"/>
    <w:rsid w:val="001B01EF"/>
    <w:rsid w:val="001C36B4"/>
    <w:rsid w:val="00203F3F"/>
    <w:rsid w:val="002152E5"/>
    <w:rsid w:val="0021585A"/>
    <w:rsid w:val="00286178"/>
    <w:rsid w:val="003B44DF"/>
    <w:rsid w:val="004175AF"/>
    <w:rsid w:val="004255E2"/>
    <w:rsid w:val="004917DA"/>
    <w:rsid w:val="004F5853"/>
    <w:rsid w:val="00592108"/>
    <w:rsid w:val="00597406"/>
    <w:rsid w:val="005D5986"/>
    <w:rsid w:val="005E235E"/>
    <w:rsid w:val="0062384A"/>
    <w:rsid w:val="00642664"/>
    <w:rsid w:val="00732BBD"/>
    <w:rsid w:val="00742E78"/>
    <w:rsid w:val="00784FCA"/>
    <w:rsid w:val="00877ED5"/>
    <w:rsid w:val="009A2445"/>
    <w:rsid w:val="009D2765"/>
    <w:rsid w:val="00A0571A"/>
    <w:rsid w:val="00A15FCA"/>
    <w:rsid w:val="00A35F3E"/>
    <w:rsid w:val="00AB5800"/>
    <w:rsid w:val="00B16443"/>
    <w:rsid w:val="00B17A55"/>
    <w:rsid w:val="00B7334D"/>
    <w:rsid w:val="00B8756E"/>
    <w:rsid w:val="00BC2EC9"/>
    <w:rsid w:val="00BD72A9"/>
    <w:rsid w:val="00BF7269"/>
    <w:rsid w:val="00C87A16"/>
    <w:rsid w:val="00CC6B6E"/>
    <w:rsid w:val="00D56BC0"/>
    <w:rsid w:val="00D81572"/>
    <w:rsid w:val="00D87652"/>
    <w:rsid w:val="00E27046"/>
    <w:rsid w:val="00E4599A"/>
    <w:rsid w:val="00E941C7"/>
    <w:rsid w:val="00EB20CA"/>
    <w:rsid w:val="00F05937"/>
    <w:rsid w:val="00F921E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7334D"/>
    <w:rPr>
      <w:color w:val="808080"/>
    </w:rPr>
  </w:style>
  <w:style w:type="paragraph" w:customStyle="1" w:styleId="CBF0424FC7354628B5E8F09578A73D2A">
    <w:name w:val="CBF0424FC7354628B5E8F09578A73D2A"/>
    <w:rsid w:val="00B7334D"/>
  </w:style>
  <w:style w:type="paragraph" w:customStyle="1" w:styleId="C1C63A591E9F497D92C87B53D170D59B">
    <w:name w:val="C1C63A591E9F497D92C87B53D170D59B"/>
    <w:rsid w:val="00B7334D"/>
  </w:style>
  <w:style w:type="paragraph" w:customStyle="1" w:styleId="11075AEEA108494E804F3F09251A2F01">
    <w:name w:val="11075AEEA108494E804F3F09251A2F01"/>
    <w:rsid w:val="00B7334D"/>
  </w:style>
  <w:style w:type="paragraph" w:customStyle="1" w:styleId="45638229D0C0458C945C5F5552A8220B">
    <w:name w:val="45638229D0C0458C945C5F5552A8220B"/>
    <w:rsid w:val="00B7334D"/>
  </w:style>
  <w:style w:type="paragraph" w:customStyle="1" w:styleId="6B45ACEC645F480B9599DDAE7B39EA87">
    <w:name w:val="6B45ACEC645F480B9599DDAE7B39EA87"/>
    <w:rsid w:val="00B7334D"/>
  </w:style>
  <w:style w:type="paragraph" w:customStyle="1" w:styleId="8591E26C539B44F3AE13695703E78032">
    <w:name w:val="8591E26C539B44F3AE13695703E78032"/>
    <w:rsid w:val="00B7334D"/>
  </w:style>
  <w:style w:type="paragraph" w:customStyle="1" w:styleId="6857E1D51A4344A49FB7C4B4A366C1E7">
    <w:name w:val="6857E1D51A4344A49FB7C4B4A366C1E7"/>
    <w:rsid w:val="00B7334D"/>
  </w:style>
  <w:style w:type="paragraph" w:customStyle="1" w:styleId="0B94334F61B14940BF1034B2D2C8C6442">
    <w:name w:val="0B94334F61B14940BF1034B2D2C8C6442"/>
    <w:rsid w:val="00A0571A"/>
    <w:pPr>
      <w:tabs>
        <w:tab w:val="center" w:pos="4680"/>
        <w:tab w:val="right" w:pos="9360"/>
      </w:tabs>
      <w:spacing w:after="0" w:line="240" w:lineRule="auto"/>
    </w:pPr>
    <w:rPr>
      <w:rFonts w:ascii="Calibri" w:hAnsi="Calibri"/>
      <w:kern w:val="0"/>
      <w:sz w:val="22"/>
      <w:szCs w:val="22"/>
      <w:lang w:val="en-US" w:eastAsia="en-US"/>
      <w14:ligatures w14:val="none"/>
    </w:rPr>
  </w:style>
  <w:style w:type="paragraph" w:customStyle="1" w:styleId="1F9C850B29D949BE8474B4D7F9A313E0">
    <w:name w:val="1F9C850B29D949BE8474B4D7F9A313E0"/>
    <w:rsid w:val="00D87652"/>
  </w:style>
  <w:style w:type="paragraph" w:customStyle="1" w:styleId="43BDC419AC8E4CDE9D1E5C1721E7E40D">
    <w:name w:val="43BDC419AC8E4CDE9D1E5C1721E7E40D"/>
    <w:rsid w:val="00D87652"/>
  </w:style>
  <w:style w:type="paragraph" w:customStyle="1" w:styleId="24BA28E656F64981941CC63BE9F1045F1">
    <w:name w:val="24BA28E656F64981941CC63BE9F1045F1"/>
    <w:rsid w:val="00D81572"/>
    <w:pPr>
      <w:spacing w:after="200" w:line="276" w:lineRule="auto"/>
    </w:pPr>
    <w:rPr>
      <w:rFonts w:ascii="Calibri" w:hAnsi="Calibri"/>
      <w:kern w:val="0"/>
      <w:sz w:val="22"/>
      <w:szCs w:val="22"/>
      <w:lang w:val="en-US" w:eastAsia="en-US"/>
      <w14:ligatures w14:val="none"/>
    </w:rPr>
  </w:style>
  <w:style w:type="paragraph" w:customStyle="1" w:styleId="A111D796D98C4144A3CF069120DF0A191">
    <w:name w:val="A111D796D98C4144A3CF069120DF0A191"/>
    <w:rsid w:val="00D81572"/>
    <w:pPr>
      <w:spacing w:after="200" w:line="276" w:lineRule="auto"/>
    </w:pPr>
    <w:rPr>
      <w:rFonts w:ascii="Calibri" w:hAnsi="Calibri"/>
      <w:kern w:val="0"/>
      <w:sz w:val="22"/>
      <w:szCs w:val="22"/>
      <w:lang w:val="en-US" w:eastAsia="en-US"/>
      <w14:ligatures w14:val="none"/>
    </w:rPr>
  </w:style>
  <w:style w:type="paragraph" w:customStyle="1" w:styleId="3B33B6B66740487D93B2B066A2DEF0071">
    <w:name w:val="3B33B6B66740487D93B2B066A2DEF0071"/>
    <w:rsid w:val="00D81572"/>
    <w:pPr>
      <w:spacing w:after="200" w:line="276" w:lineRule="auto"/>
    </w:pPr>
    <w:rPr>
      <w:rFonts w:ascii="Calibri" w:hAnsi="Calibri"/>
      <w:kern w:val="0"/>
      <w:sz w:val="22"/>
      <w:szCs w:val="22"/>
      <w:lang w:val="en-US" w:eastAsia="en-US"/>
      <w14:ligatures w14:val="none"/>
    </w:rPr>
  </w:style>
  <w:style w:type="paragraph" w:customStyle="1" w:styleId="797585ACFCEE46AB89EA435179581AC41">
    <w:name w:val="797585ACFCEE46AB89EA435179581AC41"/>
    <w:rsid w:val="00D81572"/>
    <w:pPr>
      <w:spacing w:after="200" w:line="276" w:lineRule="auto"/>
    </w:pPr>
    <w:rPr>
      <w:rFonts w:ascii="Calibri" w:hAnsi="Calibri"/>
      <w:kern w:val="0"/>
      <w:sz w:val="22"/>
      <w:szCs w:val="22"/>
      <w:lang w:val="en-US" w:eastAsia="en-US"/>
      <w14:ligatures w14:val="none"/>
    </w:rPr>
  </w:style>
  <w:style w:type="paragraph" w:customStyle="1" w:styleId="463E8505B88E44A086C61167547889C21">
    <w:name w:val="463E8505B88E44A086C61167547889C21"/>
    <w:rsid w:val="00D81572"/>
    <w:pPr>
      <w:spacing w:after="200" w:line="276" w:lineRule="auto"/>
    </w:pPr>
    <w:rPr>
      <w:rFonts w:ascii="Calibri" w:hAnsi="Calibri"/>
      <w:kern w:val="0"/>
      <w:sz w:val="22"/>
      <w:szCs w:val="22"/>
      <w:lang w:val="en-US" w:eastAsia="en-US"/>
      <w14:ligatures w14:val="none"/>
    </w:rPr>
  </w:style>
  <w:style w:type="paragraph" w:customStyle="1" w:styleId="7384D2A6173C469FB383B2E1AD3976971">
    <w:name w:val="7384D2A6173C469FB383B2E1AD3976971"/>
    <w:rsid w:val="00D81572"/>
    <w:pPr>
      <w:spacing w:after="200" w:line="276" w:lineRule="auto"/>
    </w:pPr>
    <w:rPr>
      <w:rFonts w:ascii="Calibri" w:hAnsi="Calibri"/>
      <w:kern w:val="0"/>
      <w:sz w:val="22"/>
      <w:szCs w:val="22"/>
      <w:lang w:val="en-US" w:eastAsia="en-US"/>
      <w14:ligatures w14:val="none"/>
    </w:rPr>
  </w:style>
  <w:style w:type="paragraph" w:customStyle="1" w:styleId="0940DD2828984E6A9DF191726A967F581">
    <w:name w:val="0940DD2828984E6A9DF191726A967F581"/>
    <w:rsid w:val="00D81572"/>
    <w:pPr>
      <w:spacing w:after="200" w:line="276" w:lineRule="auto"/>
    </w:pPr>
    <w:rPr>
      <w:rFonts w:ascii="Calibri" w:hAnsi="Calibri"/>
      <w:kern w:val="0"/>
      <w:sz w:val="22"/>
      <w:szCs w:val="22"/>
      <w:lang w:val="en-US" w:eastAsia="en-US"/>
      <w14:ligatures w14:val="none"/>
    </w:rPr>
  </w:style>
  <w:style w:type="paragraph" w:customStyle="1" w:styleId="34A31A5D069E413D8865547264D1A54C1">
    <w:name w:val="34A31A5D069E413D8865547264D1A54C1"/>
    <w:rsid w:val="00D81572"/>
    <w:pPr>
      <w:spacing w:after="200" w:line="276" w:lineRule="auto"/>
    </w:pPr>
    <w:rPr>
      <w:rFonts w:ascii="Calibri" w:hAnsi="Calibri"/>
      <w:kern w:val="0"/>
      <w:sz w:val="22"/>
      <w:szCs w:val="22"/>
      <w:lang w:val="en-US" w:eastAsia="en-US"/>
      <w14:ligatures w14:val="none"/>
    </w:rPr>
  </w:style>
  <w:style w:type="paragraph" w:customStyle="1" w:styleId="994E385A62314BD88EFEA5853963C7BB1">
    <w:name w:val="994E385A62314BD88EFEA5853963C7BB1"/>
    <w:rsid w:val="00D81572"/>
    <w:pPr>
      <w:spacing w:after="200" w:line="276" w:lineRule="auto"/>
    </w:pPr>
    <w:rPr>
      <w:rFonts w:ascii="Calibri" w:hAnsi="Calibri"/>
      <w:kern w:val="0"/>
      <w:sz w:val="22"/>
      <w:szCs w:val="22"/>
      <w:lang w:val="en-US" w:eastAsia="en-US"/>
      <w14:ligatures w14:val="none"/>
    </w:rPr>
  </w:style>
  <w:style w:type="paragraph" w:customStyle="1" w:styleId="DCC108C54ACF468DBCE3B4485337D4FE1">
    <w:name w:val="DCC108C54ACF468DBCE3B4485337D4FE1"/>
    <w:rsid w:val="00D81572"/>
    <w:pPr>
      <w:spacing w:after="200" w:line="276" w:lineRule="auto"/>
    </w:pPr>
    <w:rPr>
      <w:rFonts w:ascii="Calibri" w:hAnsi="Calibri"/>
      <w:kern w:val="0"/>
      <w:sz w:val="22"/>
      <w:szCs w:val="22"/>
      <w:lang w:val="en-US" w:eastAsia="en-US"/>
      <w14:ligatures w14:val="none"/>
    </w:rPr>
  </w:style>
  <w:style w:type="paragraph" w:customStyle="1" w:styleId="EE5AB4222E7B4C78AFFD2398EF0A47541">
    <w:name w:val="EE5AB4222E7B4C78AFFD2398EF0A47541"/>
    <w:rsid w:val="00D81572"/>
    <w:pPr>
      <w:spacing w:after="200" w:line="276" w:lineRule="auto"/>
    </w:pPr>
    <w:rPr>
      <w:rFonts w:ascii="Calibri" w:hAnsi="Calibri"/>
      <w:kern w:val="0"/>
      <w:sz w:val="22"/>
      <w:szCs w:val="22"/>
      <w:lang w:val="en-US" w:eastAsia="en-US"/>
      <w14:ligatures w14:val="none"/>
    </w:rPr>
  </w:style>
  <w:style w:type="paragraph" w:customStyle="1" w:styleId="8451ED29280B4E46BB503F3164E7C09F1">
    <w:name w:val="8451ED29280B4E46BB503F3164E7C09F1"/>
    <w:rsid w:val="00D81572"/>
    <w:pPr>
      <w:spacing w:after="200" w:line="276" w:lineRule="auto"/>
    </w:pPr>
    <w:rPr>
      <w:rFonts w:ascii="Calibri" w:hAnsi="Calibri"/>
      <w:kern w:val="0"/>
      <w:sz w:val="22"/>
      <w:szCs w:val="22"/>
      <w:lang w:val="en-US" w:eastAsia="en-US"/>
      <w14:ligatures w14:val="none"/>
    </w:rPr>
  </w:style>
  <w:style w:type="paragraph" w:customStyle="1" w:styleId="BA953C44A0CE473EA2EA1F5BDCE84FBC1">
    <w:name w:val="BA953C44A0CE473EA2EA1F5BDCE84FBC1"/>
    <w:rsid w:val="00D81572"/>
    <w:pPr>
      <w:spacing w:after="200" w:line="276" w:lineRule="auto"/>
    </w:pPr>
    <w:rPr>
      <w:rFonts w:ascii="Calibri" w:hAnsi="Calibri"/>
      <w:kern w:val="0"/>
      <w:sz w:val="22"/>
      <w:szCs w:val="22"/>
      <w:lang w:val="en-US" w:eastAsia="en-US"/>
      <w14:ligatures w14:val="none"/>
    </w:rPr>
  </w:style>
  <w:style w:type="paragraph" w:customStyle="1" w:styleId="BA6DFB7C62444CDF88EA6039BC9288691">
    <w:name w:val="BA6DFB7C62444CDF88EA6039BC9288691"/>
    <w:rsid w:val="00D81572"/>
    <w:pPr>
      <w:spacing w:after="200" w:line="276" w:lineRule="auto"/>
    </w:pPr>
    <w:rPr>
      <w:rFonts w:ascii="Calibri" w:hAnsi="Calibri"/>
      <w:kern w:val="0"/>
      <w:sz w:val="22"/>
      <w:szCs w:val="22"/>
      <w:lang w:val="en-US" w:eastAsia="en-US"/>
      <w14:ligatures w14:val="none"/>
    </w:rPr>
  </w:style>
  <w:style w:type="paragraph" w:customStyle="1" w:styleId="61389FE34B8B415E82F040B117F6A2C31">
    <w:name w:val="61389FE34B8B415E82F040B117F6A2C31"/>
    <w:rsid w:val="00D81572"/>
    <w:pPr>
      <w:spacing w:after="200" w:line="276" w:lineRule="auto"/>
    </w:pPr>
    <w:rPr>
      <w:rFonts w:ascii="Calibri" w:hAnsi="Calibri"/>
      <w:kern w:val="0"/>
      <w:sz w:val="22"/>
      <w:szCs w:val="22"/>
      <w:lang w:val="en-US" w:eastAsia="en-US"/>
      <w14:ligatures w14:val="none"/>
    </w:rPr>
  </w:style>
  <w:style w:type="paragraph" w:customStyle="1" w:styleId="F690753D6E1C43E6A8C9175A2A263E431">
    <w:name w:val="F690753D6E1C43E6A8C9175A2A263E431"/>
    <w:rsid w:val="00D81572"/>
    <w:pPr>
      <w:spacing w:after="200" w:line="276" w:lineRule="auto"/>
    </w:pPr>
    <w:rPr>
      <w:rFonts w:ascii="Calibri" w:hAnsi="Calibri"/>
      <w:kern w:val="0"/>
      <w:sz w:val="22"/>
      <w:szCs w:val="22"/>
      <w:lang w:val="en-US" w:eastAsia="en-US"/>
      <w14:ligatures w14:val="none"/>
    </w:rPr>
  </w:style>
  <w:style w:type="paragraph" w:customStyle="1" w:styleId="51AFD6D29BED494DA2ED85A6EDBCB7851">
    <w:name w:val="51AFD6D29BED494DA2ED85A6EDBCB7851"/>
    <w:rsid w:val="00D81572"/>
    <w:pPr>
      <w:spacing w:after="200" w:line="276" w:lineRule="auto"/>
    </w:pPr>
    <w:rPr>
      <w:rFonts w:ascii="Calibri" w:hAnsi="Calibri"/>
      <w:kern w:val="0"/>
      <w:sz w:val="22"/>
      <w:szCs w:val="22"/>
      <w:lang w:val="en-US" w:eastAsia="en-US"/>
      <w14:ligatures w14:val="none"/>
    </w:rPr>
  </w:style>
  <w:style w:type="paragraph" w:customStyle="1" w:styleId="C0EA6BEA38FB4E3FB55246F4B4AE95F21">
    <w:name w:val="C0EA6BEA38FB4E3FB55246F4B4AE95F21"/>
    <w:rsid w:val="00D81572"/>
    <w:pPr>
      <w:spacing w:after="200" w:line="276" w:lineRule="auto"/>
    </w:pPr>
    <w:rPr>
      <w:rFonts w:ascii="Calibri" w:hAnsi="Calibri"/>
      <w:kern w:val="0"/>
      <w:sz w:val="22"/>
      <w:szCs w:val="22"/>
      <w:lang w:val="en-US" w:eastAsia="en-US"/>
      <w14:ligatures w14:val="none"/>
    </w:rPr>
  </w:style>
  <w:style w:type="paragraph" w:customStyle="1" w:styleId="37FD5E4B5AB14AB8B310B7C25C28A3531">
    <w:name w:val="37FD5E4B5AB14AB8B310B7C25C28A3531"/>
    <w:rsid w:val="00D81572"/>
    <w:pPr>
      <w:spacing w:after="200" w:line="276" w:lineRule="auto"/>
    </w:pPr>
    <w:rPr>
      <w:rFonts w:ascii="Calibri" w:hAnsi="Calibri"/>
      <w:kern w:val="0"/>
      <w:sz w:val="22"/>
      <w:szCs w:val="22"/>
      <w:lang w:val="en-US" w:eastAsia="en-US"/>
      <w14:ligatures w14:val="none"/>
    </w:rPr>
  </w:style>
  <w:style w:type="paragraph" w:customStyle="1" w:styleId="50A3D053B88245EE811FE1FFA6F2F1CE1">
    <w:name w:val="50A3D053B88245EE811FE1FFA6F2F1CE1"/>
    <w:rsid w:val="00D81572"/>
    <w:pPr>
      <w:spacing w:after="200" w:line="276" w:lineRule="auto"/>
    </w:pPr>
    <w:rPr>
      <w:rFonts w:ascii="Calibri" w:hAnsi="Calibri"/>
      <w:kern w:val="0"/>
      <w:sz w:val="22"/>
      <w:szCs w:val="22"/>
      <w:lang w:val="en-US" w:eastAsia="en-US"/>
      <w14:ligatures w14:val="none"/>
    </w:rPr>
  </w:style>
  <w:style w:type="paragraph" w:customStyle="1" w:styleId="C90F1A259B8946ADAB0B654F708E71D51">
    <w:name w:val="C90F1A259B8946ADAB0B654F708E71D51"/>
    <w:rsid w:val="00D81572"/>
    <w:pPr>
      <w:spacing w:after="200" w:line="276" w:lineRule="auto"/>
    </w:pPr>
    <w:rPr>
      <w:rFonts w:ascii="Calibri" w:hAnsi="Calibri"/>
      <w:kern w:val="0"/>
      <w:sz w:val="22"/>
      <w:szCs w:val="22"/>
      <w:lang w:val="en-US" w:eastAsia="en-US"/>
      <w14:ligatures w14:val="none"/>
    </w:rPr>
  </w:style>
  <w:style w:type="paragraph" w:customStyle="1" w:styleId="0CDBF03D6A94490B8DBEDB927B54DB471">
    <w:name w:val="0CDBF03D6A94490B8DBEDB927B54DB471"/>
    <w:rsid w:val="00D81572"/>
    <w:pPr>
      <w:spacing w:after="200" w:line="276" w:lineRule="auto"/>
    </w:pPr>
    <w:rPr>
      <w:rFonts w:ascii="Calibri" w:hAnsi="Calibri"/>
      <w:kern w:val="0"/>
      <w:sz w:val="22"/>
      <w:szCs w:val="22"/>
      <w:lang w:val="en-US" w:eastAsia="en-US"/>
      <w14:ligatures w14:val="none"/>
    </w:rPr>
  </w:style>
  <w:style w:type="paragraph" w:customStyle="1" w:styleId="00CD93288B044A60A3896A636A4E5C3B1">
    <w:name w:val="00CD93288B044A60A3896A636A4E5C3B1"/>
    <w:rsid w:val="00D81572"/>
    <w:pPr>
      <w:spacing w:after="200" w:line="276" w:lineRule="auto"/>
    </w:pPr>
    <w:rPr>
      <w:rFonts w:ascii="Calibri" w:hAnsi="Calibri"/>
      <w:kern w:val="0"/>
      <w:sz w:val="22"/>
      <w:szCs w:val="22"/>
      <w:lang w:val="en-US" w:eastAsia="en-US"/>
      <w14:ligatures w14:val="none"/>
    </w:rPr>
  </w:style>
  <w:style w:type="paragraph" w:customStyle="1" w:styleId="FCF995D2184948CF84CF0B91B1A068E01">
    <w:name w:val="FCF995D2184948CF84CF0B91B1A068E01"/>
    <w:rsid w:val="00D81572"/>
    <w:pPr>
      <w:spacing w:after="200" w:line="276" w:lineRule="auto"/>
    </w:pPr>
    <w:rPr>
      <w:rFonts w:ascii="Calibri" w:hAnsi="Calibri"/>
      <w:kern w:val="0"/>
      <w:sz w:val="22"/>
      <w:szCs w:val="22"/>
      <w:lang w:val="en-US" w:eastAsia="en-US"/>
      <w14:ligatures w14:val="none"/>
    </w:rPr>
  </w:style>
  <w:style w:type="paragraph" w:customStyle="1" w:styleId="0E35A547570C4505A155E573DCB6482F1">
    <w:name w:val="0E35A547570C4505A155E573DCB6482F1"/>
    <w:rsid w:val="00D81572"/>
    <w:pPr>
      <w:spacing w:after="200" w:line="276" w:lineRule="auto"/>
    </w:pPr>
    <w:rPr>
      <w:rFonts w:ascii="Calibri" w:hAnsi="Calibri"/>
      <w:kern w:val="0"/>
      <w:sz w:val="22"/>
      <w:szCs w:val="22"/>
      <w:lang w:val="en-US" w:eastAsia="en-US"/>
      <w14:ligatures w14:val="none"/>
    </w:rPr>
  </w:style>
  <w:style w:type="paragraph" w:customStyle="1" w:styleId="3ABC8F920D4A4C72A5D7354C92930F911">
    <w:name w:val="3ABC8F920D4A4C72A5D7354C92930F911"/>
    <w:rsid w:val="00D81572"/>
    <w:pPr>
      <w:spacing w:after="200" w:line="276" w:lineRule="auto"/>
    </w:pPr>
    <w:rPr>
      <w:rFonts w:ascii="Calibri" w:hAnsi="Calibri"/>
      <w:kern w:val="0"/>
      <w:sz w:val="22"/>
      <w:szCs w:val="22"/>
      <w:lang w:val="en-US" w:eastAsia="en-US"/>
      <w14:ligatures w14:val="none"/>
    </w:rPr>
  </w:style>
  <w:style w:type="paragraph" w:customStyle="1" w:styleId="B60E1BEC7AEB4F859056677EA19E2AD61">
    <w:name w:val="B60E1BEC7AEB4F859056677EA19E2AD61"/>
    <w:rsid w:val="00D81572"/>
    <w:pPr>
      <w:spacing w:after="200" w:line="276" w:lineRule="auto"/>
    </w:pPr>
    <w:rPr>
      <w:rFonts w:ascii="Calibri" w:hAnsi="Calibri"/>
      <w:kern w:val="0"/>
      <w:sz w:val="22"/>
      <w:szCs w:val="22"/>
      <w:lang w:val="en-US" w:eastAsia="en-US"/>
      <w14:ligatures w14:val="none"/>
    </w:rPr>
  </w:style>
  <w:style w:type="paragraph" w:customStyle="1" w:styleId="97D4BEC8DC804C22801E17583B5B47B91">
    <w:name w:val="97D4BEC8DC804C22801E17583B5B47B91"/>
    <w:rsid w:val="00D81572"/>
    <w:pPr>
      <w:spacing w:after="200" w:line="276" w:lineRule="auto"/>
    </w:pPr>
    <w:rPr>
      <w:rFonts w:ascii="Calibri" w:hAnsi="Calibri"/>
      <w:kern w:val="0"/>
      <w:sz w:val="22"/>
      <w:szCs w:val="22"/>
      <w:lang w:val="en-US" w:eastAsia="en-US"/>
      <w14:ligatures w14:val="none"/>
    </w:rPr>
  </w:style>
  <w:style w:type="paragraph" w:customStyle="1" w:styleId="0F2BB024403A47A897A2816FD1C0CCC51">
    <w:name w:val="0F2BB024403A47A897A2816FD1C0CCC51"/>
    <w:rsid w:val="00D81572"/>
    <w:pPr>
      <w:spacing w:after="200" w:line="276" w:lineRule="auto"/>
    </w:pPr>
    <w:rPr>
      <w:rFonts w:ascii="Calibri" w:hAnsi="Calibri"/>
      <w:kern w:val="0"/>
      <w:sz w:val="22"/>
      <w:szCs w:val="22"/>
      <w:lang w:val="en-US" w:eastAsia="en-US"/>
      <w14:ligatures w14:val="none"/>
    </w:rPr>
  </w:style>
  <w:style w:type="paragraph" w:customStyle="1" w:styleId="B68950B879FD4018A9D592DFE1A541A71">
    <w:name w:val="B68950B879FD4018A9D592DFE1A541A71"/>
    <w:rsid w:val="00D81572"/>
    <w:pPr>
      <w:spacing w:after="200" w:line="276" w:lineRule="auto"/>
    </w:pPr>
    <w:rPr>
      <w:rFonts w:ascii="Calibri" w:hAnsi="Calibri"/>
      <w:kern w:val="0"/>
      <w:sz w:val="22"/>
      <w:szCs w:val="22"/>
      <w:lang w:val="en-US" w:eastAsia="en-US"/>
      <w14:ligatures w14:val="none"/>
    </w:rPr>
  </w:style>
  <w:style w:type="paragraph" w:customStyle="1" w:styleId="6BB1AFA85488434D9423A01A6860B4631">
    <w:name w:val="6BB1AFA85488434D9423A01A6860B4631"/>
    <w:rsid w:val="00D81572"/>
    <w:pPr>
      <w:spacing w:after="200" w:line="276" w:lineRule="auto"/>
    </w:pPr>
    <w:rPr>
      <w:rFonts w:ascii="Calibri" w:hAnsi="Calibri"/>
      <w:kern w:val="0"/>
      <w:sz w:val="22"/>
      <w:szCs w:val="22"/>
      <w:lang w:val="en-US" w:eastAsia="en-US"/>
      <w14:ligatures w14:val="none"/>
    </w:rPr>
  </w:style>
  <w:style w:type="paragraph" w:customStyle="1" w:styleId="2C1187DC86764F6AA729A70FE68F3DA01">
    <w:name w:val="2C1187DC86764F6AA729A70FE68F3DA01"/>
    <w:rsid w:val="00D81572"/>
    <w:pPr>
      <w:spacing w:after="200" w:line="276" w:lineRule="auto"/>
    </w:pPr>
    <w:rPr>
      <w:rFonts w:ascii="Calibri" w:hAnsi="Calibri"/>
      <w:kern w:val="0"/>
      <w:sz w:val="22"/>
      <w:szCs w:val="22"/>
      <w:lang w:val="en-US" w:eastAsia="en-US"/>
      <w14:ligatures w14:val="none"/>
    </w:rPr>
  </w:style>
  <w:style w:type="paragraph" w:customStyle="1" w:styleId="CD9BBDA4ECBE4B86B248EFF8EADB745C1">
    <w:name w:val="CD9BBDA4ECBE4B86B248EFF8EADB745C1"/>
    <w:rsid w:val="00D81572"/>
    <w:pPr>
      <w:spacing w:after="200" w:line="276" w:lineRule="auto"/>
    </w:pPr>
    <w:rPr>
      <w:rFonts w:ascii="Calibri" w:hAnsi="Calibri"/>
      <w:kern w:val="0"/>
      <w:sz w:val="22"/>
      <w:szCs w:val="22"/>
      <w:lang w:val="en-US" w:eastAsia="en-US"/>
      <w14:ligatures w14:val="none"/>
    </w:rPr>
  </w:style>
  <w:style w:type="paragraph" w:customStyle="1" w:styleId="7A8218A366AC48C78E8499E5A10EE13F1">
    <w:name w:val="7A8218A366AC48C78E8499E5A10EE13F1"/>
    <w:rsid w:val="00D81572"/>
    <w:pPr>
      <w:spacing w:after="200" w:line="276" w:lineRule="auto"/>
    </w:pPr>
    <w:rPr>
      <w:rFonts w:ascii="Calibri" w:hAnsi="Calibri"/>
      <w:kern w:val="0"/>
      <w:sz w:val="22"/>
      <w:szCs w:val="22"/>
      <w:lang w:val="en-US" w:eastAsia="en-US"/>
      <w14:ligatures w14:val="none"/>
    </w:rPr>
  </w:style>
  <w:style w:type="paragraph" w:customStyle="1" w:styleId="E852D05673CC4951B36E37B5EC693A621">
    <w:name w:val="E852D05673CC4951B36E37B5EC693A621"/>
    <w:rsid w:val="00D81572"/>
    <w:pPr>
      <w:spacing w:after="200" w:line="276" w:lineRule="auto"/>
    </w:pPr>
    <w:rPr>
      <w:rFonts w:ascii="Calibri" w:hAnsi="Calibri"/>
      <w:kern w:val="0"/>
      <w:sz w:val="22"/>
      <w:szCs w:val="22"/>
      <w:lang w:val="en-US" w:eastAsia="en-US"/>
      <w14:ligatures w14:val="none"/>
    </w:rPr>
  </w:style>
  <w:style w:type="paragraph" w:customStyle="1" w:styleId="75EE8A41B5144F839F111D882F65F6C01">
    <w:name w:val="75EE8A41B5144F839F111D882F65F6C01"/>
    <w:rsid w:val="00D81572"/>
    <w:pPr>
      <w:spacing w:after="200" w:line="276" w:lineRule="auto"/>
    </w:pPr>
    <w:rPr>
      <w:rFonts w:ascii="Calibri" w:hAnsi="Calibri"/>
      <w:kern w:val="0"/>
      <w:sz w:val="22"/>
      <w:szCs w:val="22"/>
      <w:lang w:val="en-US" w:eastAsia="en-US"/>
      <w14:ligatures w14:val="none"/>
    </w:rPr>
  </w:style>
  <w:style w:type="paragraph" w:customStyle="1" w:styleId="18DB7FC5067841CC8A3CCC2AF79CF6C81">
    <w:name w:val="18DB7FC5067841CC8A3CCC2AF79CF6C81"/>
    <w:rsid w:val="00D81572"/>
    <w:pPr>
      <w:spacing w:after="200" w:line="276" w:lineRule="auto"/>
    </w:pPr>
    <w:rPr>
      <w:rFonts w:ascii="Calibri" w:hAnsi="Calibri"/>
      <w:kern w:val="0"/>
      <w:sz w:val="22"/>
      <w:szCs w:val="22"/>
      <w:lang w:val="en-US" w:eastAsia="en-US"/>
      <w14:ligatures w14:val="none"/>
    </w:rPr>
  </w:style>
  <w:style w:type="paragraph" w:customStyle="1" w:styleId="A469A58346C94FA0AB82A92EB797349D1">
    <w:name w:val="A469A58346C94FA0AB82A92EB797349D1"/>
    <w:rsid w:val="00D81572"/>
    <w:pPr>
      <w:spacing w:after="200" w:line="276" w:lineRule="auto"/>
    </w:pPr>
    <w:rPr>
      <w:rFonts w:ascii="Calibri" w:hAnsi="Calibri"/>
      <w:kern w:val="0"/>
      <w:sz w:val="22"/>
      <w:szCs w:val="22"/>
      <w:lang w:val="en-US" w:eastAsia="en-US"/>
      <w14:ligatures w14:val="none"/>
    </w:rPr>
  </w:style>
  <w:style w:type="paragraph" w:customStyle="1" w:styleId="4E44D5319010417183AB472B75D947961">
    <w:name w:val="4E44D5319010417183AB472B75D947961"/>
    <w:rsid w:val="00D81572"/>
    <w:pPr>
      <w:spacing w:after="200" w:line="276" w:lineRule="auto"/>
    </w:pPr>
    <w:rPr>
      <w:rFonts w:ascii="Calibri" w:hAnsi="Calibri"/>
      <w:kern w:val="0"/>
      <w:sz w:val="22"/>
      <w:szCs w:val="22"/>
      <w:lang w:val="en-US" w:eastAsia="en-US"/>
      <w14:ligatures w14:val="none"/>
    </w:rPr>
  </w:style>
  <w:style w:type="paragraph" w:customStyle="1" w:styleId="591952E6762843B0BCEFC775BB814C061">
    <w:name w:val="591952E6762843B0BCEFC775BB814C061"/>
    <w:rsid w:val="00D81572"/>
    <w:pPr>
      <w:spacing w:after="200" w:line="276" w:lineRule="auto"/>
    </w:pPr>
    <w:rPr>
      <w:rFonts w:ascii="Calibri" w:hAnsi="Calibri"/>
      <w:kern w:val="0"/>
      <w:sz w:val="22"/>
      <w:szCs w:val="22"/>
      <w:lang w:val="en-US" w:eastAsia="en-US"/>
      <w14:ligatures w14:val="none"/>
    </w:rPr>
  </w:style>
  <w:style w:type="paragraph" w:customStyle="1" w:styleId="379AF3A568DE42E68E5C7F2291F0AE9C1">
    <w:name w:val="379AF3A568DE42E68E5C7F2291F0AE9C1"/>
    <w:rsid w:val="00D81572"/>
    <w:pPr>
      <w:spacing w:after="200" w:line="276" w:lineRule="auto"/>
    </w:pPr>
    <w:rPr>
      <w:rFonts w:ascii="Calibri" w:hAnsi="Calibri"/>
      <w:kern w:val="0"/>
      <w:sz w:val="22"/>
      <w:szCs w:val="22"/>
      <w:lang w:val="en-US" w:eastAsia="en-US"/>
      <w14:ligatures w14:val="none"/>
    </w:rPr>
  </w:style>
  <w:style w:type="paragraph" w:customStyle="1" w:styleId="0812A3267E294773B21AE7F473E901D51">
    <w:name w:val="0812A3267E294773B21AE7F473E901D51"/>
    <w:rsid w:val="00D81572"/>
    <w:pPr>
      <w:spacing w:after="200" w:line="276" w:lineRule="auto"/>
    </w:pPr>
    <w:rPr>
      <w:rFonts w:ascii="Calibri" w:hAnsi="Calibri"/>
      <w:kern w:val="0"/>
      <w:sz w:val="22"/>
      <w:szCs w:val="22"/>
      <w:lang w:val="en-US" w:eastAsia="en-US"/>
      <w14:ligatures w14:val="none"/>
    </w:rPr>
  </w:style>
  <w:style w:type="paragraph" w:customStyle="1" w:styleId="8541851BBA8B49F897B648CCB8F9494C1">
    <w:name w:val="8541851BBA8B49F897B648CCB8F9494C1"/>
    <w:rsid w:val="00D81572"/>
    <w:pPr>
      <w:spacing w:after="200" w:line="276" w:lineRule="auto"/>
    </w:pPr>
    <w:rPr>
      <w:rFonts w:ascii="Calibri" w:hAnsi="Calibri"/>
      <w:kern w:val="0"/>
      <w:sz w:val="22"/>
      <w:szCs w:val="22"/>
      <w:lang w:val="en-US" w:eastAsia="en-US"/>
      <w14:ligatures w14:val="none"/>
    </w:rPr>
  </w:style>
  <w:style w:type="paragraph" w:customStyle="1" w:styleId="8800C769245B4E3B94FB2714B6EC6D7A1">
    <w:name w:val="8800C769245B4E3B94FB2714B6EC6D7A1"/>
    <w:rsid w:val="00D81572"/>
    <w:pPr>
      <w:spacing w:after="200" w:line="276" w:lineRule="auto"/>
    </w:pPr>
    <w:rPr>
      <w:rFonts w:ascii="Calibri" w:hAnsi="Calibri"/>
      <w:kern w:val="0"/>
      <w:sz w:val="22"/>
      <w:szCs w:val="22"/>
      <w:lang w:val="en-US" w:eastAsia="en-US"/>
      <w14:ligatures w14:val="none"/>
    </w:rPr>
  </w:style>
  <w:style w:type="paragraph" w:customStyle="1" w:styleId="B868C01844474CB3B0A5B1DA3AAD45751">
    <w:name w:val="B868C01844474CB3B0A5B1DA3AAD45751"/>
    <w:rsid w:val="00D81572"/>
    <w:pPr>
      <w:spacing w:after="200" w:line="276" w:lineRule="auto"/>
    </w:pPr>
    <w:rPr>
      <w:rFonts w:ascii="Calibri" w:hAnsi="Calibri"/>
      <w:kern w:val="0"/>
      <w:sz w:val="22"/>
      <w:szCs w:val="22"/>
      <w:lang w:val="en-US" w:eastAsia="en-US"/>
      <w14:ligatures w14:val="none"/>
    </w:rPr>
  </w:style>
  <w:style w:type="paragraph" w:customStyle="1" w:styleId="60CF31BEE766449A8B55935882D334161">
    <w:name w:val="60CF31BEE766449A8B55935882D334161"/>
    <w:rsid w:val="00D81572"/>
    <w:pPr>
      <w:spacing w:after="200" w:line="276" w:lineRule="auto"/>
    </w:pPr>
    <w:rPr>
      <w:rFonts w:ascii="Calibri" w:hAnsi="Calibri"/>
      <w:kern w:val="0"/>
      <w:sz w:val="22"/>
      <w:szCs w:val="22"/>
      <w:lang w:val="en-US" w:eastAsia="en-US"/>
      <w14:ligatures w14:val="none"/>
    </w:rPr>
  </w:style>
  <w:style w:type="paragraph" w:customStyle="1" w:styleId="014D94D5C8D04359B78C95DA8663F68D1">
    <w:name w:val="014D94D5C8D04359B78C95DA8663F68D1"/>
    <w:rsid w:val="00D81572"/>
    <w:pPr>
      <w:spacing w:after="200" w:line="276" w:lineRule="auto"/>
    </w:pPr>
    <w:rPr>
      <w:rFonts w:ascii="Calibri" w:hAnsi="Calibri"/>
      <w:kern w:val="0"/>
      <w:sz w:val="22"/>
      <w:szCs w:val="22"/>
      <w:lang w:val="en-US" w:eastAsia="en-US"/>
      <w14:ligatures w14:val="none"/>
    </w:rPr>
  </w:style>
  <w:style w:type="paragraph" w:customStyle="1" w:styleId="1E2F870DC4EC459BB3BCE6BFF80B12451">
    <w:name w:val="1E2F870DC4EC459BB3BCE6BFF80B12451"/>
    <w:rsid w:val="00D81572"/>
    <w:pPr>
      <w:spacing w:after="200" w:line="276" w:lineRule="auto"/>
    </w:pPr>
    <w:rPr>
      <w:rFonts w:ascii="Calibri" w:hAnsi="Calibri"/>
      <w:kern w:val="0"/>
      <w:sz w:val="22"/>
      <w:szCs w:val="22"/>
      <w:lang w:val="en-US" w:eastAsia="en-US"/>
      <w14:ligatures w14:val="none"/>
    </w:rPr>
  </w:style>
  <w:style w:type="paragraph" w:customStyle="1" w:styleId="C1889A1D2F3740F4867E2C38A9B073E81">
    <w:name w:val="C1889A1D2F3740F4867E2C38A9B073E81"/>
    <w:rsid w:val="00D81572"/>
    <w:pPr>
      <w:spacing w:after="200" w:line="276" w:lineRule="auto"/>
    </w:pPr>
    <w:rPr>
      <w:rFonts w:ascii="Calibri" w:hAnsi="Calibri"/>
      <w:kern w:val="0"/>
      <w:sz w:val="22"/>
      <w:szCs w:val="22"/>
      <w:lang w:val="en-US" w:eastAsia="en-US"/>
      <w14:ligatures w14:val="none"/>
    </w:rPr>
  </w:style>
  <w:style w:type="paragraph" w:customStyle="1" w:styleId="38F3D72F05B14D05965EFED2B7B4664F1">
    <w:name w:val="38F3D72F05B14D05965EFED2B7B4664F1"/>
    <w:rsid w:val="00D81572"/>
    <w:pPr>
      <w:spacing w:after="200" w:line="276" w:lineRule="auto"/>
    </w:pPr>
    <w:rPr>
      <w:rFonts w:ascii="Calibri" w:hAnsi="Calibri"/>
      <w:kern w:val="0"/>
      <w:sz w:val="22"/>
      <w:szCs w:val="22"/>
      <w:lang w:val="en-US" w:eastAsia="en-US"/>
      <w14:ligatures w14:val="none"/>
    </w:rPr>
  </w:style>
  <w:style w:type="paragraph" w:customStyle="1" w:styleId="1FF65ACB50314E68A444A8D3200BF5C11">
    <w:name w:val="1FF65ACB50314E68A444A8D3200BF5C11"/>
    <w:rsid w:val="00D81572"/>
    <w:pPr>
      <w:spacing w:after="200" w:line="276" w:lineRule="auto"/>
    </w:pPr>
    <w:rPr>
      <w:rFonts w:ascii="Calibri" w:hAnsi="Calibri"/>
      <w:kern w:val="0"/>
      <w:sz w:val="22"/>
      <w:szCs w:val="22"/>
      <w:lang w:val="en-US" w:eastAsia="en-US"/>
      <w14:ligatures w14:val="none"/>
    </w:rPr>
  </w:style>
  <w:style w:type="paragraph" w:customStyle="1" w:styleId="DEC4ACBBE3474460B5FC434C42B47A991">
    <w:name w:val="DEC4ACBBE3474460B5FC434C42B47A991"/>
    <w:rsid w:val="00D81572"/>
    <w:pPr>
      <w:spacing w:after="200" w:line="276" w:lineRule="auto"/>
    </w:pPr>
    <w:rPr>
      <w:rFonts w:ascii="Calibri" w:hAnsi="Calibri"/>
      <w:kern w:val="0"/>
      <w:sz w:val="22"/>
      <w:szCs w:val="22"/>
      <w:lang w:val="en-US" w:eastAsia="en-US"/>
      <w14:ligatures w14:val="none"/>
    </w:rPr>
  </w:style>
  <w:style w:type="paragraph" w:customStyle="1" w:styleId="C66A8549D211468AA755319047E976A61">
    <w:name w:val="C66A8549D211468AA755319047E976A61"/>
    <w:rsid w:val="00D81572"/>
    <w:pPr>
      <w:spacing w:after="200" w:line="276" w:lineRule="auto"/>
    </w:pPr>
    <w:rPr>
      <w:rFonts w:ascii="Calibri" w:hAnsi="Calibri"/>
      <w:kern w:val="0"/>
      <w:sz w:val="22"/>
      <w:szCs w:val="22"/>
      <w:lang w:val="en-US" w:eastAsia="en-US"/>
      <w14:ligatures w14:val="none"/>
    </w:rPr>
  </w:style>
  <w:style w:type="paragraph" w:customStyle="1" w:styleId="FC75A81BCD374B038D03E2D229997B6B1">
    <w:name w:val="FC75A81BCD374B038D03E2D229997B6B1"/>
    <w:rsid w:val="00D81572"/>
    <w:pPr>
      <w:spacing w:after="200" w:line="276" w:lineRule="auto"/>
    </w:pPr>
    <w:rPr>
      <w:rFonts w:ascii="Calibri" w:hAnsi="Calibri"/>
      <w:kern w:val="0"/>
      <w:sz w:val="22"/>
      <w:szCs w:val="22"/>
      <w:lang w:val="en-US" w:eastAsia="en-US"/>
      <w14:ligatures w14:val="none"/>
    </w:rPr>
  </w:style>
  <w:style w:type="paragraph" w:customStyle="1" w:styleId="EBE38C5537674A6B86EBBE82973F8B7F1">
    <w:name w:val="EBE38C5537674A6B86EBBE82973F8B7F1"/>
    <w:rsid w:val="00D81572"/>
    <w:pPr>
      <w:spacing w:after="200" w:line="276" w:lineRule="auto"/>
    </w:pPr>
    <w:rPr>
      <w:rFonts w:ascii="Calibri" w:hAnsi="Calibri"/>
      <w:kern w:val="0"/>
      <w:sz w:val="22"/>
      <w:szCs w:val="22"/>
      <w:lang w:val="en-US" w:eastAsia="en-US"/>
      <w14:ligatures w14:val="none"/>
    </w:rPr>
  </w:style>
  <w:style w:type="paragraph" w:customStyle="1" w:styleId="BB7B790A8F1447CD88B8033CF90579ED1">
    <w:name w:val="BB7B790A8F1447CD88B8033CF90579ED1"/>
    <w:rsid w:val="00D81572"/>
    <w:pPr>
      <w:spacing w:after="200" w:line="276" w:lineRule="auto"/>
    </w:pPr>
    <w:rPr>
      <w:rFonts w:ascii="Calibri" w:hAnsi="Calibri"/>
      <w:kern w:val="0"/>
      <w:sz w:val="22"/>
      <w:szCs w:val="22"/>
      <w:lang w:val="en-US" w:eastAsia="en-US"/>
      <w14:ligatures w14:val="none"/>
    </w:rPr>
  </w:style>
  <w:style w:type="paragraph" w:customStyle="1" w:styleId="5D4B38AFC4794C30849908FB5A596C651">
    <w:name w:val="5D4B38AFC4794C30849908FB5A596C651"/>
    <w:rsid w:val="00D81572"/>
    <w:pPr>
      <w:spacing w:after="200" w:line="276" w:lineRule="auto"/>
    </w:pPr>
    <w:rPr>
      <w:rFonts w:ascii="Calibri" w:hAnsi="Calibri"/>
      <w:kern w:val="0"/>
      <w:sz w:val="22"/>
      <w:szCs w:val="22"/>
      <w:lang w:val="en-US" w:eastAsia="en-US"/>
      <w14:ligatures w14:val="none"/>
    </w:rPr>
  </w:style>
  <w:style w:type="paragraph" w:customStyle="1" w:styleId="25CB386780D241D2A83B144B2E225C941">
    <w:name w:val="25CB386780D241D2A83B144B2E225C941"/>
    <w:rsid w:val="00D81572"/>
    <w:pPr>
      <w:spacing w:after="200" w:line="276" w:lineRule="auto"/>
    </w:pPr>
    <w:rPr>
      <w:rFonts w:ascii="Calibri" w:hAnsi="Calibri"/>
      <w:kern w:val="0"/>
      <w:sz w:val="22"/>
      <w:szCs w:val="22"/>
      <w:lang w:val="en-US" w:eastAsia="en-US"/>
      <w14:ligatures w14:val="none"/>
    </w:rPr>
  </w:style>
  <w:style w:type="paragraph" w:customStyle="1" w:styleId="62F2ABD76E344F63B6E9D095B12C768E1">
    <w:name w:val="62F2ABD76E344F63B6E9D095B12C768E1"/>
    <w:rsid w:val="00D81572"/>
    <w:pPr>
      <w:spacing w:after="200" w:line="276" w:lineRule="auto"/>
    </w:pPr>
    <w:rPr>
      <w:rFonts w:ascii="Calibri" w:hAnsi="Calibri"/>
      <w:kern w:val="0"/>
      <w:sz w:val="22"/>
      <w:szCs w:val="22"/>
      <w:lang w:val="en-US" w:eastAsia="en-US"/>
      <w14:ligatures w14:val="none"/>
    </w:rPr>
  </w:style>
  <w:style w:type="paragraph" w:customStyle="1" w:styleId="AD105D4160D545E8BE510AE8B930DC161">
    <w:name w:val="AD105D4160D545E8BE510AE8B930DC161"/>
    <w:rsid w:val="00D81572"/>
    <w:pPr>
      <w:spacing w:after="200" w:line="276" w:lineRule="auto"/>
    </w:pPr>
    <w:rPr>
      <w:rFonts w:ascii="Calibri" w:hAnsi="Calibri"/>
      <w:kern w:val="0"/>
      <w:sz w:val="22"/>
      <w:szCs w:val="22"/>
      <w:lang w:val="en-US" w:eastAsia="en-US"/>
      <w14:ligatures w14:val="none"/>
    </w:rPr>
  </w:style>
  <w:style w:type="paragraph" w:customStyle="1" w:styleId="53E8916F90704558AEA996722EB68BF01">
    <w:name w:val="53E8916F90704558AEA996722EB68BF01"/>
    <w:rsid w:val="00D81572"/>
    <w:pPr>
      <w:spacing w:after="200" w:line="276" w:lineRule="auto"/>
    </w:pPr>
    <w:rPr>
      <w:rFonts w:ascii="Calibri" w:hAnsi="Calibri"/>
      <w:kern w:val="0"/>
      <w:sz w:val="22"/>
      <w:szCs w:val="22"/>
      <w:lang w:val="en-US" w:eastAsia="en-US"/>
      <w14:ligatures w14:val="none"/>
    </w:rPr>
  </w:style>
  <w:style w:type="paragraph" w:customStyle="1" w:styleId="5F2C45E36C5C44E6BCE6F441B0D6F8041">
    <w:name w:val="5F2C45E36C5C44E6BCE6F441B0D6F8041"/>
    <w:rsid w:val="00D81572"/>
    <w:pPr>
      <w:spacing w:after="200" w:line="276" w:lineRule="auto"/>
    </w:pPr>
    <w:rPr>
      <w:rFonts w:ascii="Calibri" w:hAnsi="Calibri"/>
      <w:kern w:val="0"/>
      <w:sz w:val="22"/>
      <w:szCs w:val="22"/>
      <w:lang w:val="en-US" w:eastAsia="en-US"/>
      <w14:ligatures w14:val="none"/>
    </w:rPr>
  </w:style>
  <w:style w:type="paragraph" w:customStyle="1" w:styleId="F7CC8B84CC74461A86F1615EEDA8684F1">
    <w:name w:val="F7CC8B84CC74461A86F1615EEDA8684F1"/>
    <w:rsid w:val="00D81572"/>
    <w:pPr>
      <w:spacing w:after="200" w:line="276" w:lineRule="auto"/>
    </w:pPr>
    <w:rPr>
      <w:rFonts w:ascii="Calibri" w:hAnsi="Calibri"/>
      <w:kern w:val="0"/>
      <w:sz w:val="22"/>
      <w:szCs w:val="22"/>
      <w:lang w:val="en-US" w:eastAsia="en-US"/>
      <w14:ligatures w14:val="none"/>
    </w:rPr>
  </w:style>
  <w:style w:type="paragraph" w:customStyle="1" w:styleId="50C3D5DED5D746C9ACB25D88E1603DD21">
    <w:name w:val="50C3D5DED5D746C9ACB25D88E1603DD21"/>
    <w:rsid w:val="00D81572"/>
    <w:pPr>
      <w:spacing w:after="200" w:line="276" w:lineRule="auto"/>
    </w:pPr>
    <w:rPr>
      <w:rFonts w:ascii="Calibri" w:hAnsi="Calibri"/>
      <w:kern w:val="0"/>
      <w:sz w:val="22"/>
      <w:szCs w:val="22"/>
      <w:lang w:val="en-US" w:eastAsia="en-US"/>
      <w14:ligatures w14:val="none"/>
    </w:rPr>
  </w:style>
  <w:style w:type="paragraph" w:customStyle="1" w:styleId="53E5940BA41B4DDF8B7D1F48E3020DB31">
    <w:name w:val="53E5940BA41B4DDF8B7D1F48E3020DB31"/>
    <w:rsid w:val="00D81572"/>
    <w:pPr>
      <w:spacing w:after="200" w:line="276" w:lineRule="auto"/>
    </w:pPr>
    <w:rPr>
      <w:rFonts w:ascii="Calibri" w:hAnsi="Calibri"/>
      <w:kern w:val="0"/>
      <w:sz w:val="22"/>
      <w:szCs w:val="22"/>
      <w:lang w:val="en-US" w:eastAsia="en-US"/>
      <w14:ligatures w14:val="none"/>
    </w:rPr>
  </w:style>
  <w:style w:type="paragraph" w:customStyle="1" w:styleId="97C5955D2866451D95765B8DAA82523E1">
    <w:name w:val="97C5955D2866451D95765B8DAA82523E1"/>
    <w:rsid w:val="00D81572"/>
    <w:pPr>
      <w:spacing w:after="200" w:line="276" w:lineRule="auto"/>
    </w:pPr>
    <w:rPr>
      <w:rFonts w:ascii="Calibri" w:hAnsi="Calibri"/>
      <w:kern w:val="0"/>
      <w:sz w:val="22"/>
      <w:szCs w:val="22"/>
      <w:lang w:val="en-US" w:eastAsia="en-US"/>
      <w14:ligatures w14:val="none"/>
    </w:rPr>
  </w:style>
  <w:style w:type="paragraph" w:customStyle="1" w:styleId="E9618911967741BF8CC79BAA126B32741">
    <w:name w:val="E9618911967741BF8CC79BAA126B32741"/>
    <w:rsid w:val="00D81572"/>
    <w:pPr>
      <w:spacing w:after="200" w:line="276" w:lineRule="auto"/>
    </w:pPr>
    <w:rPr>
      <w:rFonts w:ascii="Calibri" w:hAnsi="Calibri"/>
      <w:kern w:val="0"/>
      <w:sz w:val="22"/>
      <w:szCs w:val="22"/>
      <w:lang w:val="en-US" w:eastAsia="en-US"/>
      <w14:ligatures w14:val="none"/>
    </w:rPr>
  </w:style>
  <w:style w:type="paragraph" w:customStyle="1" w:styleId="14F9D7A7AA6F4F11ACDA737344387D721">
    <w:name w:val="14F9D7A7AA6F4F11ACDA737344387D721"/>
    <w:rsid w:val="00D81572"/>
    <w:pPr>
      <w:spacing w:after="200" w:line="276" w:lineRule="auto"/>
    </w:pPr>
    <w:rPr>
      <w:rFonts w:ascii="Calibri" w:hAnsi="Calibri"/>
      <w:kern w:val="0"/>
      <w:sz w:val="22"/>
      <w:szCs w:val="22"/>
      <w:lang w:val="en-US" w:eastAsia="en-US"/>
      <w14:ligatures w14:val="none"/>
    </w:rPr>
  </w:style>
  <w:style w:type="paragraph" w:customStyle="1" w:styleId="135775A2DDA944EAB137B2858C0D5F121">
    <w:name w:val="135775A2DDA944EAB137B2858C0D5F121"/>
    <w:rsid w:val="00D81572"/>
    <w:pPr>
      <w:spacing w:after="200" w:line="276" w:lineRule="auto"/>
    </w:pPr>
    <w:rPr>
      <w:rFonts w:ascii="Calibri" w:hAnsi="Calibri"/>
      <w:kern w:val="0"/>
      <w:sz w:val="22"/>
      <w:szCs w:val="22"/>
      <w:lang w:val="en-US" w:eastAsia="en-US"/>
      <w14:ligatures w14:val="none"/>
    </w:rPr>
  </w:style>
  <w:style w:type="paragraph" w:customStyle="1" w:styleId="251F4D580BD04522B04B1EE97F1B43841">
    <w:name w:val="251F4D580BD04522B04B1EE97F1B43841"/>
    <w:rsid w:val="00D81572"/>
    <w:pPr>
      <w:spacing w:after="200" w:line="276" w:lineRule="auto"/>
    </w:pPr>
    <w:rPr>
      <w:rFonts w:ascii="Calibri" w:hAnsi="Calibri"/>
      <w:kern w:val="0"/>
      <w:sz w:val="22"/>
      <w:szCs w:val="22"/>
      <w:lang w:val="en-US" w:eastAsia="en-US"/>
      <w14:ligatures w14:val="none"/>
    </w:rPr>
  </w:style>
  <w:style w:type="paragraph" w:customStyle="1" w:styleId="A138C6FD2CE84892A3E226D82F536F6C1">
    <w:name w:val="A138C6FD2CE84892A3E226D82F536F6C1"/>
    <w:rsid w:val="00D81572"/>
    <w:pPr>
      <w:spacing w:after="200" w:line="276" w:lineRule="auto"/>
    </w:pPr>
    <w:rPr>
      <w:rFonts w:ascii="Calibri" w:hAnsi="Calibri"/>
      <w:kern w:val="0"/>
      <w:sz w:val="22"/>
      <w:szCs w:val="22"/>
      <w:lang w:val="en-US" w:eastAsia="en-US"/>
      <w14:ligatures w14:val="none"/>
    </w:rPr>
  </w:style>
  <w:style w:type="paragraph" w:customStyle="1" w:styleId="73898C227B99412EB1D0CF43CE31D4E11">
    <w:name w:val="73898C227B99412EB1D0CF43CE31D4E11"/>
    <w:rsid w:val="00D81572"/>
    <w:pPr>
      <w:spacing w:after="200" w:line="276" w:lineRule="auto"/>
    </w:pPr>
    <w:rPr>
      <w:rFonts w:ascii="Calibri" w:hAnsi="Calibri"/>
      <w:kern w:val="0"/>
      <w:sz w:val="22"/>
      <w:szCs w:val="22"/>
      <w:lang w:val="en-US" w:eastAsia="en-US"/>
      <w14:ligatures w14:val="none"/>
    </w:rPr>
  </w:style>
  <w:style w:type="paragraph" w:customStyle="1" w:styleId="15538B557A1C4903A8D1E1032421572C1">
    <w:name w:val="15538B557A1C4903A8D1E1032421572C1"/>
    <w:rsid w:val="00D81572"/>
    <w:pPr>
      <w:spacing w:after="200" w:line="276" w:lineRule="auto"/>
    </w:pPr>
    <w:rPr>
      <w:rFonts w:ascii="Calibri" w:hAnsi="Calibri"/>
      <w:kern w:val="0"/>
      <w:sz w:val="22"/>
      <w:szCs w:val="22"/>
      <w:lang w:val="en-US" w:eastAsia="en-US"/>
      <w14:ligatures w14:val="none"/>
    </w:rPr>
  </w:style>
  <w:style w:type="paragraph" w:customStyle="1" w:styleId="7DD3912030FC4965955FA5CAD8B94F071">
    <w:name w:val="7DD3912030FC4965955FA5CAD8B94F071"/>
    <w:rsid w:val="00D81572"/>
    <w:pPr>
      <w:spacing w:after="200" w:line="276" w:lineRule="auto"/>
    </w:pPr>
    <w:rPr>
      <w:rFonts w:ascii="Calibri" w:hAnsi="Calibri"/>
      <w:kern w:val="0"/>
      <w:sz w:val="22"/>
      <w:szCs w:val="22"/>
      <w:lang w:val="en-US" w:eastAsia="en-US"/>
      <w14:ligatures w14:val="none"/>
    </w:rPr>
  </w:style>
  <w:style w:type="paragraph" w:customStyle="1" w:styleId="FF5F42B34240441E8FF61800A235BAE41">
    <w:name w:val="FF5F42B34240441E8FF61800A235BAE41"/>
    <w:rsid w:val="00D81572"/>
    <w:pPr>
      <w:spacing w:after="200" w:line="276" w:lineRule="auto"/>
    </w:pPr>
    <w:rPr>
      <w:rFonts w:ascii="Calibri" w:hAnsi="Calibri"/>
      <w:kern w:val="0"/>
      <w:sz w:val="22"/>
      <w:szCs w:val="22"/>
      <w:lang w:val="en-US" w:eastAsia="en-US"/>
      <w14:ligatures w14:val="none"/>
    </w:rPr>
  </w:style>
  <w:style w:type="paragraph" w:customStyle="1" w:styleId="1D021424B8B94BADAE95240D36FC92D11">
    <w:name w:val="1D021424B8B94BADAE95240D36FC92D11"/>
    <w:rsid w:val="00D81572"/>
    <w:pPr>
      <w:spacing w:after="200" w:line="276" w:lineRule="auto"/>
    </w:pPr>
    <w:rPr>
      <w:rFonts w:ascii="Calibri" w:hAnsi="Calibri"/>
      <w:kern w:val="0"/>
      <w:sz w:val="22"/>
      <w:szCs w:val="22"/>
      <w:lang w:val="en-US" w:eastAsia="en-US"/>
      <w14:ligatures w14:val="none"/>
    </w:rPr>
  </w:style>
  <w:style w:type="paragraph" w:customStyle="1" w:styleId="E53B47DC94FD464D85B892F8BACFF63F1">
    <w:name w:val="E53B47DC94FD464D85B892F8BACFF63F1"/>
    <w:rsid w:val="00D81572"/>
    <w:pPr>
      <w:spacing w:after="200" w:line="276" w:lineRule="auto"/>
    </w:pPr>
    <w:rPr>
      <w:rFonts w:ascii="Calibri" w:hAnsi="Calibri"/>
      <w:kern w:val="0"/>
      <w:sz w:val="22"/>
      <w:szCs w:val="22"/>
      <w:lang w:val="en-US" w:eastAsia="en-US"/>
      <w14:ligatures w14:val="none"/>
    </w:rPr>
  </w:style>
  <w:style w:type="paragraph" w:customStyle="1" w:styleId="A8C960CDC60046388F5650AA5E84FC161">
    <w:name w:val="A8C960CDC60046388F5650AA5E84FC161"/>
    <w:rsid w:val="00D81572"/>
    <w:pPr>
      <w:spacing w:after="200" w:line="276" w:lineRule="auto"/>
    </w:pPr>
    <w:rPr>
      <w:rFonts w:ascii="Calibri" w:hAnsi="Calibri"/>
      <w:kern w:val="0"/>
      <w:sz w:val="22"/>
      <w:szCs w:val="22"/>
      <w:lang w:val="en-US" w:eastAsia="en-US"/>
      <w14:ligatures w14:val="none"/>
    </w:rPr>
  </w:style>
  <w:style w:type="paragraph" w:customStyle="1" w:styleId="F605FD174BD04E3E92F14619807232EA1">
    <w:name w:val="F605FD174BD04E3E92F14619807232EA1"/>
    <w:rsid w:val="00D81572"/>
    <w:pPr>
      <w:spacing w:after="200" w:line="276" w:lineRule="auto"/>
    </w:pPr>
    <w:rPr>
      <w:rFonts w:ascii="Calibri" w:hAnsi="Calibri"/>
      <w:kern w:val="0"/>
      <w:sz w:val="22"/>
      <w:szCs w:val="22"/>
      <w:lang w:val="en-US" w:eastAsia="en-US"/>
      <w14:ligatures w14:val="none"/>
    </w:rPr>
  </w:style>
  <w:style w:type="paragraph" w:customStyle="1" w:styleId="5CA0B4575B254350BEEF21396E8887871">
    <w:name w:val="5CA0B4575B254350BEEF21396E8887871"/>
    <w:rsid w:val="00D81572"/>
    <w:pPr>
      <w:spacing w:after="200" w:line="276" w:lineRule="auto"/>
    </w:pPr>
    <w:rPr>
      <w:rFonts w:ascii="Calibri" w:hAnsi="Calibri"/>
      <w:kern w:val="0"/>
      <w:sz w:val="22"/>
      <w:szCs w:val="22"/>
      <w:lang w:val="en-US" w:eastAsia="en-US"/>
      <w14:ligatures w14:val="none"/>
    </w:rPr>
  </w:style>
  <w:style w:type="paragraph" w:customStyle="1" w:styleId="E4DBD473C9AD4D7682C0C19C34EC77C41">
    <w:name w:val="E4DBD473C9AD4D7682C0C19C34EC77C41"/>
    <w:rsid w:val="00D81572"/>
    <w:pPr>
      <w:spacing w:after="200" w:line="276" w:lineRule="auto"/>
    </w:pPr>
    <w:rPr>
      <w:rFonts w:ascii="Calibri" w:hAnsi="Calibri"/>
      <w:kern w:val="0"/>
      <w:sz w:val="22"/>
      <w:szCs w:val="22"/>
      <w:lang w:val="en-US" w:eastAsia="en-US"/>
      <w14:ligatures w14:val="none"/>
    </w:rPr>
  </w:style>
  <w:style w:type="paragraph" w:customStyle="1" w:styleId="DCDE3B51EC384EDFAC10AE331DACCEDD1">
    <w:name w:val="DCDE3B51EC384EDFAC10AE331DACCEDD1"/>
    <w:rsid w:val="00D81572"/>
    <w:pPr>
      <w:spacing w:after="200" w:line="276" w:lineRule="auto"/>
    </w:pPr>
    <w:rPr>
      <w:rFonts w:ascii="Calibri" w:hAnsi="Calibri"/>
      <w:kern w:val="0"/>
      <w:sz w:val="22"/>
      <w:szCs w:val="22"/>
      <w:lang w:val="en-US" w:eastAsia="en-US"/>
      <w14:ligatures w14:val="none"/>
    </w:rPr>
  </w:style>
  <w:style w:type="paragraph" w:customStyle="1" w:styleId="1B3D4D50102C42D5A2644CC3C05F536F1">
    <w:name w:val="1B3D4D50102C42D5A2644CC3C05F536F1"/>
    <w:rsid w:val="00D81572"/>
    <w:pPr>
      <w:spacing w:after="200" w:line="276" w:lineRule="auto"/>
    </w:pPr>
    <w:rPr>
      <w:rFonts w:ascii="Calibri" w:hAnsi="Calibri"/>
      <w:kern w:val="0"/>
      <w:sz w:val="22"/>
      <w:szCs w:val="22"/>
      <w:lang w:val="en-US" w:eastAsia="en-US"/>
      <w14:ligatures w14:val="none"/>
    </w:rPr>
  </w:style>
  <w:style w:type="paragraph" w:customStyle="1" w:styleId="472E837CBBF94CD4A5B9EF98298192241">
    <w:name w:val="472E837CBBF94CD4A5B9EF98298192241"/>
    <w:rsid w:val="00D81572"/>
    <w:pPr>
      <w:spacing w:after="200" w:line="276" w:lineRule="auto"/>
    </w:pPr>
    <w:rPr>
      <w:rFonts w:ascii="Calibri" w:hAnsi="Calibri"/>
      <w:kern w:val="0"/>
      <w:sz w:val="22"/>
      <w:szCs w:val="22"/>
      <w:lang w:val="en-US" w:eastAsia="en-US"/>
      <w14:ligatures w14:val="none"/>
    </w:rPr>
  </w:style>
  <w:style w:type="paragraph" w:customStyle="1" w:styleId="DB73456109D94AA094006623E6743EA01">
    <w:name w:val="DB73456109D94AA094006623E6743EA01"/>
    <w:rsid w:val="00D81572"/>
    <w:pPr>
      <w:spacing w:after="200" w:line="276" w:lineRule="auto"/>
    </w:pPr>
    <w:rPr>
      <w:rFonts w:ascii="Calibri" w:hAnsi="Calibri"/>
      <w:kern w:val="0"/>
      <w:sz w:val="22"/>
      <w:szCs w:val="22"/>
      <w:lang w:val="en-US" w:eastAsia="en-US"/>
      <w14:ligatures w14:val="none"/>
    </w:rPr>
  </w:style>
  <w:style w:type="paragraph" w:customStyle="1" w:styleId="A0CCA58089FB4795A9D0D03ED1B921461">
    <w:name w:val="A0CCA58089FB4795A9D0D03ED1B921461"/>
    <w:rsid w:val="00D81572"/>
    <w:pPr>
      <w:spacing w:after="200" w:line="276" w:lineRule="auto"/>
    </w:pPr>
    <w:rPr>
      <w:rFonts w:ascii="Calibri" w:hAnsi="Calibri"/>
      <w:kern w:val="0"/>
      <w:sz w:val="22"/>
      <w:szCs w:val="22"/>
      <w:lang w:val="en-US" w:eastAsia="en-US"/>
      <w14:ligatures w14:val="none"/>
    </w:rPr>
  </w:style>
  <w:style w:type="paragraph" w:customStyle="1" w:styleId="0B2391E4DCC84F6E9BF429722A1526021">
    <w:name w:val="0B2391E4DCC84F6E9BF429722A1526021"/>
    <w:rsid w:val="00D81572"/>
    <w:pPr>
      <w:spacing w:after="200" w:line="276" w:lineRule="auto"/>
    </w:pPr>
    <w:rPr>
      <w:rFonts w:ascii="Calibri" w:hAnsi="Calibri"/>
      <w:kern w:val="0"/>
      <w:sz w:val="22"/>
      <w:szCs w:val="22"/>
      <w:lang w:val="en-US" w:eastAsia="en-US"/>
      <w14:ligatures w14:val="none"/>
    </w:rPr>
  </w:style>
  <w:style w:type="paragraph" w:customStyle="1" w:styleId="320E4C1A602B4F819F25B400FB4DB8841">
    <w:name w:val="320E4C1A602B4F819F25B400FB4DB8841"/>
    <w:rsid w:val="00D81572"/>
    <w:pPr>
      <w:spacing w:after="200" w:line="276" w:lineRule="auto"/>
    </w:pPr>
    <w:rPr>
      <w:rFonts w:ascii="Calibri" w:hAnsi="Calibri"/>
      <w:kern w:val="0"/>
      <w:sz w:val="22"/>
      <w:szCs w:val="22"/>
      <w:lang w:val="en-US" w:eastAsia="en-US"/>
      <w14:ligatures w14:val="none"/>
    </w:rPr>
  </w:style>
  <w:style w:type="paragraph" w:customStyle="1" w:styleId="BDFD21A8EA964E74BCCA1717E03694A01">
    <w:name w:val="BDFD21A8EA964E74BCCA1717E03694A01"/>
    <w:rsid w:val="00D81572"/>
    <w:pPr>
      <w:spacing w:after="200" w:line="276" w:lineRule="auto"/>
    </w:pPr>
    <w:rPr>
      <w:rFonts w:ascii="Calibri" w:hAnsi="Calibri"/>
      <w:kern w:val="0"/>
      <w:sz w:val="22"/>
      <w:szCs w:val="22"/>
      <w:lang w:val="en-US" w:eastAsia="en-US"/>
      <w14:ligatures w14:val="none"/>
    </w:rPr>
  </w:style>
  <w:style w:type="paragraph" w:customStyle="1" w:styleId="D2D43AAECAA446BEB75FA732EC819CA01">
    <w:name w:val="D2D43AAECAA446BEB75FA732EC819CA01"/>
    <w:rsid w:val="00D81572"/>
    <w:pPr>
      <w:spacing w:after="200" w:line="276" w:lineRule="auto"/>
    </w:pPr>
    <w:rPr>
      <w:rFonts w:ascii="Calibri" w:hAnsi="Calibri"/>
      <w:kern w:val="0"/>
      <w:sz w:val="22"/>
      <w:szCs w:val="22"/>
      <w:lang w:val="en-US" w:eastAsia="en-US"/>
      <w14:ligatures w14:val="none"/>
    </w:rPr>
  </w:style>
  <w:style w:type="paragraph" w:customStyle="1" w:styleId="0D05CA8700904327BF26931BFBCBEBFE1">
    <w:name w:val="0D05CA8700904327BF26931BFBCBEBFE1"/>
    <w:rsid w:val="00D81572"/>
    <w:pPr>
      <w:spacing w:after="200" w:line="276" w:lineRule="auto"/>
    </w:pPr>
    <w:rPr>
      <w:rFonts w:ascii="Calibri" w:hAnsi="Calibri"/>
      <w:kern w:val="0"/>
      <w:sz w:val="22"/>
      <w:szCs w:val="22"/>
      <w:lang w:val="en-US" w:eastAsia="en-US"/>
      <w14:ligatures w14:val="none"/>
    </w:rPr>
  </w:style>
  <w:style w:type="paragraph" w:customStyle="1" w:styleId="43423E807A8D4FD58C77893A36BB17241">
    <w:name w:val="43423E807A8D4FD58C77893A36BB17241"/>
    <w:rsid w:val="00D81572"/>
    <w:pPr>
      <w:spacing w:after="200" w:line="276" w:lineRule="auto"/>
    </w:pPr>
    <w:rPr>
      <w:rFonts w:ascii="Calibri" w:hAnsi="Calibri"/>
      <w:kern w:val="0"/>
      <w:sz w:val="22"/>
      <w:szCs w:val="22"/>
      <w:lang w:val="en-US" w:eastAsia="en-US"/>
      <w14:ligatures w14:val="none"/>
    </w:rPr>
  </w:style>
  <w:style w:type="paragraph" w:customStyle="1" w:styleId="40FEC5E59EC948DF975E52095BD4CCBE1">
    <w:name w:val="40FEC5E59EC948DF975E52095BD4CCBE1"/>
    <w:rsid w:val="00D81572"/>
    <w:pPr>
      <w:spacing w:after="200" w:line="276" w:lineRule="auto"/>
    </w:pPr>
    <w:rPr>
      <w:rFonts w:ascii="Calibri" w:hAnsi="Calibri"/>
      <w:kern w:val="0"/>
      <w:sz w:val="22"/>
      <w:szCs w:val="22"/>
      <w:lang w:val="en-US" w:eastAsia="en-US"/>
      <w14:ligatures w14:val="none"/>
    </w:rPr>
  </w:style>
  <w:style w:type="paragraph" w:customStyle="1" w:styleId="D7027101AB124107907A49E9CF70AEF31">
    <w:name w:val="D7027101AB124107907A49E9CF70AEF31"/>
    <w:rsid w:val="00D81572"/>
    <w:pPr>
      <w:spacing w:after="200" w:line="276" w:lineRule="auto"/>
    </w:pPr>
    <w:rPr>
      <w:rFonts w:ascii="Calibri" w:hAnsi="Calibri"/>
      <w:kern w:val="0"/>
      <w:sz w:val="22"/>
      <w:szCs w:val="22"/>
      <w:lang w:val="en-US" w:eastAsia="en-US"/>
      <w14:ligatures w14:val="none"/>
    </w:rPr>
  </w:style>
  <w:style w:type="paragraph" w:customStyle="1" w:styleId="B2A7CE63972E44069812A967052D77221">
    <w:name w:val="B2A7CE63972E44069812A967052D77221"/>
    <w:rsid w:val="00D81572"/>
    <w:pPr>
      <w:spacing w:after="200" w:line="276" w:lineRule="auto"/>
    </w:pPr>
    <w:rPr>
      <w:rFonts w:ascii="Calibri" w:hAnsi="Calibri"/>
      <w:kern w:val="0"/>
      <w:sz w:val="22"/>
      <w:szCs w:val="22"/>
      <w:lang w:val="en-US" w:eastAsia="en-US"/>
      <w14:ligatures w14:val="none"/>
    </w:rPr>
  </w:style>
  <w:style w:type="paragraph" w:customStyle="1" w:styleId="0D9E69E363894975BDB0076D07C670CD1">
    <w:name w:val="0D9E69E363894975BDB0076D07C670CD1"/>
    <w:rsid w:val="00D81572"/>
    <w:pPr>
      <w:spacing w:after="200" w:line="276" w:lineRule="auto"/>
    </w:pPr>
    <w:rPr>
      <w:rFonts w:ascii="Calibri" w:hAnsi="Calibri"/>
      <w:kern w:val="0"/>
      <w:sz w:val="22"/>
      <w:szCs w:val="22"/>
      <w:lang w:val="en-US" w:eastAsia="en-US"/>
      <w14:ligatures w14:val="none"/>
    </w:rPr>
  </w:style>
  <w:style w:type="paragraph" w:customStyle="1" w:styleId="DB715EB9AA8E4DE39D5B9B1CBE2ED8F91">
    <w:name w:val="DB715EB9AA8E4DE39D5B9B1CBE2ED8F91"/>
    <w:rsid w:val="00D81572"/>
    <w:pPr>
      <w:spacing w:after="200" w:line="276" w:lineRule="auto"/>
    </w:pPr>
    <w:rPr>
      <w:rFonts w:ascii="Calibri" w:hAnsi="Calibri"/>
      <w:kern w:val="0"/>
      <w:sz w:val="22"/>
      <w:szCs w:val="22"/>
      <w:lang w:val="en-US" w:eastAsia="en-US"/>
      <w14:ligatures w14:val="none"/>
    </w:rPr>
  </w:style>
  <w:style w:type="paragraph" w:customStyle="1" w:styleId="BCB72AFA0B0042499CDF1493E5A2A2791">
    <w:name w:val="BCB72AFA0B0042499CDF1493E5A2A2791"/>
    <w:rsid w:val="00D81572"/>
    <w:pPr>
      <w:spacing w:after="200" w:line="276" w:lineRule="auto"/>
    </w:pPr>
    <w:rPr>
      <w:rFonts w:ascii="Calibri" w:hAnsi="Calibri"/>
      <w:kern w:val="0"/>
      <w:sz w:val="22"/>
      <w:szCs w:val="22"/>
      <w:lang w:val="en-US" w:eastAsia="en-US"/>
      <w14:ligatures w14:val="none"/>
    </w:rPr>
  </w:style>
  <w:style w:type="paragraph" w:customStyle="1" w:styleId="87A4BEB8E3054F919FFE41150F524B0E1">
    <w:name w:val="87A4BEB8E3054F919FFE41150F524B0E1"/>
    <w:rsid w:val="00D81572"/>
    <w:pPr>
      <w:spacing w:after="200" w:line="276" w:lineRule="auto"/>
    </w:pPr>
    <w:rPr>
      <w:rFonts w:ascii="Calibri" w:hAnsi="Calibri"/>
      <w:kern w:val="0"/>
      <w:sz w:val="22"/>
      <w:szCs w:val="22"/>
      <w:lang w:val="en-US" w:eastAsia="en-US"/>
      <w14:ligatures w14:val="none"/>
    </w:rPr>
  </w:style>
  <w:style w:type="paragraph" w:customStyle="1" w:styleId="0AA89CD18EEE4816A128C40866724A271">
    <w:name w:val="0AA89CD18EEE4816A128C40866724A271"/>
    <w:rsid w:val="00D81572"/>
    <w:pPr>
      <w:spacing w:after="200" w:line="276" w:lineRule="auto"/>
    </w:pPr>
    <w:rPr>
      <w:rFonts w:ascii="Calibri" w:hAnsi="Calibri"/>
      <w:kern w:val="0"/>
      <w:sz w:val="22"/>
      <w:szCs w:val="22"/>
      <w:lang w:val="en-US" w:eastAsia="en-US"/>
      <w14:ligatures w14:val="none"/>
    </w:rPr>
  </w:style>
  <w:style w:type="paragraph" w:customStyle="1" w:styleId="FFFF38C9602B42FE9B7DD7D140EC07531">
    <w:name w:val="FFFF38C9602B42FE9B7DD7D140EC07531"/>
    <w:rsid w:val="00D81572"/>
    <w:pPr>
      <w:spacing w:after="200" w:line="276" w:lineRule="auto"/>
    </w:pPr>
    <w:rPr>
      <w:rFonts w:ascii="Calibri" w:hAnsi="Calibri"/>
      <w:kern w:val="0"/>
      <w:sz w:val="22"/>
      <w:szCs w:val="22"/>
      <w:lang w:val="en-US" w:eastAsia="en-US"/>
      <w14:ligatures w14:val="none"/>
    </w:rPr>
  </w:style>
  <w:style w:type="paragraph" w:customStyle="1" w:styleId="DF010133AF5E46138EE7E7C61B0C7C4D1">
    <w:name w:val="DF010133AF5E46138EE7E7C61B0C7C4D1"/>
    <w:rsid w:val="00D81572"/>
    <w:pPr>
      <w:spacing w:after="200" w:line="276" w:lineRule="auto"/>
    </w:pPr>
    <w:rPr>
      <w:rFonts w:ascii="Calibri" w:hAnsi="Calibri"/>
      <w:kern w:val="0"/>
      <w:sz w:val="22"/>
      <w:szCs w:val="22"/>
      <w:lang w:val="en-US" w:eastAsia="en-US"/>
      <w14:ligatures w14:val="none"/>
    </w:rPr>
  </w:style>
  <w:style w:type="paragraph" w:customStyle="1" w:styleId="05980170F56B4ACCBEFF712E1B8D07871">
    <w:name w:val="05980170F56B4ACCBEFF712E1B8D07871"/>
    <w:rsid w:val="00D81572"/>
    <w:pPr>
      <w:spacing w:after="200" w:line="276" w:lineRule="auto"/>
    </w:pPr>
    <w:rPr>
      <w:rFonts w:ascii="Calibri" w:hAnsi="Calibri"/>
      <w:kern w:val="0"/>
      <w:sz w:val="22"/>
      <w:szCs w:val="22"/>
      <w:lang w:val="en-US" w:eastAsia="en-US"/>
      <w14:ligatures w14:val="none"/>
    </w:rPr>
  </w:style>
  <w:style w:type="paragraph" w:customStyle="1" w:styleId="ECC9CE2555F24E4B8AF77EDC695246D01">
    <w:name w:val="ECC9CE2555F24E4B8AF77EDC695246D01"/>
    <w:rsid w:val="00D81572"/>
    <w:pPr>
      <w:spacing w:after="200" w:line="276" w:lineRule="auto"/>
    </w:pPr>
    <w:rPr>
      <w:rFonts w:ascii="Calibri" w:hAnsi="Calibri"/>
      <w:kern w:val="0"/>
      <w:sz w:val="22"/>
      <w:szCs w:val="22"/>
      <w:lang w:val="en-US" w:eastAsia="en-US"/>
      <w14:ligatures w14:val="none"/>
    </w:rPr>
  </w:style>
  <w:style w:type="paragraph" w:customStyle="1" w:styleId="429ACA9BE79C4E339A39F3CA31E697FD1">
    <w:name w:val="429ACA9BE79C4E339A39F3CA31E697FD1"/>
    <w:rsid w:val="00D81572"/>
    <w:pPr>
      <w:spacing w:after="200" w:line="276" w:lineRule="auto"/>
    </w:pPr>
    <w:rPr>
      <w:rFonts w:ascii="Calibri" w:hAnsi="Calibri"/>
      <w:kern w:val="0"/>
      <w:sz w:val="22"/>
      <w:szCs w:val="22"/>
      <w:lang w:val="en-US" w:eastAsia="en-US"/>
      <w14:ligatures w14:val="none"/>
    </w:rPr>
  </w:style>
  <w:style w:type="paragraph" w:customStyle="1" w:styleId="88B870BEAB7C4F1DB39BC7E50473EDE51">
    <w:name w:val="88B870BEAB7C4F1DB39BC7E50473EDE51"/>
    <w:rsid w:val="00D81572"/>
    <w:pPr>
      <w:spacing w:after="200" w:line="276" w:lineRule="auto"/>
    </w:pPr>
    <w:rPr>
      <w:rFonts w:ascii="Calibri" w:hAnsi="Calibri"/>
      <w:kern w:val="0"/>
      <w:sz w:val="22"/>
      <w:szCs w:val="22"/>
      <w:lang w:val="en-US" w:eastAsia="en-US"/>
      <w14:ligatures w14:val="none"/>
    </w:rPr>
  </w:style>
  <w:style w:type="paragraph" w:customStyle="1" w:styleId="B1F5C656701641C596FD199AD3F7CA2C1">
    <w:name w:val="B1F5C656701641C596FD199AD3F7CA2C1"/>
    <w:rsid w:val="00D81572"/>
    <w:pPr>
      <w:spacing w:after="200" w:line="276" w:lineRule="auto"/>
    </w:pPr>
    <w:rPr>
      <w:rFonts w:ascii="Calibri" w:hAnsi="Calibri"/>
      <w:kern w:val="0"/>
      <w:sz w:val="22"/>
      <w:szCs w:val="22"/>
      <w:lang w:val="en-US" w:eastAsia="en-US"/>
      <w14:ligatures w14:val="none"/>
    </w:rPr>
  </w:style>
  <w:style w:type="paragraph" w:customStyle="1" w:styleId="4DF48DCAF6794B3B89254170ADD1CBCB1">
    <w:name w:val="4DF48DCAF6794B3B89254170ADD1CBCB1"/>
    <w:rsid w:val="00D81572"/>
    <w:pPr>
      <w:spacing w:after="200" w:line="276" w:lineRule="auto"/>
    </w:pPr>
    <w:rPr>
      <w:rFonts w:ascii="Calibri" w:hAnsi="Calibri"/>
      <w:kern w:val="0"/>
      <w:sz w:val="22"/>
      <w:szCs w:val="22"/>
      <w:lang w:val="en-US" w:eastAsia="en-US"/>
      <w14:ligatures w14:val="none"/>
    </w:rPr>
  </w:style>
  <w:style w:type="paragraph" w:customStyle="1" w:styleId="FC87E3C5D0274CABABB37D5C9FA1CA331">
    <w:name w:val="FC87E3C5D0274CABABB37D5C9FA1CA331"/>
    <w:rsid w:val="00D81572"/>
    <w:pPr>
      <w:spacing w:after="200" w:line="276" w:lineRule="auto"/>
    </w:pPr>
    <w:rPr>
      <w:rFonts w:ascii="Calibri" w:hAnsi="Calibri"/>
      <w:kern w:val="0"/>
      <w:sz w:val="22"/>
      <w:szCs w:val="22"/>
      <w:lang w:val="en-US" w:eastAsia="en-US"/>
      <w14:ligatures w14:val="none"/>
    </w:rPr>
  </w:style>
  <w:style w:type="paragraph" w:customStyle="1" w:styleId="A0490B13B67A4EF3886AE7F62D65C4141">
    <w:name w:val="A0490B13B67A4EF3886AE7F62D65C4141"/>
    <w:rsid w:val="00D81572"/>
    <w:pPr>
      <w:spacing w:after="200" w:line="276" w:lineRule="auto"/>
    </w:pPr>
    <w:rPr>
      <w:rFonts w:ascii="Calibri" w:hAnsi="Calibri"/>
      <w:kern w:val="0"/>
      <w:sz w:val="22"/>
      <w:szCs w:val="22"/>
      <w:lang w:val="en-US" w:eastAsia="en-US"/>
      <w14:ligatures w14:val="none"/>
    </w:rPr>
  </w:style>
  <w:style w:type="paragraph" w:customStyle="1" w:styleId="A615DA0538104190AEA955A00703B9B81">
    <w:name w:val="A615DA0538104190AEA955A00703B9B81"/>
    <w:rsid w:val="00D81572"/>
    <w:pPr>
      <w:spacing w:after="200" w:line="276" w:lineRule="auto"/>
    </w:pPr>
    <w:rPr>
      <w:rFonts w:ascii="Calibri" w:hAnsi="Calibri"/>
      <w:kern w:val="0"/>
      <w:sz w:val="22"/>
      <w:szCs w:val="22"/>
      <w:lang w:val="en-US" w:eastAsia="en-US"/>
      <w14:ligatures w14:val="none"/>
    </w:rPr>
  </w:style>
  <w:style w:type="paragraph" w:customStyle="1" w:styleId="D98C968D48BF4FC39B899C92D1B9D4E01">
    <w:name w:val="D98C968D48BF4FC39B899C92D1B9D4E01"/>
    <w:rsid w:val="00D81572"/>
    <w:pPr>
      <w:spacing w:after="200" w:line="276" w:lineRule="auto"/>
    </w:pPr>
    <w:rPr>
      <w:rFonts w:ascii="Calibri" w:hAnsi="Calibri"/>
      <w:kern w:val="0"/>
      <w:sz w:val="22"/>
      <w:szCs w:val="22"/>
      <w:lang w:val="en-US" w:eastAsia="en-US"/>
      <w14:ligatures w14:val="none"/>
    </w:rPr>
  </w:style>
  <w:style w:type="paragraph" w:customStyle="1" w:styleId="BDA564505BFF43BFB8D1970788CB8E491">
    <w:name w:val="BDA564505BFF43BFB8D1970788CB8E491"/>
    <w:rsid w:val="00D81572"/>
    <w:pPr>
      <w:spacing w:after="200" w:line="276" w:lineRule="auto"/>
    </w:pPr>
    <w:rPr>
      <w:rFonts w:ascii="Calibri" w:hAnsi="Calibri"/>
      <w:kern w:val="0"/>
      <w:sz w:val="22"/>
      <w:szCs w:val="22"/>
      <w:lang w:val="en-US" w:eastAsia="en-US"/>
      <w14:ligatures w14:val="none"/>
    </w:rPr>
  </w:style>
  <w:style w:type="paragraph" w:customStyle="1" w:styleId="94E1E448DE4A4FB6B839DD2C5A21F03D1">
    <w:name w:val="94E1E448DE4A4FB6B839DD2C5A21F03D1"/>
    <w:rsid w:val="00D81572"/>
    <w:pPr>
      <w:spacing w:after="200" w:line="276" w:lineRule="auto"/>
    </w:pPr>
    <w:rPr>
      <w:rFonts w:ascii="Calibri" w:hAnsi="Calibri"/>
      <w:kern w:val="0"/>
      <w:sz w:val="22"/>
      <w:szCs w:val="22"/>
      <w:lang w:val="en-US" w:eastAsia="en-US"/>
      <w14:ligatures w14:val="none"/>
    </w:rPr>
  </w:style>
  <w:style w:type="paragraph" w:customStyle="1" w:styleId="A40CAB2E5F8E40299AEDFFC29915CF7B1">
    <w:name w:val="A40CAB2E5F8E40299AEDFFC29915CF7B1"/>
    <w:rsid w:val="00D81572"/>
    <w:pPr>
      <w:spacing w:after="200" w:line="276" w:lineRule="auto"/>
    </w:pPr>
    <w:rPr>
      <w:rFonts w:ascii="Calibri" w:hAnsi="Calibri"/>
      <w:kern w:val="0"/>
      <w:sz w:val="22"/>
      <w:szCs w:val="22"/>
      <w:lang w:val="en-US" w:eastAsia="en-US"/>
      <w14:ligatures w14:val="none"/>
    </w:rPr>
  </w:style>
  <w:style w:type="paragraph" w:customStyle="1" w:styleId="C4CCEE853455407CA5D4FCF460F757CB1">
    <w:name w:val="C4CCEE853455407CA5D4FCF460F757CB1"/>
    <w:rsid w:val="00D81572"/>
    <w:pPr>
      <w:spacing w:after="200" w:line="276" w:lineRule="auto"/>
    </w:pPr>
    <w:rPr>
      <w:rFonts w:ascii="Calibri" w:hAnsi="Calibri"/>
      <w:kern w:val="0"/>
      <w:sz w:val="22"/>
      <w:szCs w:val="22"/>
      <w:lang w:val="en-US" w:eastAsia="en-US"/>
      <w14:ligatures w14:val="none"/>
    </w:rPr>
  </w:style>
  <w:style w:type="paragraph" w:customStyle="1" w:styleId="E7A05BCC096049EAB427B1D421195B871">
    <w:name w:val="E7A05BCC096049EAB427B1D421195B871"/>
    <w:rsid w:val="00D81572"/>
    <w:pPr>
      <w:spacing w:after="200" w:line="276" w:lineRule="auto"/>
    </w:pPr>
    <w:rPr>
      <w:rFonts w:ascii="Calibri" w:hAnsi="Calibri"/>
      <w:kern w:val="0"/>
      <w:sz w:val="22"/>
      <w:szCs w:val="22"/>
      <w:lang w:val="en-US" w:eastAsia="en-US"/>
      <w14:ligatures w14:val="none"/>
    </w:rPr>
  </w:style>
  <w:style w:type="paragraph" w:customStyle="1" w:styleId="155775BC0D804C188F1EBAC5139C96521">
    <w:name w:val="155775BC0D804C188F1EBAC5139C96521"/>
    <w:rsid w:val="00D81572"/>
    <w:pPr>
      <w:spacing w:after="200" w:line="276" w:lineRule="auto"/>
    </w:pPr>
    <w:rPr>
      <w:rFonts w:ascii="Calibri" w:hAnsi="Calibri"/>
      <w:kern w:val="0"/>
      <w:sz w:val="22"/>
      <w:szCs w:val="22"/>
      <w:lang w:val="en-US" w:eastAsia="en-US"/>
      <w14:ligatures w14:val="none"/>
    </w:rPr>
  </w:style>
  <w:style w:type="paragraph" w:customStyle="1" w:styleId="6C5BCE83436A4EB4B7D25AB2DF4D8F751">
    <w:name w:val="6C5BCE83436A4EB4B7D25AB2DF4D8F751"/>
    <w:rsid w:val="00D81572"/>
    <w:pPr>
      <w:spacing w:after="200" w:line="276" w:lineRule="auto"/>
    </w:pPr>
    <w:rPr>
      <w:rFonts w:ascii="Calibri" w:hAnsi="Calibri"/>
      <w:kern w:val="0"/>
      <w:sz w:val="22"/>
      <w:szCs w:val="22"/>
      <w:lang w:val="en-US" w:eastAsia="en-US"/>
      <w14:ligatures w14:val="none"/>
    </w:rPr>
  </w:style>
  <w:style w:type="paragraph" w:customStyle="1" w:styleId="BFD942D2CEBF4476BCE8661E82350DFE1">
    <w:name w:val="BFD942D2CEBF4476BCE8661E82350DFE1"/>
    <w:rsid w:val="00D81572"/>
    <w:pPr>
      <w:tabs>
        <w:tab w:val="center" w:pos="4680"/>
        <w:tab w:val="right" w:pos="9360"/>
      </w:tabs>
      <w:spacing w:after="0" w:line="240" w:lineRule="auto"/>
    </w:pPr>
    <w:rPr>
      <w:rFonts w:ascii="Calibri" w:hAnsi="Calibri"/>
      <w:kern w:val="0"/>
      <w:sz w:val="22"/>
      <w:szCs w:val="22"/>
      <w:lang w:val="en-US" w:eastAsia="en-US"/>
      <w14:ligatures w14:val="none"/>
    </w:rPr>
  </w:style>
  <w:style w:type="paragraph" w:customStyle="1" w:styleId="566D2472684C4D279191078FF478E9AB1">
    <w:name w:val="566D2472684C4D279191078FF478E9AB1"/>
    <w:rsid w:val="00D81572"/>
    <w:pPr>
      <w:tabs>
        <w:tab w:val="center" w:pos="4680"/>
        <w:tab w:val="right" w:pos="9360"/>
      </w:tabs>
      <w:spacing w:after="0" w:line="240" w:lineRule="auto"/>
    </w:pPr>
    <w:rPr>
      <w:rFonts w:ascii="Calibri" w:hAnsi="Calibri"/>
      <w:kern w:val="0"/>
      <w:sz w:val="22"/>
      <w:szCs w:val="22"/>
      <w:lang w:val="en-US" w:eastAsia="en-US"/>
      <w14:ligatures w14:val="none"/>
    </w:rPr>
  </w:style>
  <w:style w:type="paragraph" w:customStyle="1" w:styleId="9E8E4E844772400AAD3A25417DC9F406">
    <w:name w:val="9E8E4E844772400AAD3A25417DC9F406"/>
    <w:rsid w:val="00D81572"/>
    <w:pPr>
      <w:tabs>
        <w:tab w:val="center" w:pos="4680"/>
        <w:tab w:val="right" w:pos="9360"/>
      </w:tabs>
      <w:spacing w:after="0" w:line="240" w:lineRule="auto"/>
    </w:pPr>
    <w:rPr>
      <w:rFonts w:ascii="Calibri" w:hAnsi="Calibri"/>
      <w:kern w:val="0"/>
      <w:sz w:val="22"/>
      <w:szCs w:val="22"/>
      <w:lang w:val="en-US" w:eastAsia="en-US"/>
      <w14:ligatures w14:val="none"/>
    </w:rPr>
  </w:style>
  <w:style w:type="paragraph" w:customStyle="1" w:styleId="DEC0BADA4FDA426C87824427DC2314F1">
    <w:name w:val="DEC0BADA4FDA426C87824427DC2314F1"/>
    <w:rsid w:val="00D81572"/>
    <w:pPr>
      <w:tabs>
        <w:tab w:val="center" w:pos="4680"/>
        <w:tab w:val="right" w:pos="9360"/>
      </w:tabs>
      <w:spacing w:after="0" w:line="240" w:lineRule="auto"/>
    </w:pPr>
    <w:rPr>
      <w:rFonts w:ascii="Calibri" w:hAnsi="Calibri"/>
      <w:kern w:val="0"/>
      <w:sz w:val="22"/>
      <w:szCs w:val="22"/>
      <w:lang w:val="en-US" w:eastAsia="en-US"/>
      <w14:ligatures w14:val="none"/>
    </w:rPr>
  </w:style>
  <w:style w:type="paragraph" w:customStyle="1" w:styleId="7D93EA376E814E7D974CAB61E61609B91">
    <w:name w:val="7D93EA376E814E7D974CAB61E61609B91"/>
    <w:rsid w:val="00D81572"/>
    <w:pPr>
      <w:spacing w:after="200" w:line="276" w:lineRule="auto"/>
    </w:pPr>
    <w:rPr>
      <w:rFonts w:ascii="Calibri" w:hAnsi="Calibri"/>
      <w:kern w:val="0"/>
      <w:sz w:val="22"/>
      <w:szCs w:val="22"/>
      <w:lang w:val="en-US" w:eastAsia="en-US"/>
      <w14:ligatures w14:val="none"/>
    </w:rPr>
  </w:style>
  <w:style w:type="paragraph" w:customStyle="1" w:styleId="DFC92F4D93154FA5AB1DFC457F48C2511">
    <w:name w:val="DFC92F4D93154FA5AB1DFC457F48C2511"/>
    <w:rsid w:val="00D81572"/>
    <w:pPr>
      <w:spacing w:after="200" w:line="276" w:lineRule="auto"/>
    </w:pPr>
    <w:rPr>
      <w:rFonts w:ascii="Calibri" w:hAnsi="Calibri"/>
      <w:kern w:val="0"/>
      <w:sz w:val="22"/>
      <w:szCs w:val="22"/>
      <w:lang w:val="en-US" w:eastAsia="en-US"/>
      <w14:ligatures w14:val="none"/>
    </w:rPr>
  </w:style>
  <w:style w:type="paragraph" w:customStyle="1" w:styleId="EB072C0E67D74351AC550E71168ED7CF1">
    <w:name w:val="EB072C0E67D74351AC550E71168ED7CF1"/>
    <w:rsid w:val="00D81572"/>
    <w:pPr>
      <w:spacing w:after="200" w:line="276" w:lineRule="auto"/>
    </w:pPr>
    <w:rPr>
      <w:rFonts w:ascii="Calibri" w:hAnsi="Calibri"/>
      <w:kern w:val="0"/>
      <w:sz w:val="22"/>
      <w:szCs w:val="22"/>
      <w:lang w:val="en-US" w:eastAsia="en-US"/>
      <w14:ligatures w14:val="none"/>
    </w:rPr>
  </w:style>
  <w:style w:type="paragraph" w:customStyle="1" w:styleId="E4AAABBB067342B9BE3DF5FCA1A965C71">
    <w:name w:val="E4AAABBB067342B9BE3DF5FCA1A965C71"/>
    <w:rsid w:val="00D81572"/>
    <w:pPr>
      <w:spacing w:after="200" w:line="276" w:lineRule="auto"/>
    </w:pPr>
    <w:rPr>
      <w:rFonts w:ascii="Calibri" w:hAnsi="Calibri"/>
      <w:kern w:val="0"/>
      <w:sz w:val="22"/>
      <w:szCs w:val="22"/>
      <w:lang w:val="en-US" w:eastAsia="en-US"/>
      <w14:ligatures w14:val="none"/>
    </w:rPr>
  </w:style>
  <w:style w:type="paragraph" w:customStyle="1" w:styleId="80BCB3CF9291417595F5EE8F1492497F1">
    <w:name w:val="80BCB3CF9291417595F5EE8F1492497F1"/>
    <w:rsid w:val="00D81572"/>
    <w:pPr>
      <w:spacing w:after="200" w:line="276" w:lineRule="auto"/>
    </w:pPr>
    <w:rPr>
      <w:rFonts w:ascii="Calibri" w:hAnsi="Calibri"/>
      <w:kern w:val="0"/>
      <w:sz w:val="22"/>
      <w:szCs w:val="22"/>
      <w:lang w:val="en-US" w:eastAsia="en-US"/>
      <w14:ligatures w14:val="none"/>
    </w:rPr>
  </w:style>
  <w:style w:type="paragraph" w:customStyle="1" w:styleId="05F8C65E25E04A248F00870C8FD0FEA3">
    <w:name w:val="05F8C65E25E04A248F00870C8FD0FEA3"/>
    <w:rsid w:val="00D81572"/>
  </w:style>
  <w:style w:type="paragraph" w:customStyle="1" w:styleId="470150B0037341F5B3D28FD3A4B8D575">
    <w:name w:val="470150B0037341F5B3D28FD3A4B8D575"/>
    <w:rsid w:val="00D81572"/>
  </w:style>
  <w:style w:type="paragraph" w:customStyle="1" w:styleId="44A57FEAC94B496CA1960F76FE7982F0">
    <w:name w:val="44A57FEAC94B496CA1960F76FE7982F0"/>
    <w:rsid w:val="00D81572"/>
  </w:style>
  <w:style w:type="paragraph" w:customStyle="1" w:styleId="00FF8036262649BAA4255E918A9E80B9">
    <w:name w:val="00FF8036262649BAA4255E918A9E80B9"/>
    <w:rsid w:val="00D81572"/>
  </w:style>
  <w:style w:type="paragraph" w:customStyle="1" w:styleId="B5D721C2DB004D75A5A8C468DA5689C9">
    <w:name w:val="B5D721C2DB004D75A5A8C468DA5689C9"/>
    <w:rsid w:val="00D81572"/>
  </w:style>
  <w:style w:type="paragraph" w:customStyle="1" w:styleId="3BF7227D418C4F66973695392D391696">
    <w:name w:val="3BF7227D418C4F66973695392D391696"/>
    <w:rsid w:val="00D81572"/>
  </w:style>
  <w:style w:type="paragraph" w:customStyle="1" w:styleId="57FEC5B5D16147A398D77021284F7ECF">
    <w:name w:val="57FEC5B5D16147A398D77021284F7ECF"/>
    <w:rsid w:val="00D81572"/>
  </w:style>
  <w:style w:type="paragraph" w:customStyle="1" w:styleId="1DE7788543874F5D8581CB005FF5C7B3">
    <w:name w:val="1DE7788543874F5D8581CB005FF5C7B3"/>
    <w:rsid w:val="00D81572"/>
  </w:style>
  <w:style w:type="paragraph" w:customStyle="1" w:styleId="9AEB8E44864447E3A536D8AA243EDE56">
    <w:name w:val="9AEB8E44864447E3A536D8AA243EDE56"/>
    <w:rsid w:val="00D81572"/>
  </w:style>
  <w:style w:type="paragraph" w:customStyle="1" w:styleId="381C6BABD97140DDB6234D56CDD2F703">
    <w:name w:val="381C6BABD97140DDB6234D56CDD2F703"/>
    <w:rsid w:val="00D81572"/>
  </w:style>
  <w:style w:type="paragraph" w:customStyle="1" w:styleId="CD5502F55C104940B196D036ED833065">
    <w:name w:val="CD5502F55C104940B196D036ED833065"/>
    <w:rsid w:val="00D81572"/>
  </w:style>
  <w:style w:type="paragraph" w:customStyle="1" w:styleId="473D240254124DF89EEA74EEEA84302B">
    <w:name w:val="473D240254124DF89EEA74EEEA84302B"/>
    <w:rsid w:val="00D81572"/>
  </w:style>
  <w:style w:type="paragraph" w:customStyle="1" w:styleId="C7955842A8BC47CCB95418F6E21FE1FD">
    <w:name w:val="C7955842A8BC47CCB95418F6E21FE1FD"/>
    <w:rsid w:val="00D81572"/>
  </w:style>
  <w:style w:type="paragraph" w:customStyle="1" w:styleId="E8AE664A73FD4560B69BE75BA5ED3682">
    <w:name w:val="E8AE664A73FD4560B69BE75BA5ED3682"/>
    <w:rsid w:val="00D81572"/>
  </w:style>
  <w:style w:type="paragraph" w:customStyle="1" w:styleId="0F9D6420DA0D4F5A9882F76938FAF16E">
    <w:name w:val="0F9D6420DA0D4F5A9882F76938FAF16E"/>
    <w:rsid w:val="00D81572"/>
  </w:style>
  <w:style w:type="paragraph" w:customStyle="1" w:styleId="F9A98DC0A9D74C0BAE58FA6E5741EF74">
    <w:name w:val="F9A98DC0A9D74C0BAE58FA6E5741EF74"/>
    <w:rsid w:val="00D81572"/>
  </w:style>
  <w:style w:type="paragraph" w:customStyle="1" w:styleId="4645B85A75FB4A729EC1668699C50182">
    <w:name w:val="4645B85A75FB4A729EC1668699C50182"/>
    <w:rsid w:val="00D81572"/>
  </w:style>
  <w:style w:type="paragraph" w:customStyle="1" w:styleId="9A4B43CD51144FA29703356B012063BA">
    <w:name w:val="9A4B43CD51144FA29703356B012063BA"/>
    <w:rsid w:val="00D81572"/>
  </w:style>
  <w:style w:type="paragraph" w:customStyle="1" w:styleId="E81A0EB08C3B44738D7F74865D5A9BD3">
    <w:name w:val="E81A0EB08C3B44738D7F74865D5A9BD3"/>
    <w:rsid w:val="00D81572"/>
  </w:style>
  <w:style w:type="paragraph" w:customStyle="1" w:styleId="31E0F05A763045308CA96083C0592D4C">
    <w:name w:val="31E0F05A763045308CA96083C0592D4C"/>
    <w:rsid w:val="00D81572"/>
  </w:style>
  <w:style w:type="paragraph" w:customStyle="1" w:styleId="9075A19BE8564B4B8EA01E5E84770E89">
    <w:name w:val="9075A19BE8564B4B8EA01E5E84770E89"/>
    <w:rsid w:val="00D81572"/>
  </w:style>
  <w:style w:type="paragraph" w:customStyle="1" w:styleId="AF76428074B54A878505A769D879D549">
    <w:name w:val="AF76428074B54A878505A769D879D549"/>
    <w:rsid w:val="00D81572"/>
  </w:style>
  <w:style w:type="paragraph" w:customStyle="1" w:styleId="C93287EABAAE4B49BCE91F53BB54E230">
    <w:name w:val="C93287EABAAE4B49BCE91F53BB54E230"/>
    <w:rsid w:val="00D81572"/>
  </w:style>
  <w:style w:type="paragraph" w:customStyle="1" w:styleId="32E6CE7755BD4993A08B753FDA351CE0">
    <w:name w:val="32E6CE7755BD4993A08B753FDA351CE0"/>
    <w:rsid w:val="00D81572"/>
  </w:style>
  <w:style w:type="paragraph" w:customStyle="1" w:styleId="EA714FE81CC147A5B601898246E12836">
    <w:name w:val="EA714FE81CC147A5B601898246E12836"/>
    <w:rsid w:val="00D81572"/>
  </w:style>
  <w:style w:type="paragraph" w:customStyle="1" w:styleId="93C30EC1BB694996808885D9F3A3027E">
    <w:name w:val="93C30EC1BB694996808885D9F3A3027E"/>
    <w:rsid w:val="00D81572"/>
  </w:style>
  <w:style w:type="paragraph" w:customStyle="1" w:styleId="86C6B78614124B34B1149D6D21420939">
    <w:name w:val="86C6B78614124B34B1149D6D21420939"/>
    <w:rsid w:val="00D815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a307b6-4d20-4a48-b1d4-4b8e5adf76fd">
      <Terms xmlns="http://schemas.microsoft.com/office/infopath/2007/PartnerControls"/>
    </lcf76f155ced4ddcb4097134ff3c332f>
    <TaxCatchAll xmlns="29b65d6d-b91e-4f10-a057-21f478764ec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D9F0ED2A50FD242B8C8CC892FDE3F01" ma:contentTypeVersion="16" ma:contentTypeDescription="Crée un document." ma:contentTypeScope="" ma:versionID="926cba0a3a437ee06dc6515a8811d325">
  <xsd:schema xmlns:xsd="http://www.w3.org/2001/XMLSchema" xmlns:xs="http://www.w3.org/2001/XMLSchema" xmlns:p="http://schemas.microsoft.com/office/2006/metadata/properties" xmlns:ns2="79a307b6-4d20-4a48-b1d4-4b8e5adf76fd" xmlns:ns3="29b65d6d-b91e-4f10-a057-21f478764ec1" targetNamespace="http://schemas.microsoft.com/office/2006/metadata/properties" ma:root="true" ma:fieldsID="15881a31a9cc38ce2785abd06376d5e0" ns2:_="" ns3:_="">
    <xsd:import namespace="79a307b6-4d20-4a48-b1d4-4b8e5adf76fd"/>
    <xsd:import namespace="29b65d6d-b91e-4f10-a057-21f478764e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a307b6-4d20-4a48-b1d4-4b8e5adf76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b31b7885-6bbf-42b8-8c2f-bf877df4cc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b65d6d-b91e-4f10-a057-21f478764ec1"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85d8ea2-d562-4729-ae94-4d084fbfdbcb}" ma:internalName="TaxCatchAll" ma:showField="CatchAllData" ma:web="29b65d6d-b91e-4f10-a057-21f478764e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56C275-1608-477F-B4E0-E22930F22C52}">
  <ds:schemaRefs>
    <ds:schemaRef ds:uri="http://schemas.microsoft.com/office/2006/metadata/properties"/>
    <ds:schemaRef ds:uri="http://schemas.microsoft.com/office/infopath/2007/PartnerControls"/>
    <ds:schemaRef ds:uri="b6d2f489-f4db-4c6c-a1a1-e2f6dbfc922a"/>
    <ds:schemaRef ds:uri="44a0233d-91ca-4faf-bbd9-590cb50df60c"/>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17A8D815-DF2C-4957-ABB5-FB67D40E4EAE}"/>
</file>

<file path=customXml/itemProps4.xml><?xml version="1.0" encoding="utf-8"?>
<ds:datastoreItem xmlns:ds="http://schemas.openxmlformats.org/officeDocument/2006/customXml" ds:itemID="{68CC40D5-DE5C-4065-ACEC-B4E9371186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Pages>
  <Words>2002</Words>
  <Characters>11013</Characters>
  <Application>Microsoft Office Word</Application>
  <DocSecurity>8</DocSecurity>
  <Lines>91</Lines>
  <Paragraphs>25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12990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AgirEnsemble</cp:lastModifiedBy>
  <cp:revision>8</cp:revision>
  <dcterms:created xsi:type="dcterms:W3CDTF">2026-10-07T18:21:00Z</dcterms:created>
  <dcterms:modified xsi:type="dcterms:W3CDTF">2026-10-07T18:52:00Z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0x010100BD9F0ED2A50FD242B8C8CC892FDE3F01</vt:lpwstr>
  </property>
</Properties>
</file>